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646F" w14:textId="77777777" w:rsidR="0071560A" w:rsidRDefault="00554AFF">
      <w:pPr>
        <w:spacing w:after="0"/>
        <w:jc w:val="center"/>
      </w:pPr>
      <w:r>
        <w:rPr>
          <w:b/>
          <w:sz w:val="28"/>
        </w:rPr>
        <w:t>LEGACY BINDER</w:t>
      </w:r>
    </w:p>
    <w:p w14:paraId="57B2D81B" w14:textId="77777777" w:rsidR="0071560A" w:rsidRDefault="00554AFF">
      <w:pPr>
        <w:spacing w:after="100"/>
        <w:jc w:val="center"/>
      </w:pPr>
      <w:r>
        <w:rPr>
          <w:b/>
          <w:sz w:val="32"/>
        </w:rPr>
        <w:t>C2-01 — DOCUMENT LOCATION LIST</w:t>
      </w:r>
    </w:p>
    <w:p w14:paraId="03195F3A" w14:textId="77777777" w:rsidR="0071560A" w:rsidRDefault="00554AFF">
      <w:pPr>
        <w:spacing w:after="140"/>
        <w:jc w:val="center"/>
      </w:pPr>
      <w:r>
        <w:rPr>
          <w:i/>
          <w:sz w:val="19"/>
        </w:rPr>
        <w:t>Use this form to identify important original documents and records stored outside your Legacy Binder so they can be located when needed. Do not list originals already kept in the binder.</w:t>
      </w:r>
    </w:p>
    <w:tbl>
      <w:tblPr>
        <w:tblW w:w="0" w:type="auto"/>
        <w:tblLayout w:type="fixed"/>
        <w:tblLook w:val="04A0" w:firstRow="1" w:lastRow="0" w:firstColumn="1" w:lastColumn="0" w:noHBand="0" w:noVBand="1"/>
      </w:tblPr>
      <w:tblGrid>
        <w:gridCol w:w="5184"/>
        <w:gridCol w:w="5184"/>
      </w:tblGrid>
      <w:tr w:rsidR="0071560A" w14:paraId="73EA6B2D" w14:textId="77777777">
        <w:tc>
          <w:tcPr>
            <w:tcW w:w="5184" w:type="dxa"/>
            <w:tcMar>
              <w:top w:w="45" w:type="dxa"/>
              <w:left w:w="55" w:type="dxa"/>
              <w:bottom w:w="45" w:type="dxa"/>
              <w:right w:w="55" w:type="dxa"/>
            </w:tcMar>
          </w:tcPr>
          <w:p w14:paraId="7F66D842" w14:textId="74EE7F12" w:rsidR="0071560A" w:rsidRDefault="00554AFF">
            <w:pPr>
              <w:spacing w:after="0"/>
            </w:pPr>
            <w:r>
              <w:rPr>
                <w:b/>
              </w:rPr>
              <w:t xml:space="preserve">Name: </w:t>
            </w:r>
            <w:r w:rsidR="00C044AC">
              <w:t xml:space="preserve"> Ronald Kornreich</w:t>
            </w:r>
          </w:p>
        </w:tc>
        <w:tc>
          <w:tcPr>
            <w:tcW w:w="5184" w:type="dxa"/>
            <w:tcMar>
              <w:top w:w="45" w:type="dxa"/>
              <w:left w:w="55" w:type="dxa"/>
              <w:bottom w:w="45" w:type="dxa"/>
              <w:right w:w="55" w:type="dxa"/>
            </w:tcMar>
          </w:tcPr>
          <w:p w14:paraId="278351EB" w14:textId="25A68C54" w:rsidR="0071560A" w:rsidRDefault="00554AFF">
            <w:pPr>
              <w:spacing w:after="0"/>
            </w:pPr>
            <w:r>
              <w:rPr>
                <w:b/>
              </w:rPr>
              <w:t>Date Last Updated:</w:t>
            </w:r>
            <w:r w:rsidR="00C044AC">
              <w:fldChar w:fldCharType="begin"/>
            </w:r>
            <w:r w:rsidR="00C044AC">
              <w:instrText xml:space="preserve"> DATE \@ "d MMMM yyyy" </w:instrText>
            </w:r>
            <w:r w:rsidR="00C044AC">
              <w:fldChar w:fldCharType="separate"/>
            </w:r>
            <w:r w:rsidR="00C044AC">
              <w:rPr>
                <w:noProof/>
              </w:rPr>
              <w:t>14 September 2026</w:t>
            </w:r>
            <w:r w:rsidR="00C044AC">
              <w:fldChar w:fldCharType="end"/>
            </w:r>
          </w:p>
        </w:tc>
      </w:tr>
    </w:tbl>
    <w:p w14:paraId="031E9024" w14:textId="77777777" w:rsidR="0071560A" w:rsidRDefault="00554AFF">
      <w:pPr>
        <w:spacing w:before="120" w:after="100"/>
      </w:pPr>
      <w:r>
        <w:rPr>
          <w:b/>
        </w:rPr>
        <w:t xml:space="preserve">Security: </w:t>
      </w:r>
      <w:r>
        <w:t>Do not record passwords, combinations, or security codes here. Indicate where necessary access information is securely maintained.</w:t>
      </w:r>
    </w:p>
    <w:tbl>
      <w:tblPr>
        <w:tblStyle w:val="TableGrid"/>
        <w:tblW w:w="0" w:type="auto"/>
        <w:jc w:val="center"/>
        <w:tblLayout w:type="fixed"/>
        <w:tblLook w:val="04A0" w:firstRow="1" w:lastRow="0" w:firstColumn="1" w:lastColumn="0" w:noHBand="0" w:noVBand="1"/>
      </w:tblPr>
      <w:tblGrid>
        <w:gridCol w:w="3024"/>
        <w:gridCol w:w="3384"/>
        <w:gridCol w:w="4032"/>
      </w:tblGrid>
      <w:tr w:rsidR="0071560A" w14:paraId="0ED28B10" w14:textId="77777777">
        <w:trPr>
          <w:tblHeader/>
          <w:jc w:val="center"/>
        </w:trPr>
        <w:tc>
          <w:tcPr>
            <w:tcW w:w="3024" w:type="dxa"/>
            <w:shd w:val="clear" w:color="auto" w:fill="D9D9D9"/>
            <w:tcMar>
              <w:top w:w="65" w:type="dxa"/>
              <w:left w:w="60" w:type="dxa"/>
              <w:bottom w:w="65" w:type="dxa"/>
              <w:right w:w="60" w:type="dxa"/>
            </w:tcMar>
            <w:vAlign w:val="center"/>
          </w:tcPr>
          <w:p w14:paraId="468C730B" w14:textId="77777777" w:rsidR="0071560A" w:rsidRDefault="00554AFF">
            <w:pPr>
              <w:jc w:val="center"/>
            </w:pPr>
            <w:r>
              <w:rPr>
                <w:b/>
                <w:sz w:val="17"/>
              </w:rPr>
              <w:t>Document or Record</w:t>
            </w:r>
          </w:p>
        </w:tc>
        <w:tc>
          <w:tcPr>
            <w:tcW w:w="3384" w:type="dxa"/>
            <w:shd w:val="clear" w:color="auto" w:fill="D9D9D9"/>
            <w:tcMar>
              <w:top w:w="65" w:type="dxa"/>
              <w:left w:w="60" w:type="dxa"/>
              <w:bottom w:w="65" w:type="dxa"/>
              <w:right w:w="60" w:type="dxa"/>
            </w:tcMar>
            <w:vAlign w:val="center"/>
          </w:tcPr>
          <w:p w14:paraId="15264F28" w14:textId="77777777" w:rsidR="0071560A" w:rsidRDefault="00554AFF">
            <w:pPr>
              <w:jc w:val="center"/>
            </w:pPr>
            <w:r>
              <w:rPr>
                <w:b/>
                <w:sz w:val="17"/>
              </w:rPr>
              <w:t>Where Original Is Stored</w:t>
            </w:r>
          </w:p>
        </w:tc>
        <w:tc>
          <w:tcPr>
            <w:tcW w:w="4032" w:type="dxa"/>
            <w:shd w:val="clear" w:color="auto" w:fill="D9D9D9"/>
            <w:tcMar>
              <w:top w:w="65" w:type="dxa"/>
              <w:left w:w="60" w:type="dxa"/>
              <w:bottom w:w="65" w:type="dxa"/>
              <w:right w:w="60" w:type="dxa"/>
            </w:tcMar>
            <w:vAlign w:val="center"/>
          </w:tcPr>
          <w:p w14:paraId="79B77A0F" w14:textId="77777777" w:rsidR="0071560A" w:rsidRDefault="00554AFF">
            <w:pPr>
              <w:jc w:val="center"/>
            </w:pPr>
            <w:r>
              <w:rPr>
                <w:b/>
                <w:sz w:val="17"/>
              </w:rPr>
              <w:t>Additional Location or Access Information</w:t>
            </w:r>
          </w:p>
        </w:tc>
      </w:tr>
      <w:tr w:rsidR="0071560A" w14:paraId="5F39B0D8" w14:textId="77777777">
        <w:trPr>
          <w:trHeight w:val="425"/>
          <w:jc w:val="center"/>
        </w:trPr>
        <w:tc>
          <w:tcPr>
            <w:tcW w:w="3024" w:type="dxa"/>
            <w:tcMar>
              <w:top w:w="55" w:type="dxa"/>
              <w:left w:w="60" w:type="dxa"/>
              <w:bottom w:w="55" w:type="dxa"/>
              <w:right w:w="60" w:type="dxa"/>
            </w:tcMar>
          </w:tcPr>
          <w:p w14:paraId="3E2D90CC" w14:textId="4091F8A2" w:rsidR="0071560A" w:rsidRDefault="00C044AC">
            <w:r>
              <w:t>Birth Certificates</w:t>
            </w:r>
          </w:p>
        </w:tc>
        <w:tc>
          <w:tcPr>
            <w:tcW w:w="3384" w:type="dxa"/>
            <w:tcMar>
              <w:top w:w="55" w:type="dxa"/>
              <w:left w:w="60" w:type="dxa"/>
              <w:bottom w:w="55" w:type="dxa"/>
              <w:right w:w="60" w:type="dxa"/>
            </w:tcMar>
          </w:tcPr>
          <w:p w14:paraId="45DC7CE8" w14:textId="77777777" w:rsidR="0071560A" w:rsidRDefault="00C044AC">
            <w:r>
              <w:t>Legacy Binder Annex</w:t>
            </w:r>
          </w:p>
          <w:p w14:paraId="7518AD7C" w14:textId="43CBFFE4" w:rsidR="00C044AC" w:rsidRDefault="00C044AC">
            <w:r>
              <w:t>Safe #1</w:t>
            </w:r>
          </w:p>
        </w:tc>
        <w:tc>
          <w:tcPr>
            <w:tcW w:w="4032" w:type="dxa"/>
            <w:tcMar>
              <w:top w:w="55" w:type="dxa"/>
              <w:left w:w="60" w:type="dxa"/>
              <w:bottom w:w="55" w:type="dxa"/>
              <w:right w:w="60" w:type="dxa"/>
            </w:tcMar>
          </w:tcPr>
          <w:p w14:paraId="4EC463E9" w14:textId="7EF1A2A2" w:rsidR="0071560A" w:rsidRDefault="00C044AC" w:rsidP="00C044AC">
            <w:pPr>
              <w:tabs>
                <w:tab w:val="left" w:pos="1005"/>
              </w:tabs>
            </w:pPr>
            <w:r>
              <w:t>Legacy Binder Section 4</w:t>
            </w:r>
          </w:p>
        </w:tc>
      </w:tr>
      <w:tr w:rsidR="0071560A" w14:paraId="392DCC89" w14:textId="77777777">
        <w:trPr>
          <w:trHeight w:val="425"/>
          <w:jc w:val="center"/>
        </w:trPr>
        <w:tc>
          <w:tcPr>
            <w:tcW w:w="3024" w:type="dxa"/>
            <w:tcMar>
              <w:top w:w="55" w:type="dxa"/>
              <w:left w:w="60" w:type="dxa"/>
              <w:bottom w:w="55" w:type="dxa"/>
              <w:right w:w="60" w:type="dxa"/>
            </w:tcMar>
          </w:tcPr>
          <w:p w14:paraId="43422815" w14:textId="3166BC30" w:rsidR="0071560A" w:rsidRDefault="00C044AC">
            <w:r>
              <w:t>Marriage Certificate</w:t>
            </w:r>
          </w:p>
        </w:tc>
        <w:tc>
          <w:tcPr>
            <w:tcW w:w="3384" w:type="dxa"/>
            <w:tcMar>
              <w:top w:w="55" w:type="dxa"/>
              <w:left w:w="60" w:type="dxa"/>
              <w:bottom w:w="55" w:type="dxa"/>
              <w:right w:w="60" w:type="dxa"/>
            </w:tcMar>
          </w:tcPr>
          <w:p w14:paraId="0F240712" w14:textId="77777777" w:rsidR="0071560A" w:rsidRDefault="00C044AC">
            <w:r>
              <w:t>Legacy Binder Annex</w:t>
            </w:r>
          </w:p>
          <w:p w14:paraId="5C0890C2" w14:textId="648D1E17" w:rsidR="00C044AC" w:rsidRDefault="00C044AC">
            <w:r>
              <w:t>Safe #1</w:t>
            </w:r>
          </w:p>
        </w:tc>
        <w:tc>
          <w:tcPr>
            <w:tcW w:w="4032" w:type="dxa"/>
            <w:tcMar>
              <w:top w:w="55" w:type="dxa"/>
              <w:left w:w="60" w:type="dxa"/>
              <w:bottom w:w="55" w:type="dxa"/>
              <w:right w:w="60" w:type="dxa"/>
            </w:tcMar>
          </w:tcPr>
          <w:p w14:paraId="4FA6483B" w14:textId="70AB7C93" w:rsidR="0071560A" w:rsidRDefault="00C044AC">
            <w:r>
              <w:t>Legacy Binder Section 4</w:t>
            </w:r>
          </w:p>
        </w:tc>
      </w:tr>
      <w:tr w:rsidR="0071560A" w14:paraId="361ED61E" w14:textId="77777777">
        <w:trPr>
          <w:trHeight w:val="425"/>
          <w:jc w:val="center"/>
        </w:trPr>
        <w:tc>
          <w:tcPr>
            <w:tcW w:w="3024" w:type="dxa"/>
            <w:tcMar>
              <w:top w:w="55" w:type="dxa"/>
              <w:left w:w="60" w:type="dxa"/>
              <w:bottom w:w="55" w:type="dxa"/>
              <w:right w:w="60" w:type="dxa"/>
            </w:tcMar>
          </w:tcPr>
          <w:p w14:paraId="2D0C7A17" w14:textId="3DAAC17D" w:rsidR="0071560A" w:rsidRDefault="00C044AC">
            <w:r>
              <w:t>Legal Documents</w:t>
            </w:r>
          </w:p>
        </w:tc>
        <w:tc>
          <w:tcPr>
            <w:tcW w:w="3384" w:type="dxa"/>
            <w:tcMar>
              <w:top w:w="55" w:type="dxa"/>
              <w:left w:w="60" w:type="dxa"/>
              <w:bottom w:w="55" w:type="dxa"/>
              <w:right w:w="60" w:type="dxa"/>
            </w:tcMar>
          </w:tcPr>
          <w:p w14:paraId="649ECA3D" w14:textId="77777777" w:rsidR="00C044AC" w:rsidRDefault="00C044AC" w:rsidP="00C044AC">
            <w:r>
              <w:t>Legacy Binder Annex</w:t>
            </w:r>
          </w:p>
          <w:p w14:paraId="52B4816C" w14:textId="3AC17FC5" w:rsidR="0071560A" w:rsidRDefault="00C044AC" w:rsidP="00C044AC">
            <w:r>
              <w:t>Safe #1</w:t>
            </w:r>
          </w:p>
        </w:tc>
        <w:tc>
          <w:tcPr>
            <w:tcW w:w="4032" w:type="dxa"/>
            <w:tcMar>
              <w:top w:w="55" w:type="dxa"/>
              <w:left w:w="60" w:type="dxa"/>
              <w:bottom w:w="55" w:type="dxa"/>
              <w:right w:w="60" w:type="dxa"/>
            </w:tcMar>
          </w:tcPr>
          <w:p w14:paraId="71D5E77F" w14:textId="2B3B7A81" w:rsidR="0071560A" w:rsidRDefault="00C044AC">
            <w:r>
              <w:t>Legacy Binder Section 4</w:t>
            </w:r>
          </w:p>
        </w:tc>
      </w:tr>
      <w:tr w:rsidR="0071560A" w14:paraId="6C253018" w14:textId="77777777">
        <w:trPr>
          <w:trHeight w:val="425"/>
          <w:jc w:val="center"/>
        </w:trPr>
        <w:tc>
          <w:tcPr>
            <w:tcW w:w="3024" w:type="dxa"/>
            <w:tcMar>
              <w:top w:w="55" w:type="dxa"/>
              <w:left w:w="60" w:type="dxa"/>
              <w:bottom w:w="55" w:type="dxa"/>
              <w:right w:w="60" w:type="dxa"/>
            </w:tcMar>
          </w:tcPr>
          <w:p w14:paraId="580914CA" w14:textId="70C15592" w:rsidR="0071560A" w:rsidRDefault="00C044AC">
            <w:r>
              <w:t>Insurance Policies</w:t>
            </w:r>
          </w:p>
        </w:tc>
        <w:tc>
          <w:tcPr>
            <w:tcW w:w="3384" w:type="dxa"/>
            <w:tcMar>
              <w:top w:w="55" w:type="dxa"/>
              <w:left w:w="60" w:type="dxa"/>
              <w:bottom w:w="55" w:type="dxa"/>
              <w:right w:w="60" w:type="dxa"/>
            </w:tcMar>
          </w:tcPr>
          <w:p w14:paraId="6F6F65B1" w14:textId="44A3B36F" w:rsidR="0071560A" w:rsidRDefault="00C044AC">
            <w:r>
              <w:t>Small Safe</w:t>
            </w:r>
          </w:p>
        </w:tc>
        <w:tc>
          <w:tcPr>
            <w:tcW w:w="4032" w:type="dxa"/>
            <w:tcMar>
              <w:top w:w="55" w:type="dxa"/>
              <w:left w:w="60" w:type="dxa"/>
              <w:bottom w:w="55" w:type="dxa"/>
              <w:right w:w="60" w:type="dxa"/>
            </w:tcMar>
          </w:tcPr>
          <w:p w14:paraId="1F9D2F1D" w14:textId="4F1DC740" w:rsidR="0071560A" w:rsidRDefault="00C044AC">
            <w:r>
              <w:t>Legacy Binder Section 12 (Declarations Pages)</w:t>
            </w:r>
          </w:p>
        </w:tc>
      </w:tr>
      <w:tr w:rsidR="0071560A" w14:paraId="47C9790F" w14:textId="77777777">
        <w:trPr>
          <w:trHeight w:val="425"/>
          <w:jc w:val="center"/>
        </w:trPr>
        <w:tc>
          <w:tcPr>
            <w:tcW w:w="3024" w:type="dxa"/>
            <w:tcMar>
              <w:top w:w="55" w:type="dxa"/>
              <w:left w:w="60" w:type="dxa"/>
              <w:bottom w:w="55" w:type="dxa"/>
              <w:right w:w="60" w:type="dxa"/>
            </w:tcMar>
          </w:tcPr>
          <w:p w14:paraId="69B2EA46" w14:textId="4AF85787" w:rsidR="0071560A" w:rsidRDefault="00C044AC">
            <w:r>
              <w:t>Master Password List</w:t>
            </w:r>
          </w:p>
        </w:tc>
        <w:tc>
          <w:tcPr>
            <w:tcW w:w="3384" w:type="dxa"/>
            <w:tcMar>
              <w:top w:w="55" w:type="dxa"/>
              <w:left w:w="60" w:type="dxa"/>
              <w:bottom w:w="55" w:type="dxa"/>
              <w:right w:w="60" w:type="dxa"/>
            </w:tcMar>
          </w:tcPr>
          <w:p w14:paraId="0FD26C74" w14:textId="24390B63" w:rsidR="0071560A" w:rsidRDefault="00C044AC">
            <w:r>
              <w:t xml:space="preserve">Desktop </w:t>
            </w:r>
          </w:p>
        </w:tc>
        <w:tc>
          <w:tcPr>
            <w:tcW w:w="4032" w:type="dxa"/>
            <w:tcMar>
              <w:top w:w="55" w:type="dxa"/>
              <w:left w:w="60" w:type="dxa"/>
              <w:bottom w:w="55" w:type="dxa"/>
              <w:right w:w="60" w:type="dxa"/>
            </w:tcMar>
          </w:tcPr>
          <w:p w14:paraId="16975CA2" w14:textId="2BEF866E" w:rsidR="0071560A" w:rsidRDefault="00C044AC">
            <w:r>
              <w:t>Pin 1125</w:t>
            </w:r>
          </w:p>
        </w:tc>
      </w:tr>
      <w:tr w:rsidR="0071560A" w14:paraId="117EF787" w14:textId="77777777">
        <w:trPr>
          <w:trHeight w:val="425"/>
          <w:jc w:val="center"/>
        </w:trPr>
        <w:tc>
          <w:tcPr>
            <w:tcW w:w="3024" w:type="dxa"/>
            <w:tcMar>
              <w:top w:w="55" w:type="dxa"/>
              <w:left w:w="60" w:type="dxa"/>
              <w:bottom w:w="55" w:type="dxa"/>
              <w:right w:w="60" w:type="dxa"/>
            </w:tcMar>
          </w:tcPr>
          <w:p w14:paraId="173615DC" w14:textId="5F2C009A" w:rsidR="0071560A" w:rsidRDefault="00C044AC">
            <w:r>
              <w:t>Passport &amp;  Global Entry Card</w:t>
            </w:r>
          </w:p>
        </w:tc>
        <w:tc>
          <w:tcPr>
            <w:tcW w:w="3384" w:type="dxa"/>
            <w:tcMar>
              <w:top w:w="55" w:type="dxa"/>
              <w:left w:w="60" w:type="dxa"/>
              <w:bottom w:w="55" w:type="dxa"/>
              <w:right w:w="60" w:type="dxa"/>
            </w:tcMar>
          </w:tcPr>
          <w:p w14:paraId="10F1517F" w14:textId="04BF8BBE" w:rsidR="0071560A" w:rsidRDefault="00C044AC">
            <w:r>
              <w:t>Safe #1</w:t>
            </w:r>
          </w:p>
        </w:tc>
        <w:tc>
          <w:tcPr>
            <w:tcW w:w="4032" w:type="dxa"/>
            <w:tcMar>
              <w:top w:w="55" w:type="dxa"/>
              <w:left w:w="60" w:type="dxa"/>
              <w:bottom w:w="55" w:type="dxa"/>
              <w:right w:w="60" w:type="dxa"/>
            </w:tcMar>
          </w:tcPr>
          <w:p w14:paraId="14D02DEF" w14:textId="1C540042" w:rsidR="0071560A" w:rsidRDefault="00C75A71">
            <w:r>
              <w:t xml:space="preserve">Legacy Binder </w:t>
            </w:r>
            <w:r w:rsidR="00C044AC">
              <w:t>Section 16</w:t>
            </w:r>
          </w:p>
        </w:tc>
      </w:tr>
      <w:tr w:rsidR="0071560A" w14:paraId="0BF768B7" w14:textId="77777777">
        <w:trPr>
          <w:trHeight w:val="425"/>
          <w:jc w:val="center"/>
        </w:trPr>
        <w:tc>
          <w:tcPr>
            <w:tcW w:w="3024" w:type="dxa"/>
            <w:tcMar>
              <w:top w:w="55" w:type="dxa"/>
              <w:left w:w="60" w:type="dxa"/>
              <w:bottom w:w="55" w:type="dxa"/>
              <w:right w:w="60" w:type="dxa"/>
            </w:tcMar>
          </w:tcPr>
          <w:p w14:paraId="4EEAB761" w14:textId="1CCB9827" w:rsidR="0071560A" w:rsidRDefault="00C044AC">
            <w:r>
              <w:t>FFL 03 License</w:t>
            </w:r>
          </w:p>
        </w:tc>
        <w:tc>
          <w:tcPr>
            <w:tcW w:w="3384" w:type="dxa"/>
            <w:tcMar>
              <w:top w:w="55" w:type="dxa"/>
              <w:left w:w="60" w:type="dxa"/>
              <w:bottom w:w="55" w:type="dxa"/>
              <w:right w:w="60" w:type="dxa"/>
            </w:tcMar>
          </w:tcPr>
          <w:p w14:paraId="1D89ED11" w14:textId="25C153FB" w:rsidR="0071560A" w:rsidRDefault="00C044AC">
            <w:r>
              <w:t>Safe #2</w:t>
            </w:r>
          </w:p>
        </w:tc>
        <w:tc>
          <w:tcPr>
            <w:tcW w:w="4032" w:type="dxa"/>
            <w:tcMar>
              <w:top w:w="55" w:type="dxa"/>
              <w:left w:w="60" w:type="dxa"/>
              <w:bottom w:w="55" w:type="dxa"/>
              <w:right w:w="60" w:type="dxa"/>
            </w:tcMar>
          </w:tcPr>
          <w:p w14:paraId="4F585D12" w14:textId="3287BC6A" w:rsidR="0071560A" w:rsidRDefault="00C75A71">
            <w:r>
              <w:t xml:space="preserve">Legacy Binder </w:t>
            </w:r>
            <w:r w:rsidR="00C044AC">
              <w:t>Section 16</w:t>
            </w:r>
          </w:p>
        </w:tc>
      </w:tr>
      <w:tr w:rsidR="0071560A" w14:paraId="0B541718" w14:textId="77777777">
        <w:trPr>
          <w:trHeight w:val="425"/>
          <w:jc w:val="center"/>
        </w:trPr>
        <w:tc>
          <w:tcPr>
            <w:tcW w:w="3024" w:type="dxa"/>
            <w:tcMar>
              <w:top w:w="55" w:type="dxa"/>
              <w:left w:w="60" w:type="dxa"/>
              <w:bottom w:w="55" w:type="dxa"/>
              <w:right w:w="60" w:type="dxa"/>
            </w:tcMar>
          </w:tcPr>
          <w:p w14:paraId="2D78DA8C" w14:textId="7EC5EDF5" w:rsidR="0071560A" w:rsidRDefault="00C044AC">
            <w:r>
              <w:t>IRS Tax Returns</w:t>
            </w:r>
          </w:p>
        </w:tc>
        <w:tc>
          <w:tcPr>
            <w:tcW w:w="3384" w:type="dxa"/>
            <w:tcMar>
              <w:top w:w="55" w:type="dxa"/>
              <w:left w:w="60" w:type="dxa"/>
              <w:bottom w:w="55" w:type="dxa"/>
              <w:right w:w="60" w:type="dxa"/>
            </w:tcMar>
          </w:tcPr>
          <w:p w14:paraId="1AE2BA6D" w14:textId="77777777" w:rsidR="0071560A" w:rsidRDefault="0095669D">
            <w:r>
              <w:t>Village</w:t>
            </w:r>
            <w:r w:rsidR="00C75A71">
              <w:t xml:space="preserve"> Tax &amp; Accounting</w:t>
            </w:r>
          </w:p>
          <w:p w14:paraId="1064EAD4" w14:textId="66F1D6A9" w:rsidR="00C75A71" w:rsidRDefault="00C75A71">
            <w:r w:rsidRPr="00C75A71">
              <w:t>https://villagetaxusa.com/</w:t>
            </w:r>
          </w:p>
        </w:tc>
        <w:tc>
          <w:tcPr>
            <w:tcW w:w="4032" w:type="dxa"/>
            <w:tcMar>
              <w:top w:w="55" w:type="dxa"/>
              <w:left w:w="60" w:type="dxa"/>
              <w:bottom w:w="55" w:type="dxa"/>
              <w:right w:w="60" w:type="dxa"/>
            </w:tcMar>
          </w:tcPr>
          <w:p w14:paraId="0A9182D0" w14:textId="7D90AE9D" w:rsidR="0071560A" w:rsidRDefault="00C75A71">
            <w:r>
              <w:t xml:space="preserve">Legacy Binder </w:t>
            </w:r>
            <w:r w:rsidR="00C044AC">
              <w:t>Section 9</w:t>
            </w:r>
          </w:p>
        </w:tc>
      </w:tr>
      <w:tr w:rsidR="0071560A" w14:paraId="1FF9E66C" w14:textId="77777777">
        <w:trPr>
          <w:trHeight w:val="425"/>
          <w:jc w:val="center"/>
        </w:trPr>
        <w:tc>
          <w:tcPr>
            <w:tcW w:w="3024" w:type="dxa"/>
            <w:tcMar>
              <w:top w:w="55" w:type="dxa"/>
              <w:left w:w="60" w:type="dxa"/>
              <w:bottom w:w="55" w:type="dxa"/>
              <w:right w:w="60" w:type="dxa"/>
            </w:tcMar>
          </w:tcPr>
          <w:p w14:paraId="3406A9AB" w14:textId="55205682" w:rsidR="0071560A" w:rsidRDefault="00C75A71">
            <w:r>
              <w:t>Medication &amp; Supplement List</w:t>
            </w:r>
          </w:p>
        </w:tc>
        <w:tc>
          <w:tcPr>
            <w:tcW w:w="3384" w:type="dxa"/>
            <w:tcMar>
              <w:top w:w="55" w:type="dxa"/>
              <w:left w:w="60" w:type="dxa"/>
              <w:bottom w:w="55" w:type="dxa"/>
              <w:right w:w="60" w:type="dxa"/>
            </w:tcMar>
          </w:tcPr>
          <w:p w14:paraId="7EA7D691" w14:textId="320297B8" w:rsidR="0071560A" w:rsidRDefault="00C75A71">
            <w:r>
              <w:t>MB #1 Bathroom Cabinet</w:t>
            </w:r>
          </w:p>
        </w:tc>
        <w:tc>
          <w:tcPr>
            <w:tcW w:w="4032" w:type="dxa"/>
            <w:tcMar>
              <w:top w:w="55" w:type="dxa"/>
              <w:left w:w="60" w:type="dxa"/>
              <w:bottom w:w="55" w:type="dxa"/>
              <w:right w:w="60" w:type="dxa"/>
            </w:tcMar>
          </w:tcPr>
          <w:p w14:paraId="07DF6387" w14:textId="645AE6BC" w:rsidR="0071560A" w:rsidRDefault="00C75A71">
            <w:r>
              <w:t>Legacy Binder Section 2</w:t>
            </w:r>
          </w:p>
        </w:tc>
      </w:tr>
      <w:tr w:rsidR="0071560A" w14:paraId="015B4BB6" w14:textId="77777777">
        <w:trPr>
          <w:trHeight w:val="425"/>
          <w:jc w:val="center"/>
        </w:trPr>
        <w:tc>
          <w:tcPr>
            <w:tcW w:w="3024" w:type="dxa"/>
            <w:tcMar>
              <w:top w:w="55" w:type="dxa"/>
              <w:left w:w="60" w:type="dxa"/>
              <w:bottom w:w="55" w:type="dxa"/>
              <w:right w:w="60" w:type="dxa"/>
            </w:tcMar>
          </w:tcPr>
          <w:p w14:paraId="51096F70" w14:textId="77777777" w:rsidR="0071560A" w:rsidRDefault="0071560A"/>
        </w:tc>
        <w:tc>
          <w:tcPr>
            <w:tcW w:w="3384" w:type="dxa"/>
            <w:tcMar>
              <w:top w:w="55" w:type="dxa"/>
              <w:left w:w="60" w:type="dxa"/>
              <w:bottom w:w="55" w:type="dxa"/>
              <w:right w:w="60" w:type="dxa"/>
            </w:tcMar>
          </w:tcPr>
          <w:p w14:paraId="7204E9FC" w14:textId="77777777" w:rsidR="0071560A" w:rsidRDefault="0071560A"/>
        </w:tc>
        <w:tc>
          <w:tcPr>
            <w:tcW w:w="4032" w:type="dxa"/>
            <w:tcMar>
              <w:top w:w="55" w:type="dxa"/>
              <w:left w:w="60" w:type="dxa"/>
              <w:bottom w:w="55" w:type="dxa"/>
              <w:right w:w="60" w:type="dxa"/>
            </w:tcMar>
          </w:tcPr>
          <w:p w14:paraId="419161A2" w14:textId="77777777" w:rsidR="0071560A" w:rsidRDefault="0071560A"/>
        </w:tc>
      </w:tr>
      <w:tr w:rsidR="0071560A" w14:paraId="702D56C0" w14:textId="77777777">
        <w:trPr>
          <w:trHeight w:val="425"/>
          <w:jc w:val="center"/>
        </w:trPr>
        <w:tc>
          <w:tcPr>
            <w:tcW w:w="3024" w:type="dxa"/>
            <w:tcMar>
              <w:top w:w="55" w:type="dxa"/>
              <w:left w:w="60" w:type="dxa"/>
              <w:bottom w:w="55" w:type="dxa"/>
              <w:right w:w="60" w:type="dxa"/>
            </w:tcMar>
          </w:tcPr>
          <w:p w14:paraId="26744003" w14:textId="77777777" w:rsidR="0071560A" w:rsidRDefault="0071560A"/>
        </w:tc>
        <w:tc>
          <w:tcPr>
            <w:tcW w:w="3384" w:type="dxa"/>
            <w:tcMar>
              <w:top w:w="55" w:type="dxa"/>
              <w:left w:w="60" w:type="dxa"/>
              <w:bottom w:w="55" w:type="dxa"/>
              <w:right w:w="60" w:type="dxa"/>
            </w:tcMar>
          </w:tcPr>
          <w:p w14:paraId="54C88416" w14:textId="77777777" w:rsidR="0071560A" w:rsidRDefault="0071560A"/>
        </w:tc>
        <w:tc>
          <w:tcPr>
            <w:tcW w:w="4032" w:type="dxa"/>
            <w:tcMar>
              <w:top w:w="55" w:type="dxa"/>
              <w:left w:w="60" w:type="dxa"/>
              <w:bottom w:w="55" w:type="dxa"/>
              <w:right w:w="60" w:type="dxa"/>
            </w:tcMar>
          </w:tcPr>
          <w:p w14:paraId="2B8032E5" w14:textId="77777777" w:rsidR="0071560A" w:rsidRDefault="0071560A"/>
        </w:tc>
      </w:tr>
      <w:tr w:rsidR="0071560A" w14:paraId="5E46B59B" w14:textId="77777777">
        <w:trPr>
          <w:trHeight w:val="425"/>
          <w:jc w:val="center"/>
        </w:trPr>
        <w:tc>
          <w:tcPr>
            <w:tcW w:w="3024" w:type="dxa"/>
            <w:tcMar>
              <w:top w:w="55" w:type="dxa"/>
              <w:left w:w="60" w:type="dxa"/>
              <w:bottom w:w="55" w:type="dxa"/>
              <w:right w:w="60" w:type="dxa"/>
            </w:tcMar>
          </w:tcPr>
          <w:p w14:paraId="1666029B" w14:textId="77777777" w:rsidR="0071560A" w:rsidRDefault="0071560A"/>
        </w:tc>
        <w:tc>
          <w:tcPr>
            <w:tcW w:w="3384" w:type="dxa"/>
            <w:tcMar>
              <w:top w:w="55" w:type="dxa"/>
              <w:left w:w="60" w:type="dxa"/>
              <w:bottom w:w="55" w:type="dxa"/>
              <w:right w:w="60" w:type="dxa"/>
            </w:tcMar>
          </w:tcPr>
          <w:p w14:paraId="627EBBB7" w14:textId="77777777" w:rsidR="0071560A" w:rsidRDefault="0071560A"/>
        </w:tc>
        <w:tc>
          <w:tcPr>
            <w:tcW w:w="4032" w:type="dxa"/>
            <w:tcMar>
              <w:top w:w="55" w:type="dxa"/>
              <w:left w:w="60" w:type="dxa"/>
              <w:bottom w:w="55" w:type="dxa"/>
              <w:right w:w="60" w:type="dxa"/>
            </w:tcMar>
          </w:tcPr>
          <w:p w14:paraId="32F4394B" w14:textId="77777777" w:rsidR="0071560A" w:rsidRDefault="0071560A"/>
        </w:tc>
      </w:tr>
      <w:tr w:rsidR="0071560A" w14:paraId="6D8163F5" w14:textId="77777777">
        <w:trPr>
          <w:trHeight w:val="425"/>
          <w:jc w:val="center"/>
        </w:trPr>
        <w:tc>
          <w:tcPr>
            <w:tcW w:w="3024" w:type="dxa"/>
            <w:tcMar>
              <w:top w:w="55" w:type="dxa"/>
              <w:left w:w="60" w:type="dxa"/>
              <w:bottom w:w="55" w:type="dxa"/>
              <w:right w:w="60" w:type="dxa"/>
            </w:tcMar>
          </w:tcPr>
          <w:p w14:paraId="59B1E076" w14:textId="77777777" w:rsidR="0071560A" w:rsidRDefault="0071560A"/>
        </w:tc>
        <w:tc>
          <w:tcPr>
            <w:tcW w:w="3384" w:type="dxa"/>
            <w:tcMar>
              <w:top w:w="55" w:type="dxa"/>
              <w:left w:w="60" w:type="dxa"/>
              <w:bottom w:w="55" w:type="dxa"/>
              <w:right w:w="60" w:type="dxa"/>
            </w:tcMar>
          </w:tcPr>
          <w:p w14:paraId="17FCF0F3" w14:textId="77777777" w:rsidR="0071560A" w:rsidRDefault="0071560A"/>
        </w:tc>
        <w:tc>
          <w:tcPr>
            <w:tcW w:w="4032" w:type="dxa"/>
            <w:tcMar>
              <w:top w:w="55" w:type="dxa"/>
              <w:left w:w="60" w:type="dxa"/>
              <w:bottom w:w="55" w:type="dxa"/>
              <w:right w:w="60" w:type="dxa"/>
            </w:tcMar>
          </w:tcPr>
          <w:p w14:paraId="5DB46B33" w14:textId="77777777" w:rsidR="0071560A" w:rsidRDefault="0071560A"/>
        </w:tc>
      </w:tr>
      <w:tr w:rsidR="0071560A" w14:paraId="621936B1" w14:textId="77777777">
        <w:trPr>
          <w:trHeight w:val="425"/>
          <w:jc w:val="center"/>
        </w:trPr>
        <w:tc>
          <w:tcPr>
            <w:tcW w:w="3024" w:type="dxa"/>
            <w:tcMar>
              <w:top w:w="55" w:type="dxa"/>
              <w:left w:w="60" w:type="dxa"/>
              <w:bottom w:w="55" w:type="dxa"/>
              <w:right w:w="60" w:type="dxa"/>
            </w:tcMar>
          </w:tcPr>
          <w:p w14:paraId="17E4A571" w14:textId="77777777" w:rsidR="0071560A" w:rsidRDefault="0071560A"/>
        </w:tc>
        <w:tc>
          <w:tcPr>
            <w:tcW w:w="3384" w:type="dxa"/>
            <w:tcMar>
              <w:top w:w="55" w:type="dxa"/>
              <w:left w:w="60" w:type="dxa"/>
              <w:bottom w:w="55" w:type="dxa"/>
              <w:right w:w="60" w:type="dxa"/>
            </w:tcMar>
          </w:tcPr>
          <w:p w14:paraId="39ABA835" w14:textId="77777777" w:rsidR="0071560A" w:rsidRDefault="0071560A"/>
        </w:tc>
        <w:tc>
          <w:tcPr>
            <w:tcW w:w="4032" w:type="dxa"/>
            <w:tcMar>
              <w:top w:w="55" w:type="dxa"/>
              <w:left w:w="60" w:type="dxa"/>
              <w:bottom w:w="55" w:type="dxa"/>
              <w:right w:w="60" w:type="dxa"/>
            </w:tcMar>
          </w:tcPr>
          <w:p w14:paraId="0960D006" w14:textId="77777777" w:rsidR="0071560A" w:rsidRDefault="0071560A"/>
        </w:tc>
      </w:tr>
      <w:tr w:rsidR="0071560A" w14:paraId="20F72AEF" w14:textId="77777777">
        <w:trPr>
          <w:trHeight w:val="425"/>
          <w:jc w:val="center"/>
        </w:trPr>
        <w:tc>
          <w:tcPr>
            <w:tcW w:w="3024" w:type="dxa"/>
            <w:tcMar>
              <w:top w:w="55" w:type="dxa"/>
              <w:left w:w="60" w:type="dxa"/>
              <w:bottom w:w="55" w:type="dxa"/>
              <w:right w:w="60" w:type="dxa"/>
            </w:tcMar>
          </w:tcPr>
          <w:p w14:paraId="7C540D32" w14:textId="77777777" w:rsidR="0071560A" w:rsidRDefault="0071560A"/>
        </w:tc>
        <w:tc>
          <w:tcPr>
            <w:tcW w:w="3384" w:type="dxa"/>
            <w:tcMar>
              <w:top w:w="55" w:type="dxa"/>
              <w:left w:w="60" w:type="dxa"/>
              <w:bottom w:w="55" w:type="dxa"/>
              <w:right w:w="60" w:type="dxa"/>
            </w:tcMar>
          </w:tcPr>
          <w:p w14:paraId="3F8B42C1" w14:textId="77777777" w:rsidR="0071560A" w:rsidRDefault="0071560A"/>
        </w:tc>
        <w:tc>
          <w:tcPr>
            <w:tcW w:w="4032" w:type="dxa"/>
            <w:tcMar>
              <w:top w:w="55" w:type="dxa"/>
              <w:left w:w="60" w:type="dxa"/>
              <w:bottom w:w="55" w:type="dxa"/>
              <w:right w:w="60" w:type="dxa"/>
            </w:tcMar>
          </w:tcPr>
          <w:p w14:paraId="5C8CCF3C" w14:textId="77777777" w:rsidR="0071560A" w:rsidRDefault="0071560A"/>
        </w:tc>
      </w:tr>
    </w:tbl>
    <w:p w14:paraId="4536C926" w14:textId="77777777" w:rsidR="0071560A" w:rsidRDefault="00554AFF" w:rsidP="00A04DCB">
      <w:pPr>
        <w:spacing w:before="120" w:after="40" w:line="360" w:lineRule="auto"/>
      </w:pPr>
      <w:r>
        <w:rPr>
          <w:b/>
          <w:sz w:val="21"/>
        </w:rPr>
        <w:t>ADDITIONAL NOTES</w:t>
      </w:r>
    </w:p>
    <w:p w14:paraId="61CF84BA" w14:textId="77777777" w:rsidR="0071560A" w:rsidRDefault="00554AFF" w:rsidP="00A04DCB">
      <w:pPr>
        <w:spacing w:after="20" w:line="360" w:lineRule="auto"/>
      </w:pPr>
      <w:r>
        <w:t>________________________________________________________________________________</w:t>
      </w:r>
    </w:p>
    <w:p w14:paraId="7123D02C" w14:textId="77777777" w:rsidR="0071560A" w:rsidRDefault="00554AFF" w:rsidP="00A04DCB">
      <w:pPr>
        <w:spacing w:after="20" w:line="360" w:lineRule="auto"/>
      </w:pPr>
      <w:r>
        <w:t>________________________________________________________________________________</w:t>
      </w:r>
    </w:p>
    <w:p w14:paraId="05F62AD0" w14:textId="77777777" w:rsidR="0071560A" w:rsidRDefault="00554AFF" w:rsidP="00A04DCB">
      <w:pPr>
        <w:spacing w:after="20" w:line="360" w:lineRule="auto"/>
      </w:pPr>
      <w:r>
        <w:t>________________________________________________________________________________</w:t>
      </w:r>
    </w:p>
    <w:sectPr w:rsidR="0071560A"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1C77E" w14:textId="77777777" w:rsidR="00B6553B" w:rsidRDefault="00B6553B">
      <w:pPr>
        <w:spacing w:after="0" w:line="240" w:lineRule="auto"/>
      </w:pPr>
      <w:r>
        <w:separator/>
      </w:r>
    </w:p>
  </w:endnote>
  <w:endnote w:type="continuationSeparator" w:id="0">
    <w:p w14:paraId="4595A9F1" w14:textId="77777777" w:rsidR="00B6553B" w:rsidRDefault="00B65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1AB1" w14:textId="77777777" w:rsidR="0071560A" w:rsidRDefault="00554AFF">
    <w:pPr>
      <w:pStyle w:val="Footer"/>
      <w:jc w:val="center"/>
    </w:pPr>
    <w:r>
      <w:rPr>
        <w:sz w:val="15"/>
      </w:rPr>
      <w:t>Legacy Binder © Sheila Keene-Lund | C2-01 — Document Location 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E633B" w14:textId="77777777" w:rsidR="00B6553B" w:rsidRDefault="00B6553B">
      <w:pPr>
        <w:spacing w:after="0" w:line="240" w:lineRule="auto"/>
      </w:pPr>
      <w:r>
        <w:separator/>
      </w:r>
    </w:p>
  </w:footnote>
  <w:footnote w:type="continuationSeparator" w:id="0">
    <w:p w14:paraId="402432B9" w14:textId="77777777" w:rsidR="00B6553B" w:rsidRDefault="00B655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8746833">
    <w:abstractNumId w:val="8"/>
  </w:num>
  <w:num w:numId="2" w16cid:durableId="1132794581">
    <w:abstractNumId w:val="6"/>
  </w:num>
  <w:num w:numId="3" w16cid:durableId="1084649609">
    <w:abstractNumId w:val="5"/>
  </w:num>
  <w:num w:numId="4" w16cid:durableId="359627757">
    <w:abstractNumId w:val="4"/>
  </w:num>
  <w:num w:numId="5" w16cid:durableId="636911372">
    <w:abstractNumId w:val="7"/>
  </w:num>
  <w:num w:numId="6" w16cid:durableId="155154810">
    <w:abstractNumId w:val="3"/>
  </w:num>
  <w:num w:numId="7" w16cid:durableId="1670055269">
    <w:abstractNumId w:val="2"/>
  </w:num>
  <w:num w:numId="8" w16cid:durableId="902788871">
    <w:abstractNumId w:val="1"/>
  </w:num>
  <w:num w:numId="9" w16cid:durableId="362244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3DFC"/>
    <w:rsid w:val="00481EA6"/>
    <w:rsid w:val="00554AFF"/>
    <w:rsid w:val="0071560A"/>
    <w:rsid w:val="00777444"/>
    <w:rsid w:val="0095669D"/>
    <w:rsid w:val="009671B0"/>
    <w:rsid w:val="00A04DCB"/>
    <w:rsid w:val="00AA1D8D"/>
    <w:rsid w:val="00B47730"/>
    <w:rsid w:val="00B6553B"/>
    <w:rsid w:val="00C044AC"/>
    <w:rsid w:val="00C75A71"/>
    <w:rsid w:val="00C8530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C3CDCC"/>
  <w14:defaultImageDpi w14:val="300"/>
  <w15:docId w15:val="{2A3C7F25-32BA-4C26-95C2-F64BFE065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Ronald Kornreich</cp:lastModifiedBy>
  <cp:revision>4</cp:revision>
  <dcterms:created xsi:type="dcterms:W3CDTF">2026-09-07T22:26:00Z</dcterms:created>
  <dcterms:modified xsi:type="dcterms:W3CDTF">2026-09-14T21:36:00Z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79fc536d-2ea0-4927-b51e-e1b374f27502</vt:lpwstr>
  </property>
</Properties>
</file>