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048E" w14:textId="77777777" w:rsidR="000519F1" w:rsidRDefault="00517632">
      <w:pPr>
        <w:spacing w:after="0"/>
        <w:jc w:val="center"/>
      </w:pPr>
      <w:r>
        <w:rPr>
          <w:b/>
          <w:sz w:val="28"/>
        </w:rPr>
        <w:t>LEGACY BINDER</w:t>
      </w:r>
    </w:p>
    <w:p w14:paraId="051F80C0" w14:textId="77777777" w:rsidR="000519F1" w:rsidRDefault="00517632">
      <w:pPr>
        <w:spacing w:after="80"/>
        <w:jc w:val="center"/>
      </w:pPr>
      <w:r>
        <w:rPr>
          <w:b/>
          <w:sz w:val="32"/>
        </w:rPr>
        <w:t>C2-03 — MASTER PROGRESS TRACKER</w:t>
      </w:r>
    </w:p>
    <w:p w14:paraId="249AEBF7" w14:textId="77777777" w:rsidR="000519F1" w:rsidRDefault="00517632" w:rsidP="00045DDA">
      <w:pPr>
        <w:spacing w:after="120"/>
        <w:ind w:left="180"/>
        <w:jc w:val="center"/>
      </w:pPr>
      <w:r>
        <w:rPr>
          <w:i/>
          <w:sz w:val="18"/>
        </w:rPr>
        <w:t>Use this tracker to see at a glance which sections apply to you, what is complete, and what still needs attention. Your Legacy Binder should reflect your individual circumstances. If a listed section does not apply, you may mark it N/A or remove it from your binder. If you need a category that is not listed, add it and organize it in the way that works best for you.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4795"/>
      </w:tblGrid>
      <w:tr w:rsidR="000519F1" w14:paraId="7AF3F5D7" w14:textId="77777777" w:rsidTr="003D018F">
        <w:trPr>
          <w:jc w:val="center"/>
        </w:trPr>
        <w:tc>
          <w:tcPr>
            <w:tcW w:w="528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5B2EA1" w14:textId="77777777" w:rsidR="000519F1" w:rsidRDefault="00517632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______________________________________</w:t>
            </w:r>
          </w:p>
        </w:tc>
        <w:tc>
          <w:tcPr>
            <w:tcW w:w="479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318D6C4" w14:textId="77777777" w:rsidR="000519F1" w:rsidRDefault="00517632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7C2B34BC" w14:textId="77777777" w:rsidR="000519F1" w:rsidRDefault="000519F1">
      <w:pPr>
        <w:spacing w:after="20"/>
      </w:pP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663"/>
        <w:gridCol w:w="4642"/>
        <w:gridCol w:w="900"/>
        <w:gridCol w:w="990"/>
        <w:gridCol w:w="990"/>
        <w:gridCol w:w="2615"/>
      </w:tblGrid>
      <w:tr w:rsidR="000519F1" w14:paraId="0A7ED0CC" w14:textId="77777777" w:rsidTr="003D018F">
        <w:trPr>
          <w:tblHeader/>
          <w:jc w:val="center"/>
        </w:trPr>
        <w:tc>
          <w:tcPr>
            <w:tcW w:w="663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0930569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Sec.</w:t>
            </w:r>
          </w:p>
        </w:tc>
        <w:tc>
          <w:tcPr>
            <w:tcW w:w="4642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43436363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Legacy Binder Section</w:t>
            </w:r>
          </w:p>
        </w:tc>
        <w:tc>
          <w:tcPr>
            <w:tcW w:w="900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B48A96E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N/A</w:t>
            </w:r>
          </w:p>
        </w:tc>
        <w:tc>
          <w:tcPr>
            <w:tcW w:w="990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7D9899FA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Started</w:t>
            </w:r>
          </w:p>
        </w:tc>
        <w:tc>
          <w:tcPr>
            <w:tcW w:w="990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25814CA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Complete</w:t>
            </w:r>
          </w:p>
        </w:tc>
        <w:tc>
          <w:tcPr>
            <w:tcW w:w="2615" w:type="dxa"/>
            <w:shd w:val="clear" w:color="auto" w:fill="D9D9D9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82264B8" w14:textId="77777777" w:rsidR="000519F1" w:rsidRDefault="00517632">
            <w:pPr>
              <w:jc w:val="center"/>
            </w:pPr>
            <w:r>
              <w:rPr>
                <w:b/>
                <w:sz w:val="16"/>
              </w:rPr>
              <w:t>Needs Attention / Notes</w:t>
            </w:r>
          </w:p>
        </w:tc>
      </w:tr>
      <w:tr w:rsidR="000519F1" w14:paraId="3FC2876E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1CCF71" w14:textId="77777777" w:rsidR="000519F1" w:rsidRDefault="00517632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4EF7C4" w14:textId="77777777" w:rsidR="000519F1" w:rsidRDefault="00517632">
            <w:r>
              <w:rPr>
                <w:sz w:val="17"/>
              </w:rPr>
              <w:t>Personal Information &amp; Identification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A84129D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CAE6FB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0BEBC5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60D470" w14:textId="77777777" w:rsidR="000519F1" w:rsidRDefault="000519F1"/>
        </w:tc>
      </w:tr>
      <w:tr w:rsidR="000519F1" w14:paraId="5A650C56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D27063" w14:textId="77777777" w:rsidR="000519F1" w:rsidRDefault="00517632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2E4F3F" w14:textId="77777777" w:rsidR="000519F1" w:rsidRDefault="00517632">
            <w:r>
              <w:rPr>
                <w:sz w:val="17"/>
              </w:rPr>
              <w:t>Medical &amp; Health Information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A2F016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E171C7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D6CDC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EA27B68" w14:textId="77777777" w:rsidR="000519F1" w:rsidRDefault="000519F1"/>
        </w:tc>
      </w:tr>
      <w:tr w:rsidR="000519F1" w14:paraId="3ADEC7BB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972AFD" w14:textId="77777777" w:rsidR="000519F1" w:rsidRDefault="00517632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590D64" w14:textId="77777777" w:rsidR="000519F1" w:rsidRDefault="00517632">
            <w:r>
              <w:rPr>
                <w:sz w:val="17"/>
              </w:rPr>
              <w:t>Funeral, Memorial &amp; Final Arrangements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639B4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49E157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B56B6EC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8B46049" w14:textId="77777777" w:rsidR="000519F1" w:rsidRDefault="000519F1"/>
        </w:tc>
      </w:tr>
      <w:tr w:rsidR="000519F1" w14:paraId="39DC151D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A12A7A" w14:textId="77777777" w:rsidR="000519F1" w:rsidRDefault="00517632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4E7401F" w14:textId="77777777" w:rsidR="000519F1" w:rsidRDefault="00517632">
            <w:r>
              <w:rPr>
                <w:sz w:val="17"/>
              </w:rPr>
              <w:t>Legal Information &amp; Decision Authority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93A8C6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BE80A9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5A86DE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4EAAE" w14:textId="77777777" w:rsidR="000519F1" w:rsidRDefault="000519F1"/>
        </w:tc>
      </w:tr>
      <w:tr w:rsidR="000519F1" w14:paraId="74A15B4C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22D5B2" w14:textId="77777777" w:rsidR="000519F1" w:rsidRDefault="00517632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26CF78A" w14:textId="77777777" w:rsidR="000519F1" w:rsidRDefault="00517632">
            <w:r>
              <w:rPr>
                <w:sz w:val="17"/>
              </w:rPr>
              <w:t>Real Estate &amp; Property Information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6135DB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5C12C3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489496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791ED9" w14:textId="77777777" w:rsidR="000519F1" w:rsidRDefault="000519F1"/>
        </w:tc>
      </w:tr>
      <w:tr w:rsidR="000519F1" w14:paraId="247AB9AA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D386519" w14:textId="77777777" w:rsidR="000519F1" w:rsidRDefault="00517632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8B5EE7" w14:textId="77777777" w:rsidR="000519F1" w:rsidRDefault="00517632">
            <w:r>
              <w:rPr>
                <w:sz w:val="17"/>
              </w:rPr>
              <w:t>Beneficiary Designations &amp; Transfer-on-Death Arrangements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C49046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DF846E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E82FD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17BE5" w14:textId="77777777" w:rsidR="000519F1" w:rsidRDefault="000519F1"/>
        </w:tc>
      </w:tr>
      <w:tr w:rsidR="000519F1" w14:paraId="62D8B948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316E73" w14:textId="77777777" w:rsidR="000519F1" w:rsidRDefault="00517632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66F463" w14:textId="77777777" w:rsidR="000519F1" w:rsidRDefault="00517632">
            <w:r>
              <w:rPr>
                <w:sz w:val="17"/>
              </w:rPr>
              <w:t>Digital Life &amp; Online Accounts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BA662A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EE17D3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4C6D4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1C904E" w14:textId="77777777" w:rsidR="000519F1" w:rsidRDefault="000519F1"/>
        </w:tc>
      </w:tr>
      <w:tr w:rsidR="000519F1" w14:paraId="41617AC3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48DACC" w14:textId="77777777" w:rsidR="000519F1" w:rsidRDefault="00517632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FE8B98" w14:textId="77777777" w:rsidR="000519F1" w:rsidRDefault="00517632">
            <w:r>
              <w:rPr>
                <w:sz w:val="17"/>
              </w:rPr>
              <w:t>Veterans’ Burial &amp; Memorial Benefits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83E04A2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E44A073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9CC67AC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B1E9C2" w14:textId="77777777" w:rsidR="000519F1" w:rsidRDefault="000519F1"/>
        </w:tc>
      </w:tr>
      <w:tr w:rsidR="000519F1" w14:paraId="32DAC633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AF6906" w14:textId="77777777" w:rsidR="000519F1" w:rsidRDefault="00517632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B5CF163" w14:textId="77777777" w:rsidR="000519F1" w:rsidRDefault="00517632">
            <w:r>
              <w:rPr>
                <w:sz w:val="17"/>
              </w:rPr>
              <w:t>Tax Returns &amp; Employment Records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A50D27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1F64EC2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1384E28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1B1AAA" w14:textId="77777777" w:rsidR="000519F1" w:rsidRDefault="000519F1"/>
        </w:tc>
      </w:tr>
      <w:tr w:rsidR="000519F1" w14:paraId="2EDA0158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DF24F39" w14:textId="77777777" w:rsidR="000519F1" w:rsidRDefault="00517632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D5F621" w14:textId="77777777" w:rsidR="000519F1" w:rsidRDefault="00517632">
            <w:r>
              <w:rPr>
                <w:sz w:val="17"/>
              </w:rPr>
              <w:t>Retirement Accounts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502135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716EA90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3156E8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FA56C" w14:textId="77777777" w:rsidR="000519F1" w:rsidRDefault="000519F1"/>
        </w:tc>
      </w:tr>
      <w:tr w:rsidR="000519F1" w14:paraId="08AFC23F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725007" w14:textId="77777777" w:rsidR="000519F1" w:rsidRDefault="00517632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750C30" w14:textId="77777777" w:rsidR="000519F1" w:rsidRDefault="00517632">
            <w:r>
              <w:rPr>
                <w:sz w:val="17"/>
              </w:rPr>
              <w:t>Financial Information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6159CA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BE77B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049A4C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A0537E" w14:textId="77777777" w:rsidR="000519F1" w:rsidRDefault="000519F1"/>
        </w:tc>
      </w:tr>
      <w:tr w:rsidR="000519F1" w14:paraId="0E9ED266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BAA93" w14:textId="77777777" w:rsidR="000519F1" w:rsidRDefault="00517632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8BB261" w14:textId="77777777" w:rsidR="000519F1" w:rsidRDefault="00517632">
            <w:r>
              <w:rPr>
                <w:sz w:val="17"/>
              </w:rPr>
              <w:t>Insurance Information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46F911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CE0C78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C124D8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AF56BA" w14:textId="77777777" w:rsidR="000519F1" w:rsidRDefault="000519F1"/>
        </w:tc>
      </w:tr>
      <w:tr w:rsidR="000519F1" w14:paraId="4F350760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FA48B3" w14:textId="77777777" w:rsidR="000519F1" w:rsidRDefault="00517632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C3FD55" w14:textId="77777777" w:rsidR="000519F1" w:rsidRDefault="00517632">
            <w:r>
              <w:rPr>
                <w:sz w:val="17"/>
              </w:rPr>
              <w:t>Household &amp; Daily Living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DA548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4EAD202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876B52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2D0566" w14:textId="77777777" w:rsidR="000519F1" w:rsidRDefault="000519F1"/>
        </w:tc>
      </w:tr>
      <w:tr w:rsidR="000519F1" w14:paraId="070C3A5B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68C850" w14:textId="77777777" w:rsidR="000519F1" w:rsidRDefault="00517632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D9881F" w14:textId="77777777" w:rsidR="000519F1" w:rsidRDefault="00517632">
            <w:r>
              <w:rPr>
                <w:sz w:val="17"/>
              </w:rPr>
              <w:t>Firearms &amp; Transfer Planning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47C5AF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779BCC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DA0B70E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9B54AC" w14:textId="77777777" w:rsidR="000519F1" w:rsidRDefault="000519F1"/>
        </w:tc>
      </w:tr>
      <w:tr w:rsidR="000519F1" w14:paraId="5C4633F9" w14:textId="77777777" w:rsidTr="003D018F">
        <w:trPr>
          <w:trHeight w:val="420"/>
          <w:jc w:val="center"/>
        </w:trPr>
        <w:tc>
          <w:tcPr>
            <w:tcW w:w="66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276FCD" w14:textId="77777777" w:rsidR="000519F1" w:rsidRDefault="00517632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464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F8F4E6" w14:textId="77777777" w:rsidR="000519F1" w:rsidRDefault="00517632">
            <w:r>
              <w:rPr>
                <w:sz w:val="17"/>
              </w:rPr>
              <w:t>Professional, Creative &amp; Intellectual Assets</w:t>
            </w:r>
          </w:p>
        </w:tc>
        <w:tc>
          <w:tcPr>
            <w:tcW w:w="90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D7E4EA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7591D0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67CA3B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C601F8" w14:textId="77777777" w:rsidR="000519F1" w:rsidRDefault="000519F1"/>
        </w:tc>
      </w:tr>
      <w:tr w:rsidR="000519F1" w14:paraId="63A9020A" w14:textId="77777777" w:rsidTr="003D018F">
        <w:trPr>
          <w:trHeight w:val="555"/>
          <w:jc w:val="center"/>
        </w:trPr>
        <w:tc>
          <w:tcPr>
            <w:tcW w:w="663" w:type="dxa"/>
            <w:vAlign w:val="center"/>
          </w:tcPr>
          <w:p w14:paraId="0C44D018" w14:textId="77777777" w:rsidR="000519F1" w:rsidRDefault="000519F1">
            <w:pPr>
              <w:jc w:val="center"/>
            </w:pPr>
          </w:p>
        </w:tc>
        <w:tc>
          <w:tcPr>
            <w:tcW w:w="4642" w:type="dxa"/>
            <w:vAlign w:val="center"/>
          </w:tcPr>
          <w:p w14:paraId="46EFED21" w14:textId="77777777" w:rsidR="000519F1" w:rsidRDefault="00517632">
            <w:r>
              <w:rPr>
                <w:sz w:val="17"/>
              </w:rPr>
              <w:t>Additional / Custom Section</w:t>
            </w:r>
          </w:p>
        </w:tc>
        <w:tc>
          <w:tcPr>
            <w:tcW w:w="900" w:type="dxa"/>
            <w:vAlign w:val="center"/>
          </w:tcPr>
          <w:p w14:paraId="7D68DE9B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vAlign w:val="center"/>
          </w:tcPr>
          <w:p w14:paraId="3B30D56C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90" w:type="dxa"/>
            <w:vAlign w:val="center"/>
          </w:tcPr>
          <w:p w14:paraId="5B78667A" w14:textId="77777777" w:rsidR="000519F1" w:rsidRDefault="00517632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615" w:type="dxa"/>
            <w:vAlign w:val="center"/>
          </w:tcPr>
          <w:p w14:paraId="350032C8" w14:textId="77777777" w:rsidR="000519F1" w:rsidRDefault="000519F1"/>
        </w:tc>
      </w:tr>
    </w:tbl>
    <w:p w14:paraId="65C01C3D" w14:textId="77777777" w:rsidR="000519F1" w:rsidRDefault="00517632" w:rsidP="003D018F">
      <w:pPr>
        <w:tabs>
          <w:tab w:val="left" w:pos="-90"/>
        </w:tabs>
        <w:spacing w:before="120" w:after="40"/>
        <w:ind w:left="-90"/>
      </w:pPr>
      <w:r>
        <w:rPr>
          <w:b/>
          <w:sz w:val="21"/>
        </w:rPr>
        <w:t>OVERALL BINDER SETUP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0519F1" w14:paraId="1CBFCCB1" w14:textId="77777777" w:rsidTr="003D018F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082B80" w14:textId="77777777" w:rsidR="000519F1" w:rsidRDefault="00517632" w:rsidP="00045DDA">
            <w:pPr>
              <w:spacing w:after="0"/>
              <w:ind w:left="180"/>
            </w:pPr>
            <w:r>
              <w:rPr>
                <w:sz w:val="17"/>
              </w:rPr>
              <w:t>☐ Physical binder assembled and labeled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2799116" w14:textId="77777777" w:rsidR="000519F1" w:rsidRDefault="00517632" w:rsidP="00045DDA">
            <w:pPr>
              <w:spacing w:after="0"/>
              <w:ind w:left="180"/>
            </w:pPr>
            <w:r>
              <w:rPr>
                <w:sz w:val="17"/>
              </w:rPr>
              <w:t>☐ Matching digital master folder created</w:t>
            </w:r>
          </w:p>
        </w:tc>
      </w:tr>
      <w:tr w:rsidR="000519F1" w14:paraId="75C01121" w14:textId="77777777" w:rsidTr="003D018F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1C51A9" w14:textId="77777777" w:rsidR="000519F1" w:rsidRDefault="00517632" w:rsidP="00045DDA">
            <w:pPr>
              <w:spacing w:after="0"/>
              <w:ind w:left="180"/>
            </w:pPr>
            <w:r>
              <w:rPr>
                <w:sz w:val="17"/>
              </w:rPr>
              <w:t>☐ Important originals stored outside the binder can be located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756C14" w14:textId="77777777" w:rsidR="000519F1" w:rsidRDefault="00517632" w:rsidP="00045DDA">
            <w:pPr>
              <w:spacing w:after="0"/>
              <w:ind w:left="180"/>
            </w:pPr>
            <w:r>
              <w:rPr>
                <w:sz w:val="17"/>
              </w:rPr>
              <w:t>☐ Trusted person or representative knows where the Legacy Binder is kept</w:t>
            </w:r>
          </w:p>
        </w:tc>
      </w:tr>
    </w:tbl>
    <w:p w14:paraId="645E2555" w14:textId="77777777" w:rsidR="000519F1" w:rsidRDefault="00517632" w:rsidP="003D018F">
      <w:pPr>
        <w:spacing w:before="100" w:after="20"/>
      </w:pPr>
      <w:r>
        <w:rPr>
          <w:b/>
          <w:sz w:val="21"/>
        </w:rPr>
        <w:t>PRIORITIES / NEXT STEPS</w:t>
      </w:r>
    </w:p>
    <w:p w14:paraId="0ACB21F2" w14:textId="77777777" w:rsidR="000519F1" w:rsidRDefault="00517632" w:rsidP="003D018F">
      <w:pPr>
        <w:spacing w:after="20"/>
      </w:pPr>
      <w:r>
        <w:t>________________________________________________________________________________</w:t>
      </w:r>
    </w:p>
    <w:p w14:paraId="2DE20241" w14:textId="77777777" w:rsidR="000519F1" w:rsidRDefault="00517632" w:rsidP="003D018F">
      <w:pPr>
        <w:spacing w:after="20"/>
      </w:pPr>
      <w:r>
        <w:t>________________________________________________________________________________</w:t>
      </w:r>
    </w:p>
    <w:p w14:paraId="527D3A13" w14:textId="77777777" w:rsidR="000519F1" w:rsidRDefault="00517632" w:rsidP="003D018F">
      <w:pPr>
        <w:spacing w:after="20"/>
      </w:pPr>
      <w:r>
        <w:t>________________________________________________________________________________</w:t>
      </w:r>
    </w:p>
    <w:sectPr w:rsidR="000519F1" w:rsidSect="00034616">
      <w:footerReference w:type="default" r:id="rId8"/>
      <w:pgSz w:w="12240" w:h="15840"/>
      <w:pgMar w:top="749" w:right="835" w:bottom="749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9C11" w14:textId="77777777" w:rsidR="00650B42" w:rsidRDefault="00650B42">
      <w:pPr>
        <w:spacing w:after="0" w:line="240" w:lineRule="auto"/>
      </w:pPr>
      <w:r>
        <w:separator/>
      </w:r>
    </w:p>
  </w:endnote>
  <w:endnote w:type="continuationSeparator" w:id="0">
    <w:p w14:paraId="3336FB55" w14:textId="77777777" w:rsidR="00650B42" w:rsidRDefault="00650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5580" w14:textId="77777777" w:rsidR="000519F1" w:rsidRDefault="00517632">
    <w:pPr>
      <w:pStyle w:val="Footer"/>
      <w:jc w:val="center"/>
    </w:pPr>
    <w:r>
      <w:rPr>
        <w:sz w:val="15"/>
      </w:rPr>
      <w:t>Legacy Binder © Sheila Keene-Lund | C2-03 — Master Progress Tracker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F038" w14:textId="77777777" w:rsidR="00650B42" w:rsidRDefault="00650B42">
      <w:pPr>
        <w:spacing w:after="0" w:line="240" w:lineRule="auto"/>
      </w:pPr>
      <w:r>
        <w:separator/>
      </w:r>
    </w:p>
  </w:footnote>
  <w:footnote w:type="continuationSeparator" w:id="0">
    <w:p w14:paraId="43EB7A94" w14:textId="77777777" w:rsidR="00650B42" w:rsidRDefault="00650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2325450">
    <w:abstractNumId w:val="8"/>
  </w:num>
  <w:num w:numId="2" w16cid:durableId="698239937">
    <w:abstractNumId w:val="6"/>
  </w:num>
  <w:num w:numId="3" w16cid:durableId="1653097583">
    <w:abstractNumId w:val="5"/>
  </w:num>
  <w:num w:numId="4" w16cid:durableId="117603511">
    <w:abstractNumId w:val="4"/>
  </w:num>
  <w:num w:numId="5" w16cid:durableId="2082561007">
    <w:abstractNumId w:val="7"/>
  </w:num>
  <w:num w:numId="6" w16cid:durableId="706415014">
    <w:abstractNumId w:val="3"/>
  </w:num>
  <w:num w:numId="7" w16cid:durableId="1418863863">
    <w:abstractNumId w:val="2"/>
  </w:num>
  <w:num w:numId="8" w16cid:durableId="2000379413">
    <w:abstractNumId w:val="1"/>
  </w:num>
  <w:num w:numId="9" w16cid:durableId="94642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DDA"/>
    <w:rsid w:val="000519F1"/>
    <w:rsid w:val="0006063C"/>
    <w:rsid w:val="0015074B"/>
    <w:rsid w:val="0029571D"/>
    <w:rsid w:val="0029639D"/>
    <w:rsid w:val="00326F90"/>
    <w:rsid w:val="003D018F"/>
    <w:rsid w:val="00413DFC"/>
    <w:rsid w:val="00517632"/>
    <w:rsid w:val="00650B42"/>
    <w:rsid w:val="00777444"/>
    <w:rsid w:val="00917855"/>
    <w:rsid w:val="00AA1D8D"/>
    <w:rsid w:val="00B47730"/>
    <w:rsid w:val="00C8530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CD08B"/>
  <w14:defaultImageDpi w14:val="300"/>
  <w15:docId w15:val="{2A3C7F25-32BA-4C26-95C2-F64BFE06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2026-09-07T22:44:00Z</dcterms:created>
  <dcterms:modified xsi:type="dcterms:W3CDTF">2026-09-14T20:14:00Z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cb797307-a2c5-43bb-ae1e-0219fd853cc5</vt:lpwstr>
  </property>
</Properties>
</file>