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0EB07" w14:textId="77777777" w:rsidR="00750CE2" w:rsidRDefault="00651C6D">
      <w:pPr>
        <w:spacing w:after="0"/>
        <w:jc w:val="center"/>
      </w:pPr>
      <w:r>
        <w:rPr>
          <w:b/>
          <w:sz w:val="28"/>
        </w:rPr>
        <w:t>LEGACY BINDER</w:t>
      </w:r>
    </w:p>
    <w:p w14:paraId="67152E87" w14:textId="77777777" w:rsidR="00750CE2" w:rsidRDefault="00651C6D">
      <w:pPr>
        <w:spacing w:after="80"/>
        <w:jc w:val="center"/>
      </w:pPr>
      <w:r>
        <w:rPr>
          <w:b/>
          <w:sz w:val="32"/>
        </w:rPr>
        <w:t>S1-01 — PERSONAL INFORMATION SUMMARY</w:t>
      </w:r>
    </w:p>
    <w:p w14:paraId="32A6D9B8" w14:textId="77777777" w:rsidR="00750CE2" w:rsidRDefault="00651C6D">
      <w:pPr>
        <w:spacing w:after="120"/>
        <w:jc w:val="center"/>
      </w:pPr>
      <w:r>
        <w:rPr>
          <w:i/>
          <w:sz w:val="18"/>
        </w:rPr>
        <w:t>Use this form as a quick reference to your essential personal and identification information. Complete only the fields that apply to you.</w:t>
      </w:r>
    </w:p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750CE2" w14:paraId="7F3BCA29" w14:textId="77777777" w:rsidTr="00AF5F8C">
        <w:trPr>
          <w:jc w:val="center"/>
        </w:trPr>
        <w:tc>
          <w:tcPr>
            <w:tcW w:w="5184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5FB382B" w14:textId="77777777" w:rsidR="00750CE2" w:rsidRDefault="00651C6D">
            <w:pPr>
              <w:spacing w:after="0"/>
            </w:pPr>
            <w:r>
              <w:rPr>
                <w:b/>
              </w:rPr>
              <w:t xml:space="preserve">Name: </w:t>
            </w:r>
            <w:r>
              <w:t>____________________________________</w:t>
            </w:r>
          </w:p>
        </w:tc>
        <w:tc>
          <w:tcPr>
            <w:tcW w:w="5184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1A698AB" w14:textId="77777777" w:rsidR="00750CE2" w:rsidRDefault="00651C6D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________________</w:t>
            </w:r>
          </w:p>
        </w:tc>
      </w:tr>
    </w:tbl>
    <w:p w14:paraId="33C77245" w14:textId="77777777" w:rsidR="00750CE2" w:rsidRDefault="00750CE2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750CE2" w14:paraId="546DF6C5" w14:textId="77777777" w:rsidTr="00AF5F8C">
        <w:trPr>
          <w:jc w:val="center"/>
        </w:trPr>
        <w:tc>
          <w:tcPr>
            <w:tcW w:w="10368" w:type="dxa"/>
            <w:shd w:val="clear" w:color="auto" w:fill="D9D9D9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5777FC9" w14:textId="77777777" w:rsidR="00750CE2" w:rsidRDefault="00651C6D">
            <w:pPr>
              <w:spacing w:after="0"/>
            </w:pPr>
            <w:r>
              <w:rPr>
                <w:b/>
              </w:rPr>
              <w:t>PERSONAL DETAILS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075"/>
        <w:gridCol w:w="7725"/>
      </w:tblGrid>
      <w:tr w:rsidR="00750CE2" w14:paraId="67DC9287" w14:textId="77777777" w:rsidTr="00AF5F8C">
        <w:trPr>
          <w:trHeight w:val="360"/>
          <w:jc w:val="center"/>
        </w:trPr>
        <w:tc>
          <w:tcPr>
            <w:tcW w:w="2952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9A0B89D" w14:textId="77777777" w:rsidR="00750CE2" w:rsidRDefault="00651C6D">
            <w:r>
              <w:rPr>
                <w:b/>
                <w:sz w:val="18"/>
              </w:rPr>
              <w:t>Full Legal Name</w:t>
            </w:r>
          </w:p>
        </w:tc>
        <w:tc>
          <w:tcPr>
            <w:tcW w:w="7416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5D718BB" w14:textId="77777777" w:rsidR="00750CE2" w:rsidRDefault="00750CE2"/>
        </w:tc>
      </w:tr>
      <w:tr w:rsidR="00750CE2" w14:paraId="2D62F446" w14:textId="77777777" w:rsidTr="00AF5F8C">
        <w:trPr>
          <w:trHeight w:val="360"/>
          <w:jc w:val="center"/>
        </w:trPr>
        <w:tc>
          <w:tcPr>
            <w:tcW w:w="2952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3EE21A8" w14:textId="77777777" w:rsidR="00750CE2" w:rsidRDefault="00651C6D">
            <w:r>
              <w:rPr>
                <w:b/>
                <w:sz w:val="18"/>
              </w:rPr>
              <w:t>Other / Previous Names</w:t>
            </w:r>
          </w:p>
        </w:tc>
        <w:tc>
          <w:tcPr>
            <w:tcW w:w="7416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18DF0FD" w14:textId="77777777" w:rsidR="00750CE2" w:rsidRDefault="00750CE2"/>
        </w:tc>
      </w:tr>
      <w:tr w:rsidR="00750CE2" w14:paraId="05E02FC6" w14:textId="77777777" w:rsidTr="00AF5F8C">
        <w:trPr>
          <w:trHeight w:val="330"/>
          <w:jc w:val="center"/>
        </w:trPr>
        <w:tc>
          <w:tcPr>
            <w:tcW w:w="2952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841FD84" w14:textId="77777777" w:rsidR="00750CE2" w:rsidRDefault="00651C6D">
            <w:r>
              <w:rPr>
                <w:b/>
                <w:sz w:val="18"/>
              </w:rPr>
              <w:t>Date of Birth</w:t>
            </w:r>
          </w:p>
        </w:tc>
        <w:tc>
          <w:tcPr>
            <w:tcW w:w="7416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26A793DC" w14:textId="77777777" w:rsidR="00750CE2" w:rsidRDefault="00750CE2"/>
        </w:tc>
      </w:tr>
      <w:tr w:rsidR="00750CE2" w14:paraId="00DA1715" w14:textId="77777777" w:rsidTr="00AF5F8C">
        <w:trPr>
          <w:trHeight w:val="330"/>
          <w:jc w:val="center"/>
        </w:trPr>
        <w:tc>
          <w:tcPr>
            <w:tcW w:w="2952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4957209" w14:textId="77777777" w:rsidR="00750CE2" w:rsidRDefault="00651C6D">
            <w:r>
              <w:rPr>
                <w:b/>
                <w:sz w:val="18"/>
              </w:rPr>
              <w:t>Place of Birth</w:t>
            </w:r>
          </w:p>
        </w:tc>
        <w:tc>
          <w:tcPr>
            <w:tcW w:w="7416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4447219" w14:textId="77777777" w:rsidR="00750CE2" w:rsidRDefault="00750CE2"/>
        </w:tc>
      </w:tr>
      <w:tr w:rsidR="00750CE2" w14:paraId="1C6BFC38" w14:textId="77777777" w:rsidTr="00AF5F8C">
        <w:trPr>
          <w:trHeight w:val="330"/>
          <w:jc w:val="center"/>
        </w:trPr>
        <w:tc>
          <w:tcPr>
            <w:tcW w:w="2952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9B4269E" w14:textId="77777777" w:rsidR="00750CE2" w:rsidRDefault="00651C6D">
            <w:r>
              <w:rPr>
                <w:b/>
                <w:sz w:val="18"/>
              </w:rPr>
              <w:t>Marital / Relationship Status</w:t>
            </w:r>
          </w:p>
        </w:tc>
        <w:tc>
          <w:tcPr>
            <w:tcW w:w="7416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F3A58C3" w14:textId="77777777" w:rsidR="00750CE2" w:rsidRDefault="00750CE2"/>
        </w:tc>
      </w:tr>
    </w:tbl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750CE2" w14:paraId="4582E9DD" w14:textId="77777777" w:rsidTr="00AF5F8C">
        <w:trPr>
          <w:jc w:val="center"/>
        </w:trPr>
        <w:tc>
          <w:tcPr>
            <w:tcW w:w="10368" w:type="dxa"/>
            <w:shd w:val="clear" w:color="auto" w:fill="D9D9D9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5479098" w14:textId="77777777" w:rsidR="00750CE2" w:rsidRDefault="00651C6D">
            <w:pPr>
              <w:spacing w:after="0"/>
            </w:pPr>
            <w:r>
              <w:rPr>
                <w:b/>
              </w:rPr>
              <w:t>CONTACT &amp; RESIDENCE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075"/>
        <w:gridCol w:w="7725"/>
      </w:tblGrid>
      <w:tr w:rsidR="00750CE2" w14:paraId="24CE956E" w14:textId="77777777" w:rsidTr="00AF5F8C">
        <w:trPr>
          <w:trHeight w:val="480"/>
          <w:jc w:val="center"/>
        </w:trPr>
        <w:tc>
          <w:tcPr>
            <w:tcW w:w="2952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A52AA89" w14:textId="77777777" w:rsidR="00750CE2" w:rsidRDefault="00651C6D">
            <w:r>
              <w:rPr>
                <w:b/>
                <w:sz w:val="18"/>
              </w:rPr>
              <w:t>Primary Address</w:t>
            </w:r>
          </w:p>
        </w:tc>
        <w:tc>
          <w:tcPr>
            <w:tcW w:w="7416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60652F25" w14:textId="77777777" w:rsidR="00750CE2" w:rsidRDefault="00750CE2"/>
        </w:tc>
      </w:tr>
      <w:tr w:rsidR="00750CE2" w14:paraId="627BB3E1" w14:textId="77777777" w:rsidTr="00AF5F8C">
        <w:trPr>
          <w:trHeight w:val="480"/>
          <w:jc w:val="center"/>
        </w:trPr>
        <w:tc>
          <w:tcPr>
            <w:tcW w:w="2952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24476186" w14:textId="77777777" w:rsidR="00750CE2" w:rsidRDefault="00651C6D">
            <w:r>
              <w:rPr>
                <w:b/>
                <w:sz w:val="18"/>
              </w:rPr>
              <w:t>Mailing Address (if different)</w:t>
            </w:r>
          </w:p>
        </w:tc>
        <w:tc>
          <w:tcPr>
            <w:tcW w:w="7416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61750CDF" w14:textId="77777777" w:rsidR="00750CE2" w:rsidRDefault="00750CE2"/>
        </w:tc>
      </w:tr>
      <w:tr w:rsidR="00750CE2" w14:paraId="69A7435C" w14:textId="77777777" w:rsidTr="00AF5F8C">
        <w:trPr>
          <w:trHeight w:val="330"/>
          <w:jc w:val="center"/>
        </w:trPr>
        <w:tc>
          <w:tcPr>
            <w:tcW w:w="2952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EB0BC05" w14:textId="77777777" w:rsidR="00750CE2" w:rsidRDefault="00651C6D">
            <w:r>
              <w:rPr>
                <w:b/>
                <w:sz w:val="18"/>
              </w:rPr>
              <w:t>Primary Phone</w:t>
            </w:r>
          </w:p>
        </w:tc>
        <w:tc>
          <w:tcPr>
            <w:tcW w:w="7416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D29DA45" w14:textId="77777777" w:rsidR="00750CE2" w:rsidRDefault="00750CE2"/>
        </w:tc>
      </w:tr>
      <w:tr w:rsidR="00750CE2" w14:paraId="246F84C5" w14:textId="77777777" w:rsidTr="00AF5F8C">
        <w:trPr>
          <w:trHeight w:val="330"/>
          <w:jc w:val="center"/>
        </w:trPr>
        <w:tc>
          <w:tcPr>
            <w:tcW w:w="2952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0D00666" w14:textId="77777777" w:rsidR="00750CE2" w:rsidRDefault="00651C6D">
            <w:r>
              <w:rPr>
                <w:b/>
                <w:sz w:val="18"/>
              </w:rPr>
              <w:t>Email Address</w:t>
            </w:r>
          </w:p>
        </w:tc>
        <w:tc>
          <w:tcPr>
            <w:tcW w:w="7416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792590F" w14:textId="77777777" w:rsidR="00750CE2" w:rsidRDefault="00750CE2"/>
        </w:tc>
      </w:tr>
    </w:tbl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750CE2" w14:paraId="56F02FE0" w14:textId="77777777" w:rsidTr="00AF5F8C">
        <w:trPr>
          <w:jc w:val="center"/>
        </w:trPr>
        <w:tc>
          <w:tcPr>
            <w:tcW w:w="10368" w:type="dxa"/>
            <w:shd w:val="clear" w:color="auto" w:fill="D9D9D9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B78DE2D" w14:textId="77777777" w:rsidR="00750CE2" w:rsidRDefault="00651C6D">
            <w:pPr>
              <w:spacing w:after="0"/>
            </w:pPr>
            <w:r>
              <w:rPr>
                <w:b/>
              </w:rPr>
              <w:t>IDENTIFICATION &amp; VITAL RECORDS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075"/>
        <w:gridCol w:w="7725"/>
      </w:tblGrid>
      <w:tr w:rsidR="00750CE2" w14:paraId="45141BCF" w14:textId="77777777" w:rsidTr="00AF5F8C">
        <w:trPr>
          <w:trHeight w:val="390"/>
          <w:jc w:val="center"/>
        </w:trPr>
        <w:tc>
          <w:tcPr>
            <w:tcW w:w="2952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76981CF" w14:textId="77777777" w:rsidR="00750CE2" w:rsidRDefault="00651C6D">
            <w:r>
              <w:rPr>
                <w:b/>
                <w:sz w:val="18"/>
              </w:rPr>
              <w:t>Driver License / State ID</w:t>
            </w:r>
          </w:p>
        </w:tc>
        <w:tc>
          <w:tcPr>
            <w:tcW w:w="7416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5A5CF73" w14:textId="77777777" w:rsidR="00750CE2" w:rsidRDefault="00750CE2"/>
        </w:tc>
      </w:tr>
      <w:tr w:rsidR="00750CE2" w14:paraId="1644BD6F" w14:textId="77777777" w:rsidTr="00AF5F8C">
        <w:trPr>
          <w:trHeight w:val="390"/>
          <w:jc w:val="center"/>
        </w:trPr>
        <w:tc>
          <w:tcPr>
            <w:tcW w:w="2952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2F7BB469" w14:textId="77777777" w:rsidR="00750CE2" w:rsidRDefault="00651C6D">
            <w:r>
              <w:rPr>
                <w:b/>
                <w:sz w:val="18"/>
              </w:rPr>
              <w:t>Passport</w:t>
            </w:r>
          </w:p>
        </w:tc>
        <w:tc>
          <w:tcPr>
            <w:tcW w:w="7416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7C4DC50" w14:textId="77777777" w:rsidR="00750CE2" w:rsidRDefault="00750CE2"/>
        </w:tc>
      </w:tr>
      <w:tr w:rsidR="00750CE2" w14:paraId="056BA350" w14:textId="77777777" w:rsidTr="00AF5F8C">
        <w:trPr>
          <w:trHeight w:val="390"/>
          <w:jc w:val="center"/>
        </w:trPr>
        <w:tc>
          <w:tcPr>
            <w:tcW w:w="2952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66241307" w14:textId="77777777" w:rsidR="00750CE2" w:rsidRDefault="00651C6D">
            <w:r>
              <w:rPr>
                <w:b/>
                <w:sz w:val="18"/>
              </w:rPr>
              <w:t>Social Security Information</w:t>
            </w:r>
          </w:p>
        </w:tc>
        <w:tc>
          <w:tcPr>
            <w:tcW w:w="7416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0FAED3B" w14:textId="77777777" w:rsidR="00750CE2" w:rsidRDefault="00750CE2"/>
        </w:tc>
      </w:tr>
      <w:tr w:rsidR="00750CE2" w14:paraId="73FDF587" w14:textId="77777777" w:rsidTr="00AF5F8C">
        <w:trPr>
          <w:trHeight w:val="390"/>
          <w:jc w:val="center"/>
        </w:trPr>
        <w:tc>
          <w:tcPr>
            <w:tcW w:w="2952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D64F45B" w14:textId="77777777" w:rsidR="00750CE2" w:rsidRDefault="00651C6D">
            <w:r>
              <w:rPr>
                <w:b/>
                <w:sz w:val="18"/>
              </w:rPr>
              <w:t>Birth Certificate</w:t>
            </w:r>
          </w:p>
        </w:tc>
        <w:tc>
          <w:tcPr>
            <w:tcW w:w="7416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4FEF4B0" w14:textId="77777777" w:rsidR="00750CE2" w:rsidRDefault="00750CE2"/>
        </w:tc>
      </w:tr>
      <w:tr w:rsidR="00750CE2" w14:paraId="23ED38B6" w14:textId="77777777" w:rsidTr="00AF5F8C">
        <w:trPr>
          <w:trHeight w:val="440"/>
          <w:jc w:val="center"/>
        </w:trPr>
        <w:tc>
          <w:tcPr>
            <w:tcW w:w="2952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0C123F7" w14:textId="77777777" w:rsidR="00750CE2" w:rsidRDefault="00651C6D">
            <w:r>
              <w:rPr>
                <w:b/>
                <w:sz w:val="18"/>
              </w:rPr>
              <w:t>Marriage / Divorce / Name-Change Records</w:t>
            </w:r>
          </w:p>
        </w:tc>
        <w:tc>
          <w:tcPr>
            <w:tcW w:w="7416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C8DB889" w14:textId="77777777" w:rsidR="00750CE2" w:rsidRDefault="00750CE2"/>
        </w:tc>
      </w:tr>
    </w:tbl>
    <w:p w14:paraId="5EA568E5" w14:textId="77777777" w:rsidR="00750CE2" w:rsidRDefault="00651C6D" w:rsidP="00AF5F8C">
      <w:pPr>
        <w:spacing w:before="100" w:after="60"/>
        <w:ind w:left="-90"/>
      </w:pPr>
      <w:r>
        <w:rPr>
          <w:b/>
        </w:rPr>
        <w:t xml:space="preserve">Security: </w:t>
      </w:r>
      <w:r>
        <w:t>For sensitive identification numbers, record only what you are comfortable keeping here. You may instead note where the document or information is securely stored.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750CE2" w14:paraId="02D17938" w14:textId="77777777" w:rsidTr="00AF5F8C">
        <w:trPr>
          <w:jc w:val="center"/>
        </w:trPr>
        <w:tc>
          <w:tcPr>
            <w:tcW w:w="10368" w:type="dxa"/>
            <w:shd w:val="clear" w:color="auto" w:fill="D9D9D9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AB5FDAC" w14:textId="77777777" w:rsidR="00750CE2" w:rsidRDefault="00651C6D">
            <w:pPr>
              <w:spacing w:after="0"/>
            </w:pPr>
            <w:r>
              <w:rPr>
                <w:b/>
              </w:rPr>
              <w:t>KEY PEOPLE TO CONTACT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075"/>
        <w:gridCol w:w="7725"/>
      </w:tblGrid>
      <w:tr w:rsidR="00750CE2" w14:paraId="65DF7DA1" w14:textId="77777777" w:rsidTr="00AF5F8C">
        <w:trPr>
          <w:trHeight w:val="430"/>
          <w:jc w:val="center"/>
        </w:trPr>
        <w:tc>
          <w:tcPr>
            <w:tcW w:w="2952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92402A1" w14:textId="77777777" w:rsidR="00750CE2" w:rsidRDefault="00651C6D">
            <w:r>
              <w:rPr>
                <w:b/>
                <w:sz w:val="18"/>
              </w:rPr>
              <w:t>Primary Contact</w:t>
            </w:r>
          </w:p>
        </w:tc>
        <w:tc>
          <w:tcPr>
            <w:tcW w:w="7416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585B78D" w14:textId="77777777" w:rsidR="00750CE2" w:rsidRDefault="00750CE2"/>
        </w:tc>
      </w:tr>
      <w:tr w:rsidR="00750CE2" w14:paraId="4412AE64" w14:textId="77777777" w:rsidTr="00AF5F8C">
        <w:trPr>
          <w:trHeight w:val="430"/>
          <w:jc w:val="center"/>
        </w:trPr>
        <w:tc>
          <w:tcPr>
            <w:tcW w:w="2952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9E3686C" w14:textId="77777777" w:rsidR="00750CE2" w:rsidRDefault="00651C6D">
            <w:r>
              <w:rPr>
                <w:b/>
                <w:sz w:val="18"/>
              </w:rPr>
              <w:t>Secondary Contact</w:t>
            </w:r>
          </w:p>
        </w:tc>
        <w:tc>
          <w:tcPr>
            <w:tcW w:w="7416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429D665" w14:textId="77777777" w:rsidR="00750CE2" w:rsidRDefault="00750CE2"/>
        </w:tc>
      </w:tr>
      <w:tr w:rsidR="00750CE2" w14:paraId="54125F68" w14:textId="77777777" w:rsidTr="00AF5F8C">
        <w:trPr>
          <w:trHeight w:val="430"/>
          <w:jc w:val="center"/>
        </w:trPr>
        <w:tc>
          <w:tcPr>
            <w:tcW w:w="2952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BB91A08" w14:textId="77777777" w:rsidR="00750CE2" w:rsidRDefault="00651C6D">
            <w:r>
              <w:rPr>
                <w:b/>
                <w:sz w:val="18"/>
              </w:rPr>
              <w:t>Attorney / Legal Contact</w:t>
            </w:r>
          </w:p>
        </w:tc>
        <w:tc>
          <w:tcPr>
            <w:tcW w:w="7416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2728675F" w14:textId="77777777" w:rsidR="00750CE2" w:rsidRDefault="00750CE2"/>
        </w:tc>
      </w:tr>
      <w:tr w:rsidR="00750CE2" w14:paraId="6EBC2681" w14:textId="77777777" w:rsidTr="00AF5F8C">
        <w:trPr>
          <w:trHeight w:val="430"/>
          <w:jc w:val="center"/>
        </w:trPr>
        <w:tc>
          <w:tcPr>
            <w:tcW w:w="2952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FE305F3" w14:textId="77777777" w:rsidR="00750CE2" w:rsidRDefault="00651C6D">
            <w:r>
              <w:rPr>
                <w:b/>
                <w:sz w:val="18"/>
              </w:rPr>
              <w:t>Other Important Contact</w:t>
            </w:r>
          </w:p>
        </w:tc>
        <w:tc>
          <w:tcPr>
            <w:tcW w:w="7416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23682E12" w14:textId="77777777" w:rsidR="00750CE2" w:rsidRDefault="00750CE2"/>
        </w:tc>
      </w:tr>
    </w:tbl>
    <w:p w14:paraId="431E0505" w14:textId="77777777" w:rsidR="00750CE2" w:rsidRDefault="00651C6D">
      <w:pPr>
        <w:spacing w:before="100" w:after="40"/>
      </w:pPr>
      <w:r>
        <w:rPr>
          <w:b/>
          <w:sz w:val="21"/>
        </w:rPr>
        <w:t>ADDITIONAL NOTES</w:t>
      </w:r>
    </w:p>
    <w:p w14:paraId="71B368DB" w14:textId="77777777" w:rsidR="00750CE2" w:rsidRDefault="00651C6D">
      <w:pPr>
        <w:spacing w:after="20"/>
      </w:pPr>
      <w:r>
        <w:t>________________________________________________________________________________</w:t>
      </w:r>
    </w:p>
    <w:sectPr w:rsidR="00750CE2" w:rsidSect="00034616">
      <w:footerReference w:type="default" r:id="rId8"/>
      <w:pgSz w:w="12240" w:h="15840"/>
      <w:pgMar w:top="749" w:right="936" w:bottom="749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F1DB3" w14:textId="77777777" w:rsidR="005D63B9" w:rsidRDefault="005D63B9">
      <w:pPr>
        <w:spacing w:after="0" w:line="240" w:lineRule="auto"/>
      </w:pPr>
      <w:r>
        <w:separator/>
      </w:r>
    </w:p>
  </w:endnote>
  <w:endnote w:type="continuationSeparator" w:id="0">
    <w:p w14:paraId="36C4EC96" w14:textId="77777777" w:rsidR="005D63B9" w:rsidRDefault="005D6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0F531" w14:textId="77777777" w:rsidR="00750CE2" w:rsidRDefault="00651C6D">
    <w:pPr>
      <w:pStyle w:val="Footer"/>
      <w:jc w:val="center"/>
    </w:pPr>
    <w:r>
      <w:rPr>
        <w:sz w:val="15"/>
      </w:rPr>
      <w:t>Legacy Binder © Sheila Keene-Lund | S1-01 — Personal Information Summary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E6A90" w14:textId="77777777" w:rsidR="005D63B9" w:rsidRDefault="005D63B9">
      <w:pPr>
        <w:spacing w:after="0" w:line="240" w:lineRule="auto"/>
      </w:pPr>
      <w:r>
        <w:separator/>
      </w:r>
    </w:p>
  </w:footnote>
  <w:footnote w:type="continuationSeparator" w:id="0">
    <w:p w14:paraId="419C7BA7" w14:textId="77777777" w:rsidR="005D63B9" w:rsidRDefault="005D63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8079154">
    <w:abstractNumId w:val="8"/>
  </w:num>
  <w:num w:numId="2" w16cid:durableId="366369671">
    <w:abstractNumId w:val="6"/>
  </w:num>
  <w:num w:numId="3" w16cid:durableId="562453400">
    <w:abstractNumId w:val="5"/>
  </w:num>
  <w:num w:numId="4" w16cid:durableId="763842562">
    <w:abstractNumId w:val="4"/>
  </w:num>
  <w:num w:numId="5" w16cid:durableId="1297489047">
    <w:abstractNumId w:val="7"/>
  </w:num>
  <w:num w:numId="6" w16cid:durableId="574783262">
    <w:abstractNumId w:val="3"/>
  </w:num>
  <w:num w:numId="7" w16cid:durableId="660472733">
    <w:abstractNumId w:val="2"/>
  </w:num>
  <w:num w:numId="8" w16cid:durableId="595946802">
    <w:abstractNumId w:val="1"/>
  </w:num>
  <w:num w:numId="9" w16cid:durableId="1042053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D63B9"/>
    <w:rsid w:val="00651C6D"/>
    <w:rsid w:val="00750CE2"/>
    <w:rsid w:val="00777444"/>
    <w:rsid w:val="00AA1D8D"/>
    <w:rsid w:val="00AF5F8C"/>
    <w:rsid w:val="00B47730"/>
    <w:rsid w:val="00C8530C"/>
    <w:rsid w:val="00CB0664"/>
    <w:rsid w:val="00F419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15BB54"/>
  <w14:defaultImageDpi w14:val="300"/>
  <w15:docId w15:val="{2A3C7F25-32BA-4C26-95C2-F64BFE065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3</cp:revision>
  <dcterms:created xsi:type="dcterms:W3CDTF">2026-09-07T22:52:00Z</dcterms:created>
  <dcterms:modified xsi:type="dcterms:W3CDTF">2026-09-14T14:01:00Z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8609450c-d79c-4c1f-b5f7-be5db801abd5</vt:lpwstr>
  </property>
</Properties>
</file>