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2810" w14:textId="77777777" w:rsidR="00CB0813" w:rsidRDefault="00A4220B">
      <w:pPr>
        <w:spacing w:after="0"/>
        <w:jc w:val="center"/>
      </w:pPr>
      <w:r>
        <w:rPr>
          <w:b/>
          <w:sz w:val="28"/>
        </w:rPr>
        <w:t>LEGACY BINDER</w:t>
      </w:r>
    </w:p>
    <w:p w14:paraId="3F47E0C1" w14:textId="77777777" w:rsidR="00CB0813" w:rsidRDefault="00A4220B">
      <w:pPr>
        <w:spacing w:after="60"/>
        <w:jc w:val="center"/>
      </w:pPr>
      <w:r>
        <w:rPr>
          <w:b/>
          <w:sz w:val="31"/>
        </w:rPr>
        <w:t>S10-01 — RETIREMENT ACCOUNT INFORMATION SUMMARY</w:t>
      </w:r>
    </w:p>
    <w:p w14:paraId="4386182A" w14:textId="77777777" w:rsidR="00CB0813" w:rsidRDefault="00A4220B">
      <w:pPr>
        <w:spacing w:after="100"/>
        <w:jc w:val="center"/>
      </w:pPr>
      <w:r>
        <w:rPr>
          <w:i/>
          <w:sz w:val="17"/>
        </w:rPr>
        <w:t>Use this form to create a central record of retirement accounts, pensions, employer plans, custodians and plan administrators, current distributions, RMD status, pension and survivor elections, retirement-plan loans, and the location of important records.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CB0813" w14:paraId="4EB4F40E" w14:textId="77777777" w:rsidTr="00852286">
        <w:trPr>
          <w:jc w:val="center"/>
        </w:trPr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59EB1D" w14:textId="77777777" w:rsidR="00CB0813" w:rsidRDefault="00A4220B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69D6192" w14:textId="77777777" w:rsidR="00CB0813" w:rsidRDefault="00A4220B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0F03AB02" w14:textId="77777777" w:rsidR="00CB0813" w:rsidRDefault="00CB0813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B0813" w14:paraId="739CE0A7" w14:textId="77777777" w:rsidTr="00852286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AC4311D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t>RETIREMENT ACCOUNTS, PENSIONS &amp; OTHER BENEFITS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626"/>
        <w:gridCol w:w="1366"/>
        <w:gridCol w:w="1107"/>
        <w:gridCol w:w="1431"/>
        <w:gridCol w:w="1884"/>
        <w:gridCol w:w="1107"/>
        <w:gridCol w:w="1301"/>
        <w:gridCol w:w="978"/>
      </w:tblGrid>
      <w:tr w:rsidR="00CB0813" w14:paraId="53236300" w14:textId="77777777" w:rsidTr="00E70F6E">
        <w:trPr>
          <w:tblHeader/>
          <w:jc w:val="center"/>
        </w:trPr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4634C92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Institution / Employer / Plan Provider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507D5814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Account / Plan Type</w:t>
            </w:r>
          </w:p>
        </w:tc>
        <w:tc>
          <w:tcPr>
            <w:tcW w:w="122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3A8C557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Acct. / Plan No. or Last 4</w:t>
            </w:r>
          </w:p>
        </w:tc>
        <w:tc>
          <w:tcPr>
            <w:tcW w:w="158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CA77EC9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Current / Former Employer, if applicable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0B7B951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Custodian / Plan Administrator &amp; Contact</w:t>
            </w:r>
          </w:p>
        </w:tc>
        <w:tc>
          <w:tcPr>
            <w:tcW w:w="122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134D192B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Approx. Balance / Benefit, optional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FCB37B4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Current Status</w:t>
            </w:r>
          </w:p>
        </w:tc>
        <w:tc>
          <w:tcPr>
            <w:tcW w:w="108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224A6E5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Last Reviewed</w:t>
            </w:r>
          </w:p>
        </w:tc>
      </w:tr>
      <w:tr w:rsidR="00CB0813" w14:paraId="49946CDB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F99DF9B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D23F74E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7D33572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CB5FC2D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C98392A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6D5F2E5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8D4381A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078E921" w14:textId="77777777" w:rsidR="00CB0813" w:rsidRDefault="00CB0813"/>
        </w:tc>
      </w:tr>
      <w:tr w:rsidR="00CB0813" w14:paraId="0EBFF5F0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E20ED8A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045BB20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E2874FE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11D2137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5903F62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9DC4495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3FC186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2F010C4" w14:textId="77777777" w:rsidR="00CB0813" w:rsidRDefault="00CB0813"/>
        </w:tc>
      </w:tr>
      <w:tr w:rsidR="00CB0813" w14:paraId="44331A20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54ABDA5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F5A4B64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60B1D42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36E5654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AF296D4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7911358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39FBFA7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2885BB7" w14:textId="77777777" w:rsidR="00CB0813" w:rsidRDefault="00CB0813"/>
        </w:tc>
      </w:tr>
      <w:tr w:rsidR="00CB0813" w14:paraId="318A8DD8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77E22A1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D0365A3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65EEE77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2EF1350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8C4B3DC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34E9EB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1FEC4E5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5D46DF1" w14:textId="77777777" w:rsidR="00CB0813" w:rsidRDefault="00CB0813"/>
        </w:tc>
      </w:tr>
      <w:tr w:rsidR="00CB0813" w14:paraId="24A2CD29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B706266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17BAF1C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0F986A9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FAFD1CC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7102EC3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2DEDCC2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AC7EA39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2716E57" w14:textId="77777777" w:rsidR="00CB0813" w:rsidRDefault="00CB0813"/>
        </w:tc>
      </w:tr>
      <w:tr w:rsidR="00CB0813" w14:paraId="19553360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4A5514C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52C9B51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B4F2993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6FABA40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BC81EE3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755CB0D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15B6A5F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B0C7E47" w14:textId="77777777" w:rsidR="00CB0813" w:rsidRDefault="00CB0813"/>
        </w:tc>
      </w:tr>
      <w:tr w:rsidR="00CB0813" w14:paraId="544F4187" w14:textId="77777777" w:rsidTr="00E70F6E">
        <w:trPr>
          <w:trHeight w:val="470"/>
          <w:jc w:val="center"/>
        </w:trPr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4A0B716" w14:textId="77777777" w:rsidR="00CB0813" w:rsidRDefault="00CB0813"/>
        </w:tc>
        <w:tc>
          <w:tcPr>
            <w:tcW w:w="151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49CBAF1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BBCA005" w14:textId="77777777" w:rsidR="00CB0813" w:rsidRDefault="00CB0813"/>
        </w:tc>
        <w:tc>
          <w:tcPr>
            <w:tcW w:w="158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E53ABF2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AF82B5E" w14:textId="77777777" w:rsidR="00CB0813" w:rsidRDefault="00CB0813"/>
        </w:tc>
        <w:tc>
          <w:tcPr>
            <w:tcW w:w="12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DA4A7C9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0C5C6C7" w14:textId="77777777" w:rsidR="00CB0813" w:rsidRDefault="00CB0813"/>
        </w:tc>
        <w:tc>
          <w:tcPr>
            <w:tcW w:w="108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E678467" w14:textId="77777777" w:rsidR="00CB0813" w:rsidRDefault="00CB0813"/>
        </w:tc>
      </w:tr>
    </w:tbl>
    <w:p w14:paraId="7F91B746" w14:textId="77777777" w:rsidR="00CB0813" w:rsidRDefault="00A4220B">
      <w:pPr>
        <w:spacing w:before="60" w:after="80"/>
      </w:pPr>
      <w:r>
        <w:t>Examples may include 401(k), 403(b), 457, Traditional or Roth IRA, SEP or SIMPLE IRA, pension, TSP, deferred compensation, retirement annuity, profit-sharing plan, and accounts remaining with former employers.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B0813" w14:paraId="34F8D999" w14:textId="77777777" w:rsidTr="00852286">
        <w:trPr>
          <w:jc w:val="center"/>
        </w:trPr>
        <w:tc>
          <w:tcPr>
            <w:tcW w:w="1098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430F377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t>ACCESS &amp; RECORD LOCATIONS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989"/>
        <w:gridCol w:w="1918"/>
        <w:gridCol w:w="2345"/>
        <w:gridCol w:w="2487"/>
        <w:gridCol w:w="2061"/>
      </w:tblGrid>
      <w:tr w:rsidR="00CB0813" w14:paraId="1C9E7550" w14:textId="77777777" w:rsidTr="00852286">
        <w:trPr>
          <w:tblHeader/>
          <w:jc w:val="center"/>
        </w:trPr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9C0935B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Account / Plan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BE1DC8D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Website / App</w:t>
            </w:r>
          </w:p>
        </w:tc>
        <w:tc>
          <w:tcPr>
            <w:tcW w:w="237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2D70CE7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Where Login Information Is Securely Maintained</w:t>
            </w:r>
          </w:p>
        </w:tc>
        <w:tc>
          <w:tcPr>
            <w:tcW w:w="252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F16C12D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Location of Current Statements / Plan Documents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16FDAB39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Rollover / Transfer History or Notes</w:t>
            </w:r>
          </w:p>
        </w:tc>
      </w:tr>
      <w:tr w:rsidR="00CB0813" w14:paraId="50850392" w14:textId="77777777" w:rsidTr="00852286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6073C1B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E999A91" w14:textId="77777777" w:rsidR="00CB0813" w:rsidRDefault="00CB0813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5CBA6CF" w14:textId="77777777" w:rsidR="00CB0813" w:rsidRDefault="00CB0813"/>
        </w:tc>
        <w:tc>
          <w:tcPr>
            <w:tcW w:w="252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0CB2FE3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DF8E563" w14:textId="77777777" w:rsidR="00CB0813" w:rsidRDefault="00CB0813"/>
        </w:tc>
      </w:tr>
      <w:tr w:rsidR="00CB0813" w14:paraId="507CE6F0" w14:textId="77777777" w:rsidTr="00852286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9E6D494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775F1C1" w14:textId="77777777" w:rsidR="00CB0813" w:rsidRDefault="00CB0813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2C8579A" w14:textId="77777777" w:rsidR="00CB0813" w:rsidRDefault="00CB0813"/>
        </w:tc>
        <w:tc>
          <w:tcPr>
            <w:tcW w:w="252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AD5644C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77577AC" w14:textId="77777777" w:rsidR="00CB0813" w:rsidRDefault="00CB0813"/>
        </w:tc>
      </w:tr>
      <w:tr w:rsidR="00CB0813" w14:paraId="15E73B5F" w14:textId="77777777" w:rsidTr="00852286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B45CC7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C582518" w14:textId="77777777" w:rsidR="00CB0813" w:rsidRDefault="00CB0813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C93EBA7" w14:textId="77777777" w:rsidR="00CB0813" w:rsidRDefault="00CB0813"/>
        </w:tc>
        <w:tc>
          <w:tcPr>
            <w:tcW w:w="252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1C428A7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D587759" w14:textId="77777777" w:rsidR="00CB0813" w:rsidRDefault="00CB0813"/>
        </w:tc>
      </w:tr>
      <w:tr w:rsidR="00CB0813" w14:paraId="56A55CFF" w14:textId="77777777" w:rsidTr="00852286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DD5B2A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0FF482D" w14:textId="77777777" w:rsidR="00CB0813" w:rsidRDefault="00CB0813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C80D218" w14:textId="77777777" w:rsidR="00CB0813" w:rsidRDefault="00CB0813"/>
        </w:tc>
        <w:tc>
          <w:tcPr>
            <w:tcW w:w="252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508C434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C5BBE6E" w14:textId="77777777" w:rsidR="00CB0813" w:rsidRDefault="00CB0813"/>
        </w:tc>
      </w:tr>
      <w:tr w:rsidR="00CB0813" w14:paraId="3B5C91BD" w14:textId="77777777" w:rsidTr="00852286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0ED9714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5C99815" w14:textId="77777777" w:rsidR="00CB0813" w:rsidRDefault="00CB0813"/>
        </w:tc>
        <w:tc>
          <w:tcPr>
            <w:tcW w:w="237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1DC31D9" w14:textId="77777777" w:rsidR="00CB0813" w:rsidRDefault="00CB0813"/>
        </w:tc>
        <w:tc>
          <w:tcPr>
            <w:tcW w:w="252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77131F7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C96AC4A" w14:textId="77777777" w:rsidR="00CB0813" w:rsidRDefault="00CB0813"/>
        </w:tc>
      </w:tr>
    </w:tbl>
    <w:p w14:paraId="694FC711" w14:textId="77777777" w:rsidR="00CB0813" w:rsidRDefault="00A4220B">
      <w:pPr>
        <w:spacing w:before="60" w:after="0"/>
      </w:pPr>
      <w:r>
        <w:rPr>
          <w:b/>
        </w:rPr>
        <w:t xml:space="preserve">Security: </w:t>
      </w:r>
      <w:r>
        <w:t>Do not unnecessarily record passwords or access codes here. Indicate where secure access information is maintained.</w:t>
      </w:r>
    </w:p>
    <w:p w14:paraId="3494B4FD" w14:textId="77777777" w:rsidR="00CB0813" w:rsidRDefault="00A4220B">
      <w:r>
        <w:br w:type="page"/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CB0813" w14:paraId="5FD36938" w14:textId="77777777" w:rsidTr="00852286"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7F01145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lastRenderedPageBreak/>
              <w:t>CURRENT DISTRIBUTIONS &amp; RETIREMENT INCOME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1335"/>
        <w:gridCol w:w="1866"/>
        <w:gridCol w:w="2066"/>
        <w:gridCol w:w="1933"/>
      </w:tblGrid>
      <w:tr w:rsidR="00CB0813" w14:paraId="528078D3" w14:textId="77777777" w:rsidTr="00E70F6E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C786B6D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Source / Account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2BE0585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Distribution or Payment Frequency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EE69FC1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Approx. Amount, optional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08B59D3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Account Receiving Payment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D01BBA9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Tax Withholding / Automatic Payment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6890B3B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Contact / Notes</w:t>
            </w:r>
          </w:p>
        </w:tc>
      </w:tr>
      <w:tr w:rsidR="00CB0813" w14:paraId="3494620D" w14:textId="77777777" w:rsidTr="00E70F6E">
        <w:trPr>
          <w:trHeight w:val="38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5A81ECE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DB28ABF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58186ED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521D4CA" w14:textId="77777777" w:rsidR="00CB0813" w:rsidRDefault="00CB0813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DED270C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FFACC8" w14:textId="77777777" w:rsidR="00CB0813" w:rsidRDefault="00CB0813"/>
        </w:tc>
      </w:tr>
      <w:tr w:rsidR="00CB0813" w14:paraId="0BD1FBA1" w14:textId="77777777" w:rsidTr="00E70F6E">
        <w:trPr>
          <w:trHeight w:val="38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B826E0E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5C4E70E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DE0C101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25910B0" w14:textId="77777777" w:rsidR="00CB0813" w:rsidRDefault="00CB0813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E21B29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638CB09" w14:textId="77777777" w:rsidR="00CB0813" w:rsidRDefault="00CB0813"/>
        </w:tc>
      </w:tr>
      <w:tr w:rsidR="00CB0813" w14:paraId="01E344F7" w14:textId="77777777" w:rsidTr="00E70F6E">
        <w:trPr>
          <w:trHeight w:val="38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1AEFD6C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13CD8FA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65C9FE7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A6F136B" w14:textId="77777777" w:rsidR="00CB0813" w:rsidRDefault="00CB0813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248E58D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19AFCDC" w14:textId="77777777" w:rsidR="00CB0813" w:rsidRDefault="00CB0813"/>
        </w:tc>
      </w:tr>
      <w:tr w:rsidR="00CB0813" w14:paraId="5B98C2E1" w14:textId="77777777" w:rsidTr="00E70F6E">
        <w:trPr>
          <w:trHeight w:val="38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6D95E53" w14:textId="77777777" w:rsidR="00CB0813" w:rsidRDefault="00CB0813"/>
        </w:tc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C04382C" w14:textId="77777777" w:rsidR="00CB0813" w:rsidRDefault="00CB0813"/>
        </w:tc>
        <w:tc>
          <w:tcPr>
            <w:tcW w:w="14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8EBCC4A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908F50B" w14:textId="77777777" w:rsidR="00CB0813" w:rsidRDefault="00CB0813"/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7AD8FBE" w14:textId="77777777" w:rsidR="00CB0813" w:rsidRDefault="00CB0813"/>
        </w:tc>
        <w:tc>
          <w:tcPr>
            <w:tcW w:w="208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87069D5" w14:textId="77777777" w:rsidR="00CB0813" w:rsidRDefault="00CB0813"/>
        </w:tc>
      </w:tr>
    </w:tbl>
    <w:p w14:paraId="0E791BEA" w14:textId="77777777" w:rsidR="00CB0813" w:rsidRDefault="00CB0813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B0813" w14:paraId="7FCD143D" w14:textId="77777777" w:rsidTr="00852286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30A23E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t>REQUIRED MINIMUM DISTRIBUTION (RMD) INFORMATION — IF APPLICABLE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867"/>
        <w:gridCol w:w="1667"/>
        <w:gridCol w:w="1601"/>
        <w:gridCol w:w="1999"/>
        <w:gridCol w:w="1999"/>
        <w:gridCol w:w="1667"/>
      </w:tblGrid>
      <w:tr w:rsidR="00CB0813" w14:paraId="610E58C3" w14:textId="77777777" w:rsidTr="00E70F6E">
        <w:trPr>
          <w:tblHeader/>
          <w:jc w:val="center"/>
        </w:trPr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98E61B1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Account / Plan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646B51D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RMD Applies? / Status</w:t>
            </w:r>
          </w:p>
        </w:tc>
        <w:tc>
          <w:tcPr>
            <w:tcW w:w="1728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19F1671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Distribution Being Taken?</w:t>
            </w:r>
          </w:p>
        </w:tc>
        <w:tc>
          <w:tcPr>
            <w:tcW w:w="216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0F2CBF07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Frequency / Source Account</w:t>
            </w:r>
          </w:p>
        </w:tc>
        <w:tc>
          <w:tcPr>
            <w:tcW w:w="216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2A91814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Tax Withholding / Advisor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6C0D9B5E" w14:textId="77777777" w:rsidR="00CB0813" w:rsidRDefault="00A4220B">
            <w:pPr>
              <w:jc w:val="center"/>
            </w:pPr>
            <w:r>
              <w:rPr>
                <w:b/>
                <w:sz w:val="13"/>
              </w:rPr>
              <w:t>Notes</w:t>
            </w:r>
          </w:p>
        </w:tc>
      </w:tr>
      <w:tr w:rsidR="00CB0813" w14:paraId="20848FC7" w14:textId="77777777" w:rsidTr="00E70F6E">
        <w:trPr>
          <w:trHeight w:val="36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E70152A" w14:textId="77777777" w:rsidR="00CB0813" w:rsidRDefault="00CB0813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CE8F4C7" w14:textId="77777777" w:rsidR="00CB0813" w:rsidRDefault="00CB0813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0034E57" w14:textId="77777777" w:rsidR="00CB0813" w:rsidRDefault="00CB0813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9E0FD21" w14:textId="77777777" w:rsidR="00CB0813" w:rsidRDefault="00CB0813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75BA431" w14:textId="77777777" w:rsidR="00CB0813" w:rsidRDefault="00CB0813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1B6E539" w14:textId="77777777" w:rsidR="00CB0813" w:rsidRDefault="00CB0813"/>
        </w:tc>
      </w:tr>
      <w:tr w:rsidR="00CB0813" w14:paraId="0D3FA2D1" w14:textId="77777777" w:rsidTr="00E70F6E">
        <w:trPr>
          <w:trHeight w:val="36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88C977E" w14:textId="77777777" w:rsidR="00CB0813" w:rsidRDefault="00CB0813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49C7A36" w14:textId="77777777" w:rsidR="00CB0813" w:rsidRDefault="00CB0813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0967B8" w14:textId="77777777" w:rsidR="00CB0813" w:rsidRDefault="00CB0813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DDCF296" w14:textId="77777777" w:rsidR="00CB0813" w:rsidRDefault="00CB0813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05317D2" w14:textId="77777777" w:rsidR="00CB0813" w:rsidRDefault="00CB0813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EC59706" w14:textId="77777777" w:rsidR="00CB0813" w:rsidRDefault="00CB0813"/>
        </w:tc>
      </w:tr>
      <w:tr w:rsidR="00CB0813" w14:paraId="5EDCAFD1" w14:textId="77777777" w:rsidTr="00E70F6E">
        <w:trPr>
          <w:trHeight w:val="360"/>
          <w:jc w:val="center"/>
        </w:trPr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55D309" w14:textId="77777777" w:rsidR="00CB0813" w:rsidRDefault="00CB0813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08DF96E" w14:textId="77777777" w:rsidR="00CB0813" w:rsidRDefault="00CB0813"/>
        </w:tc>
        <w:tc>
          <w:tcPr>
            <w:tcW w:w="1728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1A6BFCA" w14:textId="77777777" w:rsidR="00CB0813" w:rsidRDefault="00CB0813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5185F29" w14:textId="77777777" w:rsidR="00CB0813" w:rsidRDefault="00CB0813"/>
        </w:tc>
        <w:tc>
          <w:tcPr>
            <w:tcW w:w="216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30752E7" w14:textId="77777777" w:rsidR="00CB0813" w:rsidRDefault="00CB0813"/>
        </w:tc>
        <w:tc>
          <w:tcPr>
            <w:tcW w:w="180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B044BCD" w14:textId="77777777" w:rsidR="00CB0813" w:rsidRDefault="00CB0813"/>
        </w:tc>
      </w:tr>
    </w:tbl>
    <w:p w14:paraId="5351D58B" w14:textId="77777777" w:rsidR="00CB0813" w:rsidRDefault="00A4220B">
      <w:pPr>
        <w:spacing w:before="20" w:after="40"/>
      </w:pPr>
      <w:r>
        <w:rPr>
          <w:sz w:val="17"/>
        </w:rPr>
        <w:t>Do not use this form to calculate an RMD. Verify current requirements with the institution, plan administrator, or qualified tax professional.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B0813" w14:paraId="36B3C787" w14:textId="77777777" w:rsidTr="00852286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7A0F90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t>PENSION &amp; SURVIVOR-BENEFIT INFORMATION</w:t>
            </w:r>
          </w:p>
        </w:tc>
      </w:tr>
    </w:tbl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672"/>
        <w:gridCol w:w="7123"/>
      </w:tblGrid>
      <w:tr w:rsidR="00CB0813" w14:paraId="6EC8F403" w14:textId="77777777" w:rsidTr="00E70F6E">
        <w:trPr>
          <w:trHeight w:val="380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9FA5312" w14:textId="77777777" w:rsidR="00CB0813" w:rsidRDefault="00A4220B">
            <w:r>
              <w:rPr>
                <w:b/>
                <w:sz w:val="16"/>
              </w:rPr>
              <w:t>Employer / Plan Sponsor / Plan Administrator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351A8E4" w14:textId="77777777" w:rsidR="00CB0813" w:rsidRDefault="00CB0813"/>
        </w:tc>
      </w:tr>
      <w:tr w:rsidR="00CB0813" w14:paraId="4D507887" w14:textId="77777777" w:rsidTr="00E70F6E">
        <w:trPr>
          <w:trHeight w:val="350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E461858" w14:textId="77777777" w:rsidR="00CB0813" w:rsidRDefault="00A4220B">
            <w:r>
              <w:rPr>
                <w:b/>
                <w:sz w:val="16"/>
              </w:rPr>
              <w:t>Benefit Start Date / Expected Start Date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220BF1C" w14:textId="77777777" w:rsidR="00CB0813" w:rsidRDefault="00CB0813"/>
        </w:tc>
      </w:tr>
      <w:tr w:rsidR="00CB0813" w14:paraId="75CE8868" w14:textId="77777777" w:rsidTr="00E70F6E">
        <w:trPr>
          <w:trHeight w:val="360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32CA757" w14:textId="77777777" w:rsidR="00CB0813" w:rsidRDefault="00A4220B">
            <w:r>
              <w:rPr>
                <w:b/>
                <w:sz w:val="16"/>
              </w:rPr>
              <w:t>Form of Payment Selected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31C7559" w14:textId="77777777" w:rsidR="00CB0813" w:rsidRDefault="00CB0813"/>
        </w:tc>
      </w:tr>
      <w:tr w:rsidR="00CB0813" w14:paraId="362FFB53" w14:textId="77777777" w:rsidTr="00E70F6E">
        <w:trPr>
          <w:trHeight w:val="410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F53FD04" w14:textId="77777777" w:rsidR="00CB0813" w:rsidRDefault="00A4220B">
            <w:r>
              <w:rPr>
                <w:b/>
                <w:sz w:val="16"/>
              </w:rPr>
              <w:t>Survivor-Benefit Election / Survivor Information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41E36FB" w14:textId="77777777" w:rsidR="00CB0813" w:rsidRDefault="00CB0813"/>
        </w:tc>
      </w:tr>
      <w:tr w:rsidR="00CB0813" w14:paraId="263CDF2C" w14:textId="77777777" w:rsidTr="00E70F6E">
        <w:trPr>
          <w:trHeight w:val="420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9C96535" w14:textId="77777777" w:rsidR="00CB0813" w:rsidRDefault="00A4220B">
            <w:r>
              <w:rPr>
                <w:b/>
                <w:sz w:val="16"/>
              </w:rPr>
              <w:t>Guaranteed Payment Period / COLA / Other Special Provisions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E3C9C16" w14:textId="77777777" w:rsidR="00CB0813" w:rsidRDefault="00CB0813"/>
        </w:tc>
      </w:tr>
      <w:tr w:rsidR="00CB0813" w14:paraId="4130EABE" w14:textId="77777777" w:rsidTr="00E70F6E">
        <w:trPr>
          <w:trHeight w:val="390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84A531C" w14:textId="77777777" w:rsidR="00CB0813" w:rsidRDefault="00A4220B">
            <w:r>
              <w:rPr>
                <w:b/>
                <w:sz w:val="16"/>
              </w:rPr>
              <w:t>Location of Pension Election &amp; Benefit Documents</w:t>
            </w:r>
          </w:p>
        </w:tc>
        <w:tc>
          <w:tcPr>
            <w:tcW w:w="7123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6630E86" w14:textId="77777777" w:rsidR="00CB0813" w:rsidRDefault="00CB0813"/>
        </w:tc>
      </w:tr>
    </w:tbl>
    <w:p w14:paraId="0CAA607B" w14:textId="77777777" w:rsidR="00CB0813" w:rsidRDefault="00CB0813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B0813" w14:paraId="6EBD7472" w14:textId="77777777" w:rsidTr="00852286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43FFE8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t>RETIREMENT-PLAN LOANS — IF APPLICABLE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893"/>
        <w:gridCol w:w="1964"/>
        <w:gridCol w:w="1964"/>
        <w:gridCol w:w="1964"/>
        <w:gridCol w:w="3015"/>
      </w:tblGrid>
      <w:tr w:rsidR="00CB0813" w14:paraId="2AC5E5B9" w14:textId="77777777" w:rsidTr="00E70F6E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5291B58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Plan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50AE865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Approx. Outstanding Balance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E82340C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Payment Arrangement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74138387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Contact Information</w:t>
            </w:r>
          </w:p>
        </w:tc>
        <w:tc>
          <w:tcPr>
            <w:tcW w:w="3096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2BA9C3B6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Location of Loan Documents / Notes</w:t>
            </w:r>
          </w:p>
        </w:tc>
      </w:tr>
      <w:tr w:rsidR="00CB0813" w14:paraId="267392A6" w14:textId="77777777" w:rsidTr="00E70F6E">
        <w:trPr>
          <w:trHeight w:val="36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50AC46D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91E3163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65967BF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EEE00DA" w14:textId="77777777" w:rsidR="00CB0813" w:rsidRDefault="00CB0813"/>
        </w:tc>
        <w:tc>
          <w:tcPr>
            <w:tcW w:w="309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BA36557" w14:textId="77777777" w:rsidR="00CB0813" w:rsidRDefault="00CB0813"/>
        </w:tc>
      </w:tr>
      <w:tr w:rsidR="00CB0813" w14:paraId="430123AC" w14:textId="77777777" w:rsidTr="00E70F6E">
        <w:trPr>
          <w:trHeight w:val="360"/>
          <w:jc w:val="center"/>
        </w:trPr>
        <w:tc>
          <w:tcPr>
            <w:tcW w:w="194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ACDAE31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FA05701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4536ACF6" w14:textId="77777777" w:rsidR="00CB0813" w:rsidRDefault="00CB0813"/>
        </w:tc>
        <w:tc>
          <w:tcPr>
            <w:tcW w:w="201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D962CE9" w14:textId="77777777" w:rsidR="00CB0813" w:rsidRDefault="00CB0813"/>
        </w:tc>
        <w:tc>
          <w:tcPr>
            <w:tcW w:w="3096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545D4CA" w14:textId="77777777" w:rsidR="00CB0813" w:rsidRDefault="00CB0813"/>
        </w:tc>
      </w:tr>
    </w:tbl>
    <w:p w14:paraId="1DC2529B" w14:textId="77777777" w:rsidR="00CB0813" w:rsidRDefault="00CB0813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B0813" w14:paraId="507C54EE" w14:textId="77777777" w:rsidTr="00852286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E7C4F9" w14:textId="77777777" w:rsidR="00CB0813" w:rsidRDefault="00A4220B">
            <w:pPr>
              <w:spacing w:after="0"/>
            </w:pPr>
            <w:r>
              <w:rPr>
                <w:b/>
                <w:sz w:val="19"/>
              </w:rPr>
              <w:t>OTHER IMPORTANT RETIREMENT RECORDS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156"/>
        <w:gridCol w:w="2174"/>
        <w:gridCol w:w="2945"/>
        <w:gridCol w:w="2525"/>
      </w:tblGrid>
      <w:tr w:rsidR="00CB0813" w14:paraId="3F78660F" w14:textId="77777777" w:rsidTr="00E70F6E">
        <w:trPr>
          <w:tblHeader/>
          <w:jc w:val="center"/>
        </w:trPr>
        <w:tc>
          <w:tcPr>
            <w:tcW w:w="3240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4CD30B72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Record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576AFE36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Account / Plan</w:t>
            </w:r>
          </w:p>
        </w:tc>
        <w:tc>
          <w:tcPr>
            <w:tcW w:w="3024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EA749BD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Location</w:t>
            </w:r>
          </w:p>
        </w:tc>
        <w:tc>
          <w:tcPr>
            <w:tcW w:w="2592" w:type="dxa"/>
            <w:shd w:val="clear" w:color="auto" w:fill="D9D9D9"/>
            <w:tcMar>
              <w:top w:w="50" w:type="dxa"/>
              <w:left w:w="24" w:type="dxa"/>
              <w:bottom w:w="50" w:type="dxa"/>
              <w:right w:w="24" w:type="dxa"/>
            </w:tcMar>
            <w:vAlign w:val="center"/>
          </w:tcPr>
          <w:p w14:paraId="32C4B59F" w14:textId="77777777" w:rsidR="00CB0813" w:rsidRDefault="00A4220B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CB0813" w14:paraId="1A35B1BF" w14:textId="77777777" w:rsidTr="00E70F6E">
        <w:trPr>
          <w:trHeight w:val="330"/>
          <w:jc w:val="center"/>
        </w:trPr>
        <w:tc>
          <w:tcPr>
            <w:tcW w:w="32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8F02A5D" w14:textId="77777777" w:rsidR="00CB0813" w:rsidRDefault="00A4220B">
            <w:r>
              <w:rPr>
                <w:sz w:val="15"/>
              </w:rPr>
              <w:t>After-Tax IRA Basis / Nondeductible Contribution Records</w:t>
            </w:r>
          </w:p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095EE42" w14:textId="77777777" w:rsidR="00CB0813" w:rsidRDefault="00CB0813"/>
        </w:tc>
        <w:tc>
          <w:tcPr>
            <w:tcW w:w="30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2E1FD7F" w14:textId="77777777" w:rsidR="00CB0813" w:rsidRDefault="00CB0813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2C6A85D" w14:textId="77777777" w:rsidR="00CB0813" w:rsidRDefault="00CB0813"/>
        </w:tc>
      </w:tr>
      <w:tr w:rsidR="00CB0813" w14:paraId="606B0FC0" w14:textId="77777777" w:rsidTr="00E70F6E">
        <w:trPr>
          <w:trHeight w:val="330"/>
          <w:jc w:val="center"/>
        </w:trPr>
        <w:tc>
          <w:tcPr>
            <w:tcW w:w="32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8F09FD4" w14:textId="77777777" w:rsidR="00CB0813" w:rsidRDefault="00A4220B">
            <w:r>
              <w:rPr>
                <w:sz w:val="15"/>
              </w:rPr>
              <w:t>Rollover / Transfer Documentation</w:t>
            </w:r>
          </w:p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2305A06" w14:textId="77777777" w:rsidR="00CB0813" w:rsidRDefault="00CB0813"/>
        </w:tc>
        <w:tc>
          <w:tcPr>
            <w:tcW w:w="30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73FA7DBE" w14:textId="77777777" w:rsidR="00CB0813" w:rsidRDefault="00CB0813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6BB6D735" w14:textId="77777777" w:rsidR="00CB0813" w:rsidRDefault="00CB0813"/>
        </w:tc>
      </w:tr>
      <w:tr w:rsidR="00CB0813" w14:paraId="6256C092" w14:textId="77777777" w:rsidTr="00E70F6E">
        <w:trPr>
          <w:trHeight w:val="330"/>
          <w:jc w:val="center"/>
        </w:trPr>
        <w:tc>
          <w:tcPr>
            <w:tcW w:w="32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6483090" w14:textId="77777777" w:rsidR="00CB0813" w:rsidRDefault="00A4220B">
            <w:r>
              <w:rPr>
                <w:sz w:val="15"/>
              </w:rPr>
              <w:t>Pension / Survivor-Election Documents</w:t>
            </w:r>
          </w:p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A7BC8CD" w14:textId="77777777" w:rsidR="00CB0813" w:rsidRDefault="00CB0813"/>
        </w:tc>
        <w:tc>
          <w:tcPr>
            <w:tcW w:w="30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19D314B3" w14:textId="77777777" w:rsidR="00CB0813" w:rsidRDefault="00CB0813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1CDE1A8" w14:textId="77777777" w:rsidR="00CB0813" w:rsidRDefault="00CB0813"/>
        </w:tc>
      </w:tr>
      <w:tr w:rsidR="00CB0813" w14:paraId="6E858E91" w14:textId="77777777" w:rsidTr="00E70F6E">
        <w:trPr>
          <w:trHeight w:val="330"/>
          <w:jc w:val="center"/>
        </w:trPr>
        <w:tc>
          <w:tcPr>
            <w:tcW w:w="3240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35269960" w14:textId="77777777" w:rsidR="00CB0813" w:rsidRDefault="00A4220B">
            <w:r>
              <w:rPr>
                <w:sz w:val="15"/>
              </w:rPr>
              <w:t>Other Important Retirement Record</w:t>
            </w:r>
          </w:p>
        </w:tc>
        <w:tc>
          <w:tcPr>
            <w:tcW w:w="223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24D6C6C7" w14:textId="77777777" w:rsidR="00CB0813" w:rsidRDefault="00CB0813"/>
        </w:tc>
        <w:tc>
          <w:tcPr>
            <w:tcW w:w="3024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5E947E08" w14:textId="77777777" w:rsidR="00CB0813" w:rsidRDefault="00CB0813"/>
        </w:tc>
        <w:tc>
          <w:tcPr>
            <w:tcW w:w="2592" w:type="dxa"/>
            <w:tcMar>
              <w:top w:w="38" w:type="dxa"/>
              <w:left w:w="27" w:type="dxa"/>
              <w:bottom w:w="38" w:type="dxa"/>
              <w:right w:w="27" w:type="dxa"/>
            </w:tcMar>
          </w:tcPr>
          <w:p w14:paraId="01B3EC86" w14:textId="77777777" w:rsidR="00CB0813" w:rsidRDefault="00CB0813"/>
        </w:tc>
      </w:tr>
    </w:tbl>
    <w:p w14:paraId="14BB523B" w14:textId="77777777" w:rsidR="00CB0813" w:rsidRDefault="00A4220B">
      <w:pPr>
        <w:spacing w:before="20" w:after="0"/>
      </w:pPr>
      <w:r>
        <w:rPr>
          <w:b/>
          <w:sz w:val="16"/>
        </w:rPr>
        <w:t xml:space="preserve">Beneficiaries: </w:t>
      </w:r>
      <w:r>
        <w:rPr>
          <w:sz w:val="16"/>
        </w:rPr>
        <w:t>Keep complete beneficiary designations in the Beneficiary Designations &amp; Transfer-on-Death Arrangements section and cross-reference them here as needed.</w:t>
      </w:r>
    </w:p>
    <w:p w14:paraId="714E6E15" w14:textId="77777777" w:rsidR="00CB0813" w:rsidRDefault="00A4220B">
      <w:pPr>
        <w:spacing w:before="20" w:after="0"/>
      </w:pPr>
      <w:r>
        <w:rPr>
          <w:b/>
          <w:sz w:val="16"/>
        </w:rPr>
        <w:t xml:space="preserve">Important: </w:t>
      </w:r>
      <w:r>
        <w:rPr>
          <w:sz w:val="16"/>
        </w:rPr>
        <w:t>This form is organizational only. It does not determine beneficiary rights, tax treatment, RMD requirements, inherited-account rules, or pension benefits.</w:t>
      </w:r>
    </w:p>
    <w:sectPr w:rsidR="00CB0813" w:rsidSect="00034616">
      <w:footerReference w:type="default" r:id="rId8"/>
      <w:pgSz w:w="12240" w:h="15840"/>
      <w:pgMar w:top="691" w:right="720" w:bottom="69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63B1" w14:textId="77777777" w:rsidR="00607DDD" w:rsidRDefault="00607DDD">
      <w:pPr>
        <w:spacing w:after="0" w:line="240" w:lineRule="auto"/>
      </w:pPr>
      <w:r>
        <w:separator/>
      </w:r>
    </w:p>
  </w:endnote>
  <w:endnote w:type="continuationSeparator" w:id="0">
    <w:p w14:paraId="45B48C60" w14:textId="77777777" w:rsidR="00607DDD" w:rsidRDefault="0060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A2A0C" w14:textId="77777777" w:rsidR="00CB0813" w:rsidRDefault="00A4220B">
    <w:pPr>
      <w:pStyle w:val="Footer"/>
      <w:jc w:val="center"/>
    </w:pPr>
    <w:r>
      <w:rPr>
        <w:sz w:val="14"/>
      </w:rPr>
      <w:t>Legacy Binder © Sheila Keene-Lund | S10-01 — Retirement Account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953E6" w14:textId="77777777" w:rsidR="00607DDD" w:rsidRDefault="00607DDD">
      <w:pPr>
        <w:spacing w:after="0" w:line="240" w:lineRule="auto"/>
      </w:pPr>
      <w:r>
        <w:separator/>
      </w:r>
    </w:p>
  </w:footnote>
  <w:footnote w:type="continuationSeparator" w:id="0">
    <w:p w14:paraId="7C1B9CEA" w14:textId="77777777" w:rsidR="00607DDD" w:rsidRDefault="00607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7443712">
    <w:abstractNumId w:val="8"/>
  </w:num>
  <w:num w:numId="2" w16cid:durableId="2047439789">
    <w:abstractNumId w:val="6"/>
  </w:num>
  <w:num w:numId="3" w16cid:durableId="1998999922">
    <w:abstractNumId w:val="5"/>
  </w:num>
  <w:num w:numId="4" w16cid:durableId="2146269485">
    <w:abstractNumId w:val="4"/>
  </w:num>
  <w:num w:numId="5" w16cid:durableId="717246854">
    <w:abstractNumId w:val="7"/>
  </w:num>
  <w:num w:numId="6" w16cid:durableId="1775785896">
    <w:abstractNumId w:val="3"/>
  </w:num>
  <w:num w:numId="7" w16cid:durableId="316348953">
    <w:abstractNumId w:val="2"/>
  </w:num>
  <w:num w:numId="8" w16cid:durableId="1277180446">
    <w:abstractNumId w:val="1"/>
  </w:num>
  <w:num w:numId="9" w16cid:durableId="191300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6E0"/>
    <w:rsid w:val="00326F90"/>
    <w:rsid w:val="00413DFC"/>
    <w:rsid w:val="00607DDD"/>
    <w:rsid w:val="00777444"/>
    <w:rsid w:val="00852286"/>
    <w:rsid w:val="008A20A1"/>
    <w:rsid w:val="00A4220B"/>
    <w:rsid w:val="00AA1D8D"/>
    <w:rsid w:val="00B47730"/>
    <w:rsid w:val="00CB0664"/>
    <w:rsid w:val="00CB0813"/>
    <w:rsid w:val="00D36308"/>
    <w:rsid w:val="00E70F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ADBE4E"/>
  <w14:defaultImageDpi w14:val="300"/>
  <w15:docId w15:val="{7E10FD57-B50D-4683-8461-DC9BBA0B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2026-09-08T09:33:00Z</dcterms:created>
  <dcterms:modified xsi:type="dcterms:W3CDTF">2026-09-14T15:43:00Z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5f9eeee2-e4ac-4f0f-b211-7970ac681c80</vt:lpwstr>
  </property>
</Properties>
</file>