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9799F" w14:textId="77777777" w:rsidR="00F628F9" w:rsidRDefault="00C95C03">
      <w:pPr>
        <w:spacing w:after="0"/>
        <w:jc w:val="center"/>
      </w:pPr>
      <w:r>
        <w:rPr>
          <w:b/>
          <w:sz w:val="28"/>
        </w:rPr>
        <w:t>LEGACY BINDER</w:t>
      </w:r>
    </w:p>
    <w:p w14:paraId="2D9B98B6" w14:textId="77777777" w:rsidR="00F628F9" w:rsidRDefault="00C95C03">
      <w:pPr>
        <w:spacing w:after="60"/>
        <w:jc w:val="center"/>
      </w:pPr>
      <w:r>
        <w:rPr>
          <w:b/>
          <w:sz w:val="32"/>
        </w:rPr>
        <w:t>S11-01 — FINANCIAL INFORMATION SUMMARY</w:t>
      </w:r>
    </w:p>
    <w:p w14:paraId="453E50B0" w14:textId="77777777" w:rsidR="00F628F9" w:rsidRDefault="00C95C03">
      <w:pPr>
        <w:spacing w:after="100"/>
        <w:jc w:val="center"/>
      </w:pPr>
      <w:r>
        <w:rPr>
          <w:i/>
          <w:sz w:val="17"/>
        </w:rPr>
        <w:t>Use this form to create a central inventory of bank and credit-union accounts, brokerage and investment accounts, other financial assets, digital payment services, credit cards, debts, money owed to you, safe deposit boxes, and important financial contacts.</w:t>
      </w: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5400"/>
        <w:gridCol w:w="5400"/>
      </w:tblGrid>
      <w:tr w:rsidR="00F628F9" w14:paraId="2020F7B9" w14:textId="77777777" w:rsidTr="00415998">
        <w:trPr>
          <w:jc w:val="center"/>
        </w:trPr>
        <w:tc>
          <w:tcPr>
            <w:tcW w:w="5400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2AA5039" w14:textId="77777777" w:rsidR="00F628F9" w:rsidRDefault="00C95C03">
            <w:pPr>
              <w:spacing w:after="0"/>
            </w:pPr>
            <w:r>
              <w:rPr>
                <w:b/>
              </w:rPr>
              <w:t xml:space="preserve">Name: </w:t>
            </w:r>
            <w:r>
              <w:t>_____________________________________</w:t>
            </w:r>
          </w:p>
        </w:tc>
        <w:tc>
          <w:tcPr>
            <w:tcW w:w="5400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AD45DD7" w14:textId="77777777" w:rsidR="00F628F9" w:rsidRDefault="00C95C03">
            <w:pPr>
              <w:spacing w:after="0"/>
            </w:pPr>
            <w:r>
              <w:rPr>
                <w:b/>
              </w:rPr>
              <w:t xml:space="preserve">Date Last Updated: </w:t>
            </w:r>
            <w:r>
              <w:t>________________</w:t>
            </w:r>
          </w:p>
        </w:tc>
      </w:tr>
    </w:tbl>
    <w:p w14:paraId="2BCC2CEE" w14:textId="77777777" w:rsidR="00F628F9" w:rsidRDefault="00C95C03">
      <w:pPr>
        <w:spacing w:before="80" w:after="80"/>
      </w:pPr>
      <w:r>
        <w:rPr>
          <w:b/>
        </w:rPr>
        <w:t xml:space="preserve">Security: </w:t>
      </w:r>
      <w:r>
        <w:t>Do not record passwords, PINs, CVV codes, security codes, private keys, or similar credentials here. Indicate where necessary access information is securely maintained.</w:t>
      </w: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F628F9" w14:paraId="203DDCA0" w14:textId="77777777" w:rsidTr="00415998">
        <w:trPr>
          <w:jc w:val="center"/>
        </w:trPr>
        <w:tc>
          <w:tcPr>
            <w:tcW w:w="1080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2E46D31" w14:textId="77777777" w:rsidR="00F628F9" w:rsidRDefault="00C95C03">
            <w:pPr>
              <w:spacing w:after="0"/>
            </w:pPr>
            <w:r>
              <w:rPr>
                <w:b/>
                <w:sz w:val="19"/>
              </w:rPr>
              <w:t>BANK &amp; CREDIT-UNION ACCOUNTS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1656"/>
        <w:gridCol w:w="1326"/>
        <w:gridCol w:w="1458"/>
        <w:gridCol w:w="1260"/>
        <w:gridCol w:w="1524"/>
        <w:gridCol w:w="2184"/>
        <w:gridCol w:w="1392"/>
      </w:tblGrid>
      <w:tr w:rsidR="00F628F9" w14:paraId="15C95D05" w14:textId="77777777" w:rsidTr="006E4EB8">
        <w:trPr>
          <w:tblHeader/>
          <w:jc w:val="center"/>
        </w:trPr>
        <w:tc>
          <w:tcPr>
            <w:tcW w:w="1800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0045A837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Institution</w:t>
            </w:r>
          </w:p>
        </w:tc>
        <w:tc>
          <w:tcPr>
            <w:tcW w:w="1440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0B530167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Account Type</w:t>
            </w:r>
          </w:p>
        </w:tc>
        <w:tc>
          <w:tcPr>
            <w:tcW w:w="1584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0A698179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Owner(s)</w:t>
            </w:r>
          </w:p>
        </w:tc>
        <w:tc>
          <w:tcPr>
            <w:tcW w:w="1368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0C98B187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Acct. No. / Last 4</w:t>
            </w:r>
          </w:p>
        </w:tc>
        <w:tc>
          <w:tcPr>
            <w:tcW w:w="1656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58DF4390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Contact / Branch</w:t>
            </w:r>
          </w:p>
        </w:tc>
        <w:tc>
          <w:tcPr>
            <w:tcW w:w="2376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082FD51B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Statements / Access Info Location</w:t>
            </w:r>
          </w:p>
        </w:tc>
        <w:tc>
          <w:tcPr>
            <w:tcW w:w="1512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2E0F2348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Approx. Balance, optional</w:t>
            </w:r>
          </w:p>
        </w:tc>
      </w:tr>
      <w:tr w:rsidR="00F628F9" w14:paraId="1BE76357" w14:textId="77777777" w:rsidTr="006E4EB8">
        <w:trPr>
          <w:trHeight w:val="350"/>
          <w:jc w:val="center"/>
        </w:trPr>
        <w:tc>
          <w:tcPr>
            <w:tcW w:w="180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90256D1" w14:textId="77777777" w:rsidR="00F628F9" w:rsidRDefault="00F628F9"/>
        </w:tc>
        <w:tc>
          <w:tcPr>
            <w:tcW w:w="144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9C96D24" w14:textId="77777777" w:rsidR="00F628F9" w:rsidRDefault="00F628F9"/>
        </w:tc>
        <w:tc>
          <w:tcPr>
            <w:tcW w:w="158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F6CB00E" w14:textId="77777777" w:rsidR="00F628F9" w:rsidRDefault="00F628F9"/>
        </w:tc>
        <w:tc>
          <w:tcPr>
            <w:tcW w:w="136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7AAE8D8" w14:textId="77777777" w:rsidR="00F628F9" w:rsidRDefault="00F628F9"/>
        </w:tc>
        <w:tc>
          <w:tcPr>
            <w:tcW w:w="165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22B3858E" w14:textId="77777777" w:rsidR="00F628F9" w:rsidRDefault="00F628F9"/>
        </w:tc>
        <w:tc>
          <w:tcPr>
            <w:tcW w:w="237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C175F51" w14:textId="77777777" w:rsidR="00F628F9" w:rsidRDefault="00F628F9"/>
        </w:tc>
        <w:tc>
          <w:tcPr>
            <w:tcW w:w="151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7B09240" w14:textId="77777777" w:rsidR="00F628F9" w:rsidRDefault="00F628F9"/>
        </w:tc>
      </w:tr>
      <w:tr w:rsidR="00F628F9" w14:paraId="21B771DF" w14:textId="77777777" w:rsidTr="006E4EB8">
        <w:trPr>
          <w:trHeight w:val="350"/>
          <w:jc w:val="center"/>
        </w:trPr>
        <w:tc>
          <w:tcPr>
            <w:tcW w:w="180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6DABC07" w14:textId="77777777" w:rsidR="00F628F9" w:rsidRDefault="00F628F9"/>
        </w:tc>
        <w:tc>
          <w:tcPr>
            <w:tcW w:w="144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06C0D97" w14:textId="77777777" w:rsidR="00F628F9" w:rsidRDefault="00F628F9"/>
        </w:tc>
        <w:tc>
          <w:tcPr>
            <w:tcW w:w="158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2C524AC6" w14:textId="77777777" w:rsidR="00F628F9" w:rsidRDefault="00F628F9"/>
        </w:tc>
        <w:tc>
          <w:tcPr>
            <w:tcW w:w="136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C0B5D80" w14:textId="77777777" w:rsidR="00F628F9" w:rsidRDefault="00F628F9"/>
        </w:tc>
        <w:tc>
          <w:tcPr>
            <w:tcW w:w="165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B0EF3F6" w14:textId="77777777" w:rsidR="00F628F9" w:rsidRDefault="00F628F9"/>
        </w:tc>
        <w:tc>
          <w:tcPr>
            <w:tcW w:w="237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7B1CC9A" w14:textId="77777777" w:rsidR="00F628F9" w:rsidRDefault="00F628F9"/>
        </w:tc>
        <w:tc>
          <w:tcPr>
            <w:tcW w:w="151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B031E8A" w14:textId="77777777" w:rsidR="00F628F9" w:rsidRDefault="00F628F9"/>
        </w:tc>
      </w:tr>
      <w:tr w:rsidR="00F628F9" w14:paraId="3CA39361" w14:textId="77777777" w:rsidTr="006E4EB8">
        <w:trPr>
          <w:trHeight w:val="350"/>
          <w:jc w:val="center"/>
        </w:trPr>
        <w:tc>
          <w:tcPr>
            <w:tcW w:w="180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5983468" w14:textId="77777777" w:rsidR="00F628F9" w:rsidRDefault="00F628F9"/>
        </w:tc>
        <w:tc>
          <w:tcPr>
            <w:tcW w:w="144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B1F3CB2" w14:textId="77777777" w:rsidR="00F628F9" w:rsidRDefault="00F628F9"/>
        </w:tc>
        <w:tc>
          <w:tcPr>
            <w:tcW w:w="158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48683402" w14:textId="77777777" w:rsidR="00F628F9" w:rsidRDefault="00F628F9"/>
        </w:tc>
        <w:tc>
          <w:tcPr>
            <w:tcW w:w="136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0A0052B" w14:textId="77777777" w:rsidR="00F628F9" w:rsidRDefault="00F628F9"/>
        </w:tc>
        <w:tc>
          <w:tcPr>
            <w:tcW w:w="165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5F337A8" w14:textId="77777777" w:rsidR="00F628F9" w:rsidRDefault="00F628F9"/>
        </w:tc>
        <w:tc>
          <w:tcPr>
            <w:tcW w:w="237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EAB1D99" w14:textId="77777777" w:rsidR="00F628F9" w:rsidRDefault="00F628F9"/>
        </w:tc>
        <w:tc>
          <w:tcPr>
            <w:tcW w:w="151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59B29E8" w14:textId="77777777" w:rsidR="00F628F9" w:rsidRDefault="00F628F9"/>
        </w:tc>
      </w:tr>
      <w:tr w:rsidR="00F628F9" w14:paraId="050DECCB" w14:textId="77777777" w:rsidTr="006E4EB8">
        <w:trPr>
          <w:trHeight w:val="350"/>
          <w:jc w:val="center"/>
        </w:trPr>
        <w:tc>
          <w:tcPr>
            <w:tcW w:w="180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A59D1DE" w14:textId="77777777" w:rsidR="00F628F9" w:rsidRDefault="00F628F9"/>
        </w:tc>
        <w:tc>
          <w:tcPr>
            <w:tcW w:w="144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2D5257E" w14:textId="77777777" w:rsidR="00F628F9" w:rsidRDefault="00F628F9"/>
        </w:tc>
        <w:tc>
          <w:tcPr>
            <w:tcW w:w="158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60BFF35" w14:textId="77777777" w:rsidR="00F628F9" w:rsidRDefault="00F628F9"/>
        </w:tc>
        <w:tc>
          <w:tcPr>
            <w:tcW w:w="136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54A6314" w14:textId="77777777" w:rsidR="00F628F9" w:rsidRDefault="00F628F9"/>
        </w:tc>
        <w:tc>
          <w:tcPr>
            <w:tcW w:w="165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1C7D366" w14:textId="77777777" w:rsidR="00F628F9" w:rsidRDefault="00F628F9"/>
        </w:tc>
        <w:tc>
          <w:tcPr>
            <w:tcW w:w="237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A05E7CB" w14:textId="77777777" w:rsidR="00F628F9" w:rsidRDefault="00F628F9"/>
        </w:tc>
        <w:tc>
          <w:tcPr>
            <w:tcW w:w="151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F9A1469" w14:textId="77777777" w:rsidR="00F628F9" w:rsidRDefault="00F628F9"/>
        </w:tc>
      </w:tr>
    </w:tbl>
    <w:p w14:paraId="0241E9E9" w14:textId="77777777" w:rsidR="00F628F9" w:rsidRDefault="00F628F9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F628F9" w14:paraId="54D2D433" w14:textId="77777777" w:rsidTr="00415998">
        <w:trPr>
          <w:jc w:val="center"/>
        </w:trPr>
        <w:tc>
          <w:tcPr>
            <w:tcW w:w="1080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5B75208" w14:textId="77777777" w:rsidR="00F628F9" w:rsidRDefault="00C95C03">
            <w:pPr>
              <w:spacing w:after="0"/>
            </w:pPr>
            <w:r>
              <w:rPr>
                <w:b/>
                <w:sz w:val="19"/>
              </w:rPr>
              <w:t>BROKERAGE &amp; NON-RETIREMENT INVESTMENT ACCOUNTS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1646"/>
        <w:gridCol w:w="1384"/>
        <w:gridCol w:w="1384"/>
        <w:gridCol w:w="1252"/>
        <w:gridCol w:w="1580"/>
        <w:gridCol w:w="2170"/>
        <w:gridCol w:w="1384"/>
      </w:tblGrid>
      <w:tr w:rsidR="00F628F9" w14:paraId="3CB1D4D1" w14:textId="77777777" w:rsidTr="006E4EB8">
        <w:trPr>
          <w:tblHeader/>
          <w:jc w:val="center"/>
        </w:trPr>
        <w:tc>
          <w:tcPr>
            <w:tcW w:w="1800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37238A76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Institution / Custodian</w:t>
            </w:r>
          </w:p>
        </w:tc>
        <w:tc>
          <w:tcPr>
            <w:tcW w:w="1512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698393DA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Account Type</w:t>
            </w:r>
          </w:p>
        </w:tc>
        <w:tc>
          <w:tcPr>
            <w:tcW w:w="1512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77CBFADE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Owner(s)</w:t>
            </w:r>
          </w:p>
        </w:tc>
        <w:tc>
          <w:tcPr>
            <w:tcW w:w="1368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67640D55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Acct. No. / Last 4</w:t>
            </w:r>
          </w:p>
        </w:tc>
        <w:tc>
          <w:tcPr>
            <w:tcW w:w="1728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04606B4C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Advisor / Contact</w:t>
            </w:r>
          </w:p>
        </w:tc>
        <w:tc>
          <w:tcPr>
            <w:tcW w:w="2376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0200E7EE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Statements / Access Info Location</w:t>
            </w:r>
          </w:p>
        </w:tc>
        <w:tc>
          <w:tcPr>
            <w:tcW w:w="1512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77CE341B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Approx. Value, optional</w:t>
            </w:r>
          </w:p>
        </w:tc>
      </w:tr>
      <w:tr w:rsidR="00F628F9" w14:paraId="4DA831C2" w14:textId="77777777" w:rsidTr="006E4EB8">
        <w:trPr>
          <w:trHeight w:val="350"/>
          <w:jc w:val="center"/>
        </w:trPr>
        <w:tc>
          <w:tcPr>
            <w:tcW w:w="180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D3E1ACA" w14:textId="77777777" w:rsidR="00F628F9" w:rsidRDefault="00F628F9"/>
        </w:tc>
        <w:tc>
          <w:tcPr>
            <w:tcW w:w="151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22966817" w14:textId="77777777" w:rsidR="00F628F9" w:rsidRDefault="00F628F9"/>
        </w:tc>
        <w:tc>
          <w:tcPr>
            <w:tcW w:w="151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F23F060" w14:textId="77777777" w:rsidR="00F628F9" w:rsidRDefault="00F628F9"/>
        </w:tc>
        <w:tc>
          <w:tcPr>
            <w:tcW w:w="136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20C991A8" w14:textId="77777777" w:rsidR="00F628F9" w:rsidRDefault="00F628F9"/>
        </w:tc>
        <w:tc>
          <w:tcPr>
            <w:tcW w:w="172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FE59A64" w14:textId="77777777" w:rsidR="00F628F9" w:rsidRDefault="00F628F9"/>
        </w:tc>
        <w:tc>
          <w:tcPr>
            <w:tcW w:w="237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660EFA7" w14:textId="77777777" w:rsidR="00F628F9" w:rsidRDefault="00F628F9"/>
        </w:tc>
        <w:tc>
          <w:tcPr>
            <w:tcW w:w="151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FD6C749" w14:textId="77777777" w:rsidR="00F628F9" w:rsidRDefault="00F628F9"/>
        </w:tc>
      </w:tr>
      <w:tr w:rsidR="00F628F9" w14:paraId="2E29131C" w14:textId="77777777" w:rsidTr="006E4EB8">
        <w:trPr>
          <w:trHeight w:val="350"/>
          <w:jc w:val="center"/>
        </w:trPr>
        <w:tc>
          <w:tcPr>
            <w:tcW w:w="180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4889AB14" w14:textId="77777777" w:rsidR="00F628F9" w:rsidRDefault="00F628F9"/>
        </w:tc>
        <w:tc>
          <w:tcPr>
            <w:tcW w:w="151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47502AB" w14:textId="77777777" w:rsidR="00F628F9" w:rsidRDefault="00F628F9"/>
        </w:tc>
        <w:tc>
          <w:tcPr>
            <w:tcW w:w="151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7F4433E" w14:textId="77777777" w:rsidR="00F628F9" w:rsidRDefault="00F628F9"/>
        </w:tc>
        <w:tc>
          <w:tcPr>
            <w:tcW w:w="136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0C49BA7" w14:textId="77777777" w:rsidR="00F628F9" w:rsidRDefault="00F628F9"/>
        </w:tc>
        <w:tc>
          <w:tcPr>
            <w:tcW w:w="172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419458DE" w14:textId="77777777" w:rsidR="00F628F9" w:rsidRDefault="00F628F9"/>
        </w:tc>
        <w:tc>
          <w:tcPr>
            <w:tcW w:w="237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3221895" w14:textId="77777777" w:rsidR="00F628F9" w:rsidRDefault="00F628F9"/>
        </w:tc>
        <w:tc>
          <w:tcPr>
            <w:tcW w:w="151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E160775" w14:textId="77777777" w:rsidR="00F628F9" w:rsidRDefault="00F628F9"/>
        </w:tc>
      </w:tr>
      <w:tr w:rsidR="00F628F9" w14:paraId="6AA94F80" w14:textId="77777777" w:rsidTr="006E4EB8">
        <w:trPr>
          <w:trHeight w:val="350"/>
          <w:jc w:val="center"/>
        </w:trPr>
        <w:tc>
          <w:tcPr>
            <w:tcW w:w="180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8CED988" w14:textId="77777777" w:rsidR="00F628F9" w:rsidRDefault="00F628F9"/>
        </w:tc>
        <w:tc>
          <w:tcPr>
            <w:tcW w:w="151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27C37BC" w14:textId="77777777" w:rsidR="00F628F9" w:rsidRDefault="00F628F9"/>
        </w:tc>
        <w:tc>
          <w:tcPr>
            <w:tcW w:w="151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272EE8D" w14:textId="77777777" w:rsidR="00F628F9" w:rsidRDefault="00F628F9"/>
        </w:tc>
        <w:tc>
          <w:tcPr>
            <w:tcW w:w="136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E368D75" w14:textId="77777777" w:rsidR="00F628F9" w:rsidRDefault="00F628F9"/>
        </w:tc>
        <w:tc>
          <w:tcPr>
            <w:tcW w:w="172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DDDB378" w14:textId="77777777" w:rsidR="00F628F9" w:rsidRDefault="00F628F9"/>
        </w:tc>
        <w:tc>
          <w:tcPr>
            <w:tcW w:w="237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D3AE712" w14:textId="77777777" w:rsidR="00F628F9" w:rsidRDefault="00F628F9"/>
        </w:tc>
        <w:tc>
          <w:tcPr>
            <w:tcW w:w="151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7BF8DA1" w14:textId="77777777" w:rsidR="00F628F9" w:rsidRDefault="00F628F9"/>
        </w:tc>
      </w:tr>
    </w:tbl>
    <w:p w14:paraId="7C5BBE8F" w14:textId="77777777" w:rsidR="00F628F9" w:rsidRDefault="00F628F9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F628F9" w14:paraId="31E6A88F" w14:textId="77777777" w:rsidTr="00415998">
        <w:trPr>
          <w:jc w:val="center"/>
        </w:trPr>
        <w:tc>
          <w:tcPr>
            <w:tcW w:w="1080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6AA64B7" w14:textId="77777777" w:rsidR="00F628F9" w:rsidRDefault="00C95C03">
            <w:pPr>
              <w:spacing w:after="0"/>
            </w:pPr>
            <w:r>
              <w:rPr>
                <w:b/>
                <w:sz w:val="19"/>
              </w:rPr>
              <w:t>OTHER FINANCIAL ASSETS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2079"/>
        <w:gridCol w:w="1811"/>
        <w:gridCol w:w="1744"/>
        <w:gridCol w:w="2079"/>
        <w:gridCol w:w="1410"/>
        <w:gridCol w:w="1677"/>
      </w:tblGrid>
      <w:tr w:rsidR="00F628F9" w14:paraId="7F4A26AB" w14:textId="77777777" w:rsidTr="006E4EB8">
        <w:trPr>
          <w:tblHeader/>
          <w:jc w:val="center"/>
        </w:trPr>
        <w:tc>
          <w:tcPr>
            <w:tcW w:w="2232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78DD34E3" w14:textId="77777777" w:rsidR="00F628F9" w:rsidRDefault="00C95C03">
            <w:pPr>
              <w:jc w:val="center"/>
            </w:pPr>
            <w:r>
              <w:rPr>
                <w:b/>
                <w:sz w:val="14"/>
              </w:rPr>
              <w:t>Asset / Description</w:t>
            </w:r>
          </w:p>
        </w:tc>
        <w:tc>
          <w:tcPr>
            <w:tcW w:w="1944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5942D87B" w14:textId="77777777" w:rsidR="00F628F9" w:rsidRDefault="00C95C03">
            <w:pPr>
              <w:jc w:val="center"/>
            </w:pPr>
            <w:r>
              <w:rPr>
                <w:b/>
                <w:sz w:val="14"/>
              </w:rPr>
              <w:t>Where Held / Located</w:t>
            </w:r>
          </w:p>
        </w:tc>
        <w:tc>
          <w:tcPr>
            <w:tcW w:w="1872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7477D5CD" w14:textId="77777777" w:rsidR="00F628F9" w:rsidRDefault="00C95C03">
            <w:pPr>
              <w:jc w:val="center"/>
            </w:pPr>
            <w:r>
              <w:rPr>
                <w:b/>
                <w:sz w:val="14"/>
              </w:rPr>
              <w:t>Administrator / Contact</w:t>
            </w:r>
          </w:p>
        </w:tc>
        <w:tc>
          <w:tcPr>
            <w:tcW w:w="2232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345201A0" w14:textId="77777777" w:rsidR="00F628F9" w:rsidRDefault="00C95C03">
            <w:pPr>
              <w:jc w:val="center"/>
            </w:pPr>
            <w:r>
              <w:rPr>
                <w:b/>
                <w:sz w:val="14"/>
              </w:rPr>
              <w:t>Supporting Records Location</w:t>
            </w:r>
          </w:p>
        </w:tc>
        <w:tc>
          <w:tcPr>
            <w:tcW w:w="1512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49151D2F" w14:textId="77777777" w:rsidR="00F628F9" w:rsidRDefault="00C95C03">
            <w:pPr>
              <w:jc w:val="center"/>
            </w:pPr>
            <w:r>
              <w:rPr>
                <w:b/>
                <w:sz w:val="14"/>
              </w:rPr>
              <w:t>Approx. Value, optional</w:t>
            </w:r>
          </w:p>
        </w:tc>
        <w:tc>
          <w:tcPr>
            <w:tcW w:w="1800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4A0D678B" w14:textId="77777777" w:rsidR="00F628F9" w:rsidRDefault="00C95C03">
            <w:pPr>
              <w:jc w:val="center"/>
            </w:pPr>
            <w:r>
              <w:rPr>
                <w:b/>
                <w:sz w:val="14"/>
              </w:rPr>
              <w:t>Notes</w:t>
            </w:r>
          </w:p>
        </w:tc>
      </w:tr>
      <w:tr w:rsidR="00F628F9" w14:paraId="390271AA" w14:textId="77777777" w:rsidTr="006E4EB8">
        <w:trPr>
          <w:trHeight w:val="340"/>
          <w:jc w:val="center"/>
        </w:trPr>
        <w:tc>
          <w:tcPr>
            <w:tcW w:w="223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ABA72E5" w14:textId="77777777" w:rsidR="00F628F9" w:rsidRDefault="00F628F9"/>
        </w:tc>
        <w:tc>
          <w:tcPr>
            <w:tcW w:w="194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DD68FF0" w14:textId="77777777" w:rsidR="00F628F9" w:rsidRDefault="00F628F9"/>
        </w:tc>
        <w:tc>
          <w:tcPr>
            <w:tcW w:w="187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B5CAE5F" w14:textId="77777777" w:rsidR="00F628F9" w:rsidRDefault="00F628F9"/>
        </w:tc>
        <w:tc>
          <w:tcPr>
            <w:tcW w:w="223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D9A5797" w14:textId="77777777" w:rsidR="00F628F9" w:rsidRDefault="00F628F9"/>
        </w:tc>
        <w:tc>
          <w:tcPr>
            <w:tcW w:w="151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51F170C" w14:textId="77777777" w:rsidR="00F628F9" w:rsidRDefault="00F628F9"/>
        </w:tc>
        <w:tc>
          <w:tcPr>
            <w:tcW w:w="180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4C3DD03" w14:textId="77777777" w:rsidR="00F628F9" w:rsidRDefault="00F628F9"/>
        </w:tc>
      </w:tr>
      <w:tr w:rsidR="00F628F9" w14:paraId="6D0E672F" w14:textId="77777777" w:rsidTr="006E4EB8">
        <w:trPr>
          <w:trHeight w:val="340"/>
          <w:jc w:val="center"/>
        </w:trPr>
        <w:tc>
          <w:tcPr>
            <w:tcW w:w="223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2DCF5BBA" w14:textId="77777777" w:rsidR="00F628F9" w:rsidRDefault="00F628F9"/>
        </w:tc>
        <w:tc>
          <w:tcPr>
            <w:tcW w:w="194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6FEC7AA" w14:textId="77777777" w:rsidR="00F628F9" w:rsidRDefault="00F628F9"/>
        </w:tc>
        <w:tc>
          <w:tcPr>
            <w:tcW w:w="187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73E771B" w14:textId="77777777" w:rsidR="00F628F9" w:rsidRDefault="00F628F9"/>
        </w:tc>
        <w:tc>
          <w:tcPr>
            <w:tcW w:w="223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26C4969" w14:textId="77777777" w:rsidR="00F628F9" w:rsidRDefault="00F628F9"/>
        </w:tc>
        <w:tc>
          <w:tcPr>
            <w:tcW w:w="151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F490BB2" w14:textId="77777777" w:rsidR="00F628F9" w:rsidRDefault="00F628F9"/>
        </w:tc>
        <w:tc>
          <w:tcPr>
            <w:tcW w:w="180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052A19A" w14:textId="77777777" w:rsidR="00F628F9" w:rsidRDefault="00F628F9"/>
        </w:tc>
      </w:tr>
      <w:tr w:rsidR="00F628F9" w14:paraId="526F1079" w14:textId="77777777" w:rsidTr="006E4EB8">
        <w:trPr>
          <w:trHeight w:val="340"/>
          <w:jc w:val="center"/>
        </w:trPr>
        <w:tc>
          <w:tcPr>
            <w:tcW w:w="223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C9978E6" w14:textId="77777777" w:rsidR="00F628F9" w:rsidRDefault="00F628F9"/>
        </w:tc>
        <w:tc>
          <w:tcPr>
            <w:tcW w:w="194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6BFEF18" w14:textId="77777777" w:rsidR="00F628F9" w:rsidRDefault="00F628F9"/>
        </w:tc>
        <w:tc>
          <w:tcPr>
            <w:tcW w:w="187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C440F8A" w14:textId="77777777" w:rsidR="00F628F9" w:rsidRDefault="00F628F9"/>
        </w:tc>
        <w:tc>
          <w:tcPr>
            <w:tcW w:w="223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2A14CDDE" w14:textId="77777777" w:rsidR="00F628F9" w:rsidRDefault="00F628F9"/>
        </w:tc>
        <w:tc>
          <w:tcPr>
            <w:tcW w:w="151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B2A81FB" w14:textId="77777777" w:rsidR="00F628F9" w:rsidRDefault="00F628F9"/>
        </w:tc>
        <w:tc>
          <w:tcPr>
            <w:tcW w:w="180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28C96D33" w14:textId="77777777" w:rsidR="00F628F9" w:rsidRDefault="00F628F9"/>
        </w:tc>
      </w:tr>
    </w:tbl>
    <w:p w14:paraId="09D7CEB9" w14:textId="77777777" w:rsidR="00F628F9" w:rsidRDefault="00C95C03">
      <w:pPr>
        <w:spacing w:before="40" w:after="40"/>
      </w:pPr>
      <w:r>
        <w:rPr>
          <w:sz w:val="16"/>
        </w:rPr>
        <w:t>Examples may include savings bonds, Treasury securities held directly, private investments, precious metals held as investments, cash reserves, or other significant financial assets.</w:t>
      </w: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F628F9" w14:paraId="37A74DC8" w14:textId="77777777" w:rsidTr="00415998">
        <w:trPr>
          <w:jc w:val="center"/>
        </w:trPr>
        <w:tc>
          <w:tcPr>
            <w:tcW w:w="1080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7223DBD" w14:textId="77777777" w:rsidR="00F628F9" w:rsidRDefault="00C95C03">
            <w:pPr>
              <w:spacing w:after="0"/>
            </w:pPr>
            <w:r>
              <w:rPr>
                <w:b/>
                <w:sz w:val="19"/>
              </w:rPr>
              <w:t>DIGITAL PAYMENT &amp; MONEY-TRANSFER ACCOUNTS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1799"/>
        <w:gridCol w:w="1734"/>
        <w:gridCol w:w="1667"/>
        <w:gridCol w:w="1933"/>
        <w:gridCol w:w="1933"/>
        <w:gridCol w:w="1734"/>
      </w:tblGrid>
      <w:tr w:rsidR="00F628F9" w14:paraId="1E0A6E08" w14:textId="77777777" w:rsidTr="006E4EB8">
        <w:trPr>
          <w:tblHeader/>
          <w:jc w:val="center"/>
        </w:trPr>
        <w:tc>
          <w:tcPr>
            <w:tcW w:w="1944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285FCE7F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Service / Provider</w:t>
            </w:r>
          </w:p>
        </w:tc>
        <w:tc>
          <w:tcPr>
            <w:tcW w:w="1872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7E8193A2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Account / Username</w:t>
            </w:r>
          </w:p>
        </w:tc>
        <w:tc>
          <w:tcPr>
            <w:tcW w:w="1800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4C09A237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Balance Normally Maintained?</w:t>
            </w:r>
          </w:p>
        </w:tc>
        <w:tc>
          <w:tcPr>
            <w:tcW w:w="2088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28A0F545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Linked Financial Account, if useful</w:t>
            </w:r>
          </w:p>
        </w:tc>
        <w:tc>
          <w:tcPr>
            <w:tcW w:w="2088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41EE1103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Access Info Location</w:t>
            </w:r>
          </w:p>
        </w:tc>
        <w:tc>
          <w:tcPr>
            <w:tcW w:w="1872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650F7BBA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Notes</w:t>
            </w:r>
          </w:p>
        </w:tc>
      </w:tr>
      <w:tr w:rsidR="00F628F9" w14:paraId="66A7A208" w14:textId="77777777" w:rsidTr="006E4EB8">
        <w:trPr>
          <w:trHeight w:val="330"/>
          <w:jc w:val="center"/>
        </w:trPr>
        <w:tc>
          <w:tcPr>
            <w:tcW w:w="194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12BEC1F" w14:textId="77777777" w:rsidR="00F628F9" w:rsidRDefault="00F628F9"/>
        </w:tc>
        <w:tc>
          <w:tcPr>
            <w:tcW w:w="187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D0E121D" w14:textId="77777777" w:rsidR="00F628F9" w:rsidRDefault="00F628F9"/>
        </w:tc>
        <w:tc>
          <w:tcPr>
            <w:tcW w:w="180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FD9CCDB" w14:textId="77777777" w:rsidR="00F628F9" w:rsidRDefault="00F628F9"/>
        </w:tc>
        <w:tc>
          <w:tcPr>
            <w:tcW w:w="208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194E418" w14:textId="77777777" w:rsidR="00F628F9" w:rsidRDefault="00F628F9"/>
        </w:tc>
        <w:tc>
          <w:tcPr>
            <w:tcW w:w="208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27FF5459" w14:textId="77777777" w:rsidR="00F628F9" w:rsidRDefault="00F628F9"/>
        </w:tc>
        <w:tc>
          <w:tcPr>
            <w:tcW w:w="187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95395D4" w14:textId="77777777" w:rsidR="00F628F9" w:rsidRDefault="00F628F9"/>
        </w:tc>
      </w:tr>
      <w:tr w:rsidR="00F628F9" w14:paraId="5808A7F9" w14:textId="77777777" w:rsidTr="006E4EB8">
        <w:trPr>
          <w:trHeight w:val="330"/>
          <w:jc w:val="center"/>
        </w:trPr>
        <w:tc>
          <w:tcPr>
            <w:tcW w:w="194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47FFF9B4" w14:textId="77777777" w:rsidR="00F628F9" w:rsidRDefault="00F628F9"/>
        </w:tc>
        <w:tc>
          <w:tcPr>
            <w:tcW w:w="187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421B3E57" w14:textId="77777777" w:rsidR="00F628F9" w:rsidRDefault="00F628F9"/>
        </w:tc>
        <w:tc>
          <w:tcPr>
            <w:tcW w:w="180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2A33622E" w14:textId="77777777" w:rsidR="00F628F9" w:rsidRDefault="00F628F9"/>
        </w:tc>
        <w:tc>
          <w:tcPr>
            <w:tcW w:w="208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04A38A2" w14:textId="77777777" w:rsidR="00F628F9" w:rsidRDefault="00F628F9"/>
        </w:tc>
        <w:tc>
          <w:tcPr>
            <w:tcW w:w="208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A6B61FE" w14:textId="77777777" w:rsidR="00F628F9" w:rsidRDefault="00F628F9"/>
        </w:tc>
        <w:tc>
          <w:tcPr>
            <w:tcW w:w="187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49AF728" w14:textId="77777777" w:rsidR="00F628F9" w:rsidRDefault="00F628F9"/>
        </w:tc>
      </w:tr>
      <w:tr w:rsidR="00F628F9" w14:paraId="4075570D" w14:textId="77777777" w:rsidTr="006E4EB8">
        <w:trPr>
          <w:trHeight w:val="330"/>
          <w:jc w:val="center"/>
        </w:trPr>
        <w:tc>
          <w:tcPr>
            <w:tcW w:w="194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F20F19E" w14:textId="77777777" w:rsidR="00F628F9" w:rsidRDefault="00F628F9"/>
        </w:tc>
        <w:tc>
          <w:tcPr>
            <w:tcW w:w="187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DE22566" w14:textId="77777777" w:rsidR="00F628F9" w:rsidRDefault="00F628F9"/>
        </w:tc>
        <w:tc>
          <w:tcPr>
            <w:tcW w:w="180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7C17C38" w14:textId="77777777" w:rsidR="00F628F9" w:rsidRDefault="00F628F9"/>
        </w:tc>
        <w:tc>
          <w:tcPr>
            <w:tcW w:w="208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4C732BC" w14:textId="77777777" w:rsidR="00F628F9" w:rsidRDefault="00F628F9"/>
        </w:tc>
        <w:tc>
          <w:tcPr>
            <w:tcW w:w="208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8F2073A" w14:textId="77777777" w:rsidR="00F628F9" w:rsidRDefault="00F628F9"/>
        </w:tc>
        <w:tc>
          <w:tcPr>
            <w:tcW w:w="187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80C0700" w14:textId="77777777" w:rsidR="00F628F9" w:rsidRDefault="00F628F9"/>
        </w:tc>
      </w:tr>
    </w:tbl>
    <w:p w14:paraId="70997592" w14:textId="77777777" w:rsidR="00F628F9" w:rsidRDefault="00C95C03">
      <w:pPr>
        <w:spacing w:before="20" w:after="0"/>
      </w:pPr>
      <w:r>
        <w:rPr>
          <w:b/>
          <w:sz w:val="16"/>
        </w:rPr>
        <w:t xml:space="preserve">Cryptocurrency: </w:t>
      </w:r>
      <w:r>
        <w:rPr>
          <w:sz w:val="16"/>
        </w:rPr>
        <w:t>If applicable, identify only that it exists and where the detailed access and succession plan is maintained in Digital Life &amp; Online Accounts.</w:t>
      </w:r>
    </w:p>
    <w:p w14:paraId="4A4058CD" w14:textId="77777777" w:rsidR="00F628F9" w:rsidRDefault="00C95C03">
      <w:r>
        <w:br w:type="page"/>
      </w: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F628F9" w14:paraId="66863733" w14:textId="77777777" w:rsidTr="00415998">
        <w:trPr>
          <w:jc w:val="center"/>
        </w:trPr>
        <w:tc>
          <w:tcPr>
            <w:tcW w:w="1080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19B8691" w14:textId="77777777" w:rsidR="00F628F9" w:rsidRDefault="00C95C03">
            <w:pPr>
              <w:spacing w:after="0"/>
            </w:pPr>
            <w:r>
              <w:rPr>
                <w:b/>
                <w:sz w:val="19"/>
              </w:rPr>
              <w:lastRenderedPageBreak/>
              <w:t>ACTIVE CREDIT CARDS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1627"/>
        <w:gridCol w:w="1561"/>
        <w:gridCol w:w="914"/>
        <w:gridCol w:w="1561"/>
        <w:gridCol w:w="1497"/>
        <w:gridCol w:w="2079"/>
        <w:gridCol w:w="1561"/>
      </w:tblGrid>
      <w:tr w:rsidR="00F628F9" w14:paraId="6DB26DF7" w14:textId="77777777" w:rsidTr="006E4EB8">
        <w:trPr>
          <w:tblHeader/>
          <w:jc w:val="center"/>
        </w:trPr>
        <w:tc>
          <w:tcPr>
            <w:tcW w:w="1800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46008727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Issuer / Card Type</w:t>
            </w:r>
          </w:p>
        </w:tc>
        <w:tc>
          <w:tcPr>
            <w:tcW w:w="1728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1D4DC507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Primary Cardholder</w:t>
            </w:r>
          </w:p>
        </w:tc>
        <w:tc>
          <w:tcPr>
            <w:tcW w:w="1008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4B8C598F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Last 4</w:t>
            </w:r>
          </w:p>
        </w:tc>
        <w:tc>
          <w:tcPr>
            <w:tcW w:w="1728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6254AFBE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Authorized Users, if useful</w:t>
            </w:r>
          </w:p>
        </w:tc>
        <w:tc>
          <w:tcPr>
            <w:tcW w:w="1656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65E70255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Customer Service</w:t>
            </w:r>
          </w:p>
        </w:tc>
        <w:tc>
          <w:tcPr>
            <w:tcW w:w="2304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6A516FD0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Statements / Access Info Location</w:t>
            </w:r>
          </w:p>
        </w:tc>
        <w:tc>
          <w:tcPr>
            <w:tcW w:w="1728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513B5ED8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Balance / Payment Notes, optional</w:t>
            </w:r>
          </w:p>
        </w:tc>
      </w:tr>
      <w:tr w:rsidR="00F628F9" w14:paraId="732CFB51" w14:textId="77777777" w:rsidTr="006E4EB8">
        <w:trPr>
          <w:trHeight w:val="340"/>
          <w:jc w:val="center"/>
        </w:trPr>
        <w:tc>
          <w:tcPr>
            <w:tcW w:w="180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1319357" w14:textId="77777777" w:rsidR="00F628F9" w:rsidRDefault="00F628F9"/>
        </w:tc>
        <w:tc>
          <w:tcPr>
            <w:tcW w:w="172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5EE5F21" w14:textId="77777777" w:rsidR="00F628F9" w:rsidRDefault="00F628F9"/>
        </w:tc>
        <w:tc>
          <w:tcPr>
            <w:tcW w:w="100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4C42577" w14:textId="77777777" w:rsidR="00F628F9" w:rsidRDefault="00F628F9"/>
        </w:tc>
        <w:tc>
          <w:tcPr>
            <w:tcW w:w="172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23DE3414" w14:textId="77777777" w:rsidR="00F628F9" w:rsidRDefault="00F628F9"/>
        </w:tc>
        <w:tc>
          <w:tcPr>
            <w:tcW w:w="165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E80A1D5" w14:textId="77777777" w:rsidR="00F628F9" w:rsidRDefault="00F628F9"/>
        </w:tc>
        <w:tc>
          <w:tcPr>
            <w:tcW w:w="230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47CD358E" w14:textId="77777777" w:rsidR="00F628F9" w:rsidRDefault="00F628F9"/>
        </w:tc>
        <w:tc>
          <w:tcPr>
            <w:tcW w:w="172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268C65E0" w14:textId="77777777" w:rsidR="00F628F9" w:rsidRDefault="00F628F9"/>
        </w:tc>
      </w:tr>
      <w:tr w:rsidR="00F628F9" w14:paraId="38561824" w14:textId="77777777" w:rsidTr="006E4EB8">
        <w:trPr>
          <w:trHeight w:val="340"/>
          <w:jc w:val="center"/>
        </w:trPr>
        <w:tc>
          <w:tcPr>
            <w:tcW w:w="180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FB2546E" w14:textId="77777777" w:rsidR="00F628F9" w:rsidRDefault="00F628F9"/>
        </w:tc>
        <w:tc>
          <w:tcPr>
            <w:tcW w:w="172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75DB922" w14:textId="77777777" w:rsidR="00F628F9" w:rsidRDefault="00F628F9"/>
        </w:tc>
        <w:tc>
          <w:tcPr>
            <w:tcW w:w="100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1941789" w14:textId="77777777" w:rsidR="00F628F9" w:rsidRDefault="00F628F9"/>
        </w:tc>
        <w:tc>
          <w:tcPr>
            <w:tcW w:w="172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29578F81" w14:textId="77777777" w:rsidR="00F628F9" w:rsidRDefault="00F628F9"/>
        </w:tc>
        <w:tc>
          <w:tcPr>
            <w:tcW w:w="165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F290C34" w14:textId="77777777" w:rsidR="00F628F9" w:rsidRDefault="00F628F9"/>
        </w:tc>
        <w:tc>
          <w:tcPr>
            <w:tcW w:w="230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4C5D8AF" w14:textId="77777777" w:rsidR="00F628F9" w:rsidRDefault="00F628F9"/>
        </w:tc>
        <w:tc>
          <w:tcPr>
            <w:tcW w:w="172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5166CBB" w14:textId="77777777" w:rsidR="00F628F9" w:rsidRDefault="00F628F9"/>
        </w:tc>
      </w:tr>
      <w:tr w:rsidR="00F628F9" w14:paraId="08C73EFC" w14:textId="77777777" w:rsidTr="006E4EB8">
        <w:trPr>
          <w:trHeight w:val="340"/>
          <w:jc w:val="center"/>
        </w:trPr>
        <w:tc>
          <w:tcPr>
            <w:tcW w:w="180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9E8E2DF" w14:textId="77777777" w:rsidR="00F628F9" w:rsidRDefault="00F628F9"/>
        </w:tc>
        <w:tc>
          <w:tcPr>
            <w:tcW w:w="172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6547999" w14:textId="77777777" w:rsidR="00F628F9" w:rsidRDefault="00F628F9"/>
        </w:tc>
        <w:tc>
          <w:tcPr>
            <w:tcW w:w="100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1C9D4B4" w14:textId="77777777" w:rsidR="00F628F9" w:rsidRDefault="00F628F9"/>
        </w:tc>
        <w:tc>
          <w:tcPr>
            <w:tcW w:w="172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6F1A301" w14:textId="77777777" w:rsidR="00F628F9" w:rsidRDefault="00F628F9"/>
        </w:tc>
        <w:tc>
          <w:tcPr>
            <w:tcW w:w="165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F073E3F" w14:textId="77777777" w:rsidR="00F628F9" w:rsidRDefault="00F628F9"/>
        </w:tc>
        <w:tc>
          <w:tcPr>
            <w:tcW w:w="230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3EBE26A" w14:textId="77777777" w:rsidR="00F628F9" w:rsidRDefault="00F628F9"/>
        </w:tc>
        <w:tc>
          <w:tcPr>
            <w:tcW w:w="172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B59A2CD" w14:textId="77777777" w:rsidR="00F628F9" w:rsidRDefault="00F628F9"/>
        </w:tc>
      </w:tr>
      <w:tr w:rsidR="00F628F9" w14:paraId="7B1E4F0C" w14:textId="77777777" w:rsidTr="006E4EB8">
        <w:trPr>
          <w:trHeight w:val="340"/>
          <w:jc w:val="center"/>
        </w:trPr>
        <w:tc>
          <w:tcPr>
            <w:tcW w:w="180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EC7F8FA" w14:textId="77777777" w:rsidR="00F628F9" w:rsidRDefault="00F628F9"/>
        </w:tc>
        <w:tc>
          <w:tcPr>
            <w:tcW w:w="172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8A767D6" w14:textId="77777777" w:rsidR="00F628F9" w:rsidRDefault="00F628F9"/>
        </w:tc>
        <w:tc>
          <w:tcPr>
            <w:tcW w:w="100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9474E7E" w14:textId="77777777" w:rsidR="00F628F9" w:rsidRDefault="00F628F9"/>
        </w:tc>
        <w:tc>
          <w:tcPr>
            <w:tcW w:w="172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F9AF1C5" w14:textId="77777777" w:rsidR="00F628F9" w:rsidRDefault="00F628F9"/>
        </w:tc>
        <w:tc>
          <w:tcPr>
            <w:tcW w:w="165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4639DCAC" w14:textId="77777777" w:rsidR="00F628F9" w:rsidRDefault="00F628F9"/>
        </w:tc>
        <w:tc>
          <w:tcPr>
            <w:tcW w:w="230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4D37E9D" w14:textId="77777777" w:rsidR="00F628F9" w:rsidRDefault="00F628F9"/>
        </w:tc>
        <w:tc>
          <w:tcPr>
            <w:tcW w:w="172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0AD157E" w14:textId="77777777" w:rsidR="00F628F9" w:rsidRDefault="00F628F9"/>
        </w:tc>
      </w:tr>
    </w:tbl>
    <w:p w14:paraId="54CB7C1D" w14:textId="77777777" w:rsidR="00F628F9" w:rsidRDefault="00F628F9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F628F9" w14:paraId="5294DDD6" w14:textId="77777777" w:rsidTr="00415998">
        <w:trPr>
          <w:jc w:val="center"/>
        </w:trPr>
        <w:tc>
          <w:tcPr>
            <w:tcW w:w="1080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D654F03" w14:textId="77777777" w:rsidR="00F628F9" w:rsidRDefault="00C95C03">
            <w:pPr>
              <w:spacing w:after="0"/>
            </w:pPr>
            <w:r>
              <w:rPr>
                <w:b/>
                <w:sz w:val="19"/>
              </w:rPr>
              <w:t>DEBTS &amp; FINANCIAL OBLIGATIONS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1620"/>
        <w:gridCol w:w="1418"/>
        <w:gridCol w:w="1418"/>
        <w:gridCol w:w="1351"/>
        <w:gridCol w:w="1418"/>
        <w:gridCol w:w="1552"/>
        <w:gridCol w:w="2023"/>
      </w:tblGrid>
      <w:tr w:rsidR="00F628F9" w14:paraId="029B64DB" w14:textId="77777777" w:rsidTr="006E4EB8">
        <w:trPr>
          <w:tblHeader/>
          <w:jc w:val="center"/>
        </w:trPr>
        <w:tc>
          <w:tcPr>
            <w:tcW w:w="1728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340F39FA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Creditor / Lender</w:t>
            </w:r>
          </w:p>
        </w:tc>
        <w:tc>
          <w:tcPr>
            <w:tcW w:w="1512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4730007D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Debt Type</w:t>
            </w:r>
          </w:p>
        </w:tc>
        <w:tc>
          <w:tcPr>
            <w:tcW w:w="1512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178F9EFE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Loan / Acct. No. or Last 4</w:t>
            </w:r>
          </w:p>
        </w:tc>
        <w:tc>
          <w:tcPr>
            <w:tcW w:w="1440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7BD3391B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Regular Payment</w:t>
            </w:r>
          </w:p>
        </w:tc>
        <w:tc>
          <w:tcPr>
            <w:tcW w:w="1512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7142C1E8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Approx. Balance, optional</w:t>
            </w:r>
          </w:p>
        </w:tc>
        <w:tc>
          <w:tcPr>
            <w:tcW w:w="1656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2915E049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Contact</w:t>
            </w:r>
          </w:p>
        </w:tc>
        <w:tc>
          <w:tcPr>
            <w:tcW w:w="2160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474A25DD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Supporting Records Location</w:t>
            </w:r>
          </w:p>
        </w:tc>
      </w:tr>
      <w:tr w:rsidR="00F628F9" w14:paraId="048DF35B" w14:textId="77777777" w:rsidTr="006E4EB8">
        <w:trPr>
          <w:trHeight w:val="340"/>
          <w:jc w:val="center"/>
        </w:trPr>
        <w:tc>
          <w:tcPr>
            <w:tcW w:w="172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E78E9AC" w14:textId="77777777" w:rsidR="00F628F9" w:rsidRDefault="00F628F9"/>
        </w:tc>
        <w:tc>
          <w:tcPr>
            <w:tcW w:w="151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FA9233C" w14:textId="77777777" w:rsidR="00F628F9" w:rsidRDefault="00F628F9"/>
        </w:tc>
        <w:tc>
          <w:tcPr>
            <w:tcW w:w="151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6B984AC" w14:textId="77777777" w:rsidR="00F628F9" w:rsidRDefault="00F628F9"/>
        </w:tc>
        <w:tc>
          <w:tcPr>
            <w:tcW w:w="144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6238617" w14:textId="77777777" w:rsidR="00F628F9" w:rsidRDefault="00F628F9"/>
        </w:tc>
        <w:tc>
          <w:tcPr>
            <w:tcW w:w="151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BDBDE66" w14:textId="77777777" w:rsidR="00F628F9" w:rsidRDefault="00F628F9"/>
        </w:tc>
        <w:tc>
          <w:tcPr>
            <w:tcW w:w="165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CEFB1D0" w14:textId="77777777" w:rsidR="00F628F9" w:rsidRDefault="00F628F9"/>
        </w:tc>
        <w:tc>
          <w:tcPr>
            <w:tcW w:w="216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28572B1" w14:textId="77777777" w:rsidR="00F628F9" w:rsidRDefault="00F628F9"/>
        </w:tc>
      </w:tr>
      <w:tr w:rsidR="00F628F9" w14:paraId="715FA33A" w14:textId="77777777" w:rsidTr="006E4EB8">
        <w:trPr>
          <w:trHeight w:val="340"/>
          <w:jc w:val="center"/>
        </w:trPr>
        <w:tc>
          <w:tcPr>
            <w:tcW w:w="172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4BD91B2" w14:textId="77777777" w:rsidR="00F628F9" w:rsidRDefault="00F628F9"/>
        </w:tc>
        <w:tc>
          <w:tcPr>
            <w:tcW w:w="151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78B36E1" w14:textId="77777777" w:rsidR="00F628F9" w:rsidRDefault="00F628F9"/>
        </w:tc>
        <w:tc>
          <w:tcPr>
            <w:tcW w:w="151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2C507B8" w14:textId="77777777" w:rsidR="00F628F9" w:rsidRDefault="00F628F9"/>
        </w:tc>
        <w:tc>
          <w:tcPr>
            <w:tcW w:w="144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BC5D73D" w14:textId="77777777" w:rsidR="00F628F9" w:rsidRDefault="00F628F9"/>
        </w:tc>
        <w:tc>
          <w:tcPr>
            <w:tcW w:w="151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4FDF1E3F" w14:textId="77777777" w:rsidR="00F628F9" w:rsidRDefault="00F628F9"/>
        </w:tc>
        <w:tc>
          <w:tcPr>
            <w:tcW w:w="165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D98349F" w14:textId="77777777" w:rsidR="00F628F9" w:rsidRDefault="00F628F9"/>
        </w:tc>
        <w:tc>
          <w:tcPr>
            <w:tcW w:w="216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3279A85" w14:textId="77777777" w:rsidR="00F628F9" w:rsidRDefault="00F628F9"/>
        </w:tc>
      </w:tr>
      <w:tr w:rsidR="00F628F9" w14:paraId="39942C5A" w14:textId="77777777" w:rsidTr="006E4EB8">
        <w:trPr>
          <w:trHeight w:val="340"/>
          <w:jc w:val="center"/>
        </w:trPr>
        <w:tc>
          <w:tcPr>
            <w:tcW w:w="172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D05C9C6" w14:textId="77777777" w:rsidR="00F628F9" w:rsidRDefault="00F628F9"/>
        </w:tc>
        <w:tc>
          <w:tcPr>
            <w:tcW w:w="151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21AABBC" w14:textId="77777777" w:rsidR="00F628F9" w:rsidRDefault="00F628F9"/>
        </w:tc>
        <w:tc>
          <w:tcPr>
            <w:tcW w:w="151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43B4069" w14:textId="77777777" w:rsidR="00F628F9" w:rsidRDefault="00F628F9"/>
        </w:tc>
        <w:tc>
          <w:tcPr>
            <w:tcW w:w="144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022D24F" w14:textId="77777777" w:rsidR="00F628F9" w:rsidRDefault="00F628F9"/>
        </w:tc>
        <w:tc>
          <w:tcPr>
            <w:tcW w:w="151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2EB1C8F" w14:textId="77777777" w:rsidR="00F628F9" w:rsidRDefault="00F628F9"/>
        </w:tc>
        <w:tc>
          <w:tcPr>
            <w:tcW w:w="165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0B35718" w14:textId="77777777" w:rsidR="00F628F9" w:rsidRDefault="00F628F9"/>
        </w:tc>
        <w:tc>
          <w:tcPr>
            <w:tcW w:w="216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B20EF95" w14:textId="77777777" w:rsidR="00F628F9" w:rsidRDefault="00F628F9"/>
        </w:tc>
      </w:tr>
      <w:tr w:rsidR="00F628F9" w14:paraId="2824DBCB" w14:textId="77777777" w:rsidTr="006E4EB8">
        <w:trPr>
          <w:trHeight w:val="340"/>
          <w:jc w:val="center"/>
        </w:trPr>
        <w:tc>
          <w:tcPr>
            <w:tcW w:w="172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4765C6E" w14:textId="77777777" w:rsidR="00F628F9" w:rsidRDefault="00F628F9"/>
        </w:tc>
        <w:tc>
          <w:tcPr>
            <w:tcW w:w="151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4BC4925F" w14:textId="77777777" w:rsidR="00F628F9" w:rsidRDefault="00F628F9"/>
        </w:tc>
        <w:tc>
          <w:tcPr>
            <w:tcW w:w="151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4F301902" w14:textId="77777777" w:rsidR="00F628F9" w:rsidRDefault="00F628F9"/>
        </w:tc>
        <w:tc>
          <w:tcPr>
            <w:tcW w:w="144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33C3B0C" w14:textId="77777777" w:rsidR="00F628F9" w:rsidRDefault="00F628F9"/>
        </w:tc>
        <w:tc>
          <w:tcPr>
            <w:tcW w:w="151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8B1DC41" w14:textId="77777777" w:rsidR="00F628F9" w:rsidRDefault="00F628F9"/>
        </w:tc>
        <w:tc>
          <w:tcPr>
            <w:tcW w:w="165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A5B797E" w14:textId="77777777" w:rsidR="00F628F9" w:rsidRDefault="00F628F9"/>
        </w:tc>
        <w:tc>
          <w:tcPr>
            <w:tcW w:w="216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42509304" w14:textId="77777777" w:rsidR="00F628F9" w:rsidRDefault="00F628F9"/>
        </w:tc>
      </w:tr>
    </w:tbl>
    <w:p w14:paraId="2910BE55" w14:textId="77777777" w:rsidR="00F628F9" w:rsidRDefault="00C95C03">
      <w:pPr>
        <w:spacing w:before="20" w:after="40"/>
      </w:pPr>
      <w:r>
        <w:rPr>
          <w:sz w:val="16"/>
        </w:rPr>
        <w:t>Keep complete mortgage and property-financing information in Real Estate &amp; Property Information, and tax-payment arrangements in Tax Returns &amp; Employment Records.</w:t>
      </w: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F628F9" w14:paraId="1B375B1F" w14:textId="77777777" w:rsidTr="00415998">
        <w:trPr>
          <w:jc w:val="center"/>
        </w:trPr>
        <w:tc>
          <w:tcPr>
            <w:tcW w:w="1080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2629694" w14:textId="77777777" w:rsidR="00F628F9" w:rsidRDefault="00C95C03">
            <w:pPr>
              <w:spacing w:after="0"/>
            </w:pPr>
            <w:r>
              <w:rPr>
                <w:b/>
                <w:sz w:val="19"/>
              </w:rPr>
              <w:t>MONEY OWED TO YOU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1823"/>
        <w:gridCol w:w="1755"/>
        <w:gridCol w:w="1351"/>
        <w:gridCol w:w="1755"/>
        <w:gridCol w:w="1688"/>
        <w:gridCol w:w="2428"/>
      </w:tblGrid>
      <w:tr w:rsidR="00F628F9" w14:paraId="6B2334FF" w14:textId="77777777" w:rsidTr="006E4EB8">
        <w:trPr>
          <w:tblHeader/>
          <w:jc w:val="center"/>
        </w:trPr>
        <w:tc>
          <w:tcPr>
            <w:tcW w:w="1944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35AF8650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Person / Entity</w:t>
            </w:r>
          </w:p>
        </w:tc>
        <w:tc>
          <w:tcPr>
            <w:tcW w:w="1872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29C07192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Reason / Type</w:t>
            </w:r>
          </w:p>
        </w:tc>
        <w:tc>
          <w:tcPr>
            <w:tcW w:w="1440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56D1C4F4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Approx. Amount</w:t>
            </w:r>
          </w:p>
        </w:tc>
        <w:tc>
          <w:tcPr>
            <w:tcW w:w="1872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487DB974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Payment Arrangement</w:t>
            </w:r>
          </w:p>
        </w:tc>
        <w:tc>
          <w:tcPr>
            <w:tcW w:w="1800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1A4077CD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Contact Information</w:t>
            </w:r>
          </w:p>
        </w:tc>
        <w:tc>
          <w:tcPr>
            <w:tcW w:w="2592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3640B316" w14:textId="77777777" w:rsidR="00F628F9" w:rsidRDefault="00C95C03">
            <w:pPr>
              <w:jc w:val="center"/>
            </w:pPr>
            <w:r>
              <w:rPr>
                <w:b/>
                <w:sz w:val="13"/>
              </w:rPr>
              <w:t>Agreement / Supporting Records Location</w:t>
            </w:r>
          </w:p>
        </w:tc>
      </w:tr>
      <w:tr w:rsidR="00F628F9" w14:paraId="4AD9D98D" w14:textId="77777777" w:rsidTr="006E4EB8">
        <w:trPr>
          <w:trHeight w:val="335"/>
          <w:jc w:val="center"/>
        </w:trPr>
        <w:tc>
          <w:tcPr>
            <w:tcW w:w="194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40B50AF4" w14:textId="77777777" w:rsidR="00F628F9" w:rsidRDefault="00F628F9"/>
        </w:tc>
        <w:tc>
          <w:tcPr>
            <w:tcW w:w="187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C721744" w14:textId="77777777" w:rsidR="00F628F9" w:rsidRDefault="00F628F9"/>
        </w:tc>
        <w:tc>
          <w:tcPr>
            <w:tcW w:w="144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FF389BC" w14:textId="77777777" w:rsidR="00F628F9" w:rsidRDefault="00F628F9"/>
        </w:tc>
        <w:tc>
          <w:tcPr>
            <w:tcW w:w="187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CF7B8DA" w14:textId="77777777" w:rsidR="00F628F9" w:rsidRDefault="00F628F9"/>
        </w:tc>
        <w:tc>
          <w:tcPr>
            <w:tcW w:w="180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467B6EF1" w14:textId="77777777" w:rsidR="00F628F9" w:rsidRDefault="00F628F9"/>
        </w:tc>
        <w:tc>
          <w:tcPr>
            <w:tcW w:w="259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85BF530" w14:textId="77777777" w:rsidR="00F628F9" w:rsidRDefault="00F628F9"/>
        </w:tc>
      </w:tr>
      <w:tr w:rsidR="00F628F9" w14:paraId="0819C7BA" w14:textId="77777777" w:rsidTr="006E4EB8">
        <w:trPr>
          <w:trHeight w:val="335"/>
          <w:jc w:val="center"/>
        </w:trPr>
        <w:tc>
          <w:tcPr>
            <w:tcW w:w="194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227BC905" w14:textId="77777777" w:rsidR="00F628F9" w:rsidRDefault="00F628F9"/>
        </w:tc>
        <w:tc>
          <w:tcPr>
            <w:tcW w:w="187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1DB93A5" w14:textId="77777777" w:rsidR="00F628F9" w:rsidRDefault="00F628F9"/>
        </w:tc>
        <w:tc>
          <w:tcPr>
            <w:tcW w:w="144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FBBD7B6" w14:textId="77777777" w:rsidR="00F628F9" w:rsidRDefault="00F628F9"/>
        </w:tc>
        <w:tc>
          <w:tcPr>
            <w:tcW w:w="187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444F58DB" w14:textId="77777777" w:rsidR="00F628F9" w:rsidRDefault="00F628F9"/>
        </w:tc>
        <w:tc>
          <w:tcPr>
            <w:tcW w:w="180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3109E14" w14:textId="77777777" w:rsidR="00F628F9" w:rsidRDefault="00F628F9"/>
        </w:tc>
        <w:tc>
          <w:tcPr>
            <w:tcW w:w="259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F8D3AE9" w14:textId="77777777" w:rsidR="00F628F9" w:rsidRDefault="00F628F9"/>
        </w:tc>
      </w:tr>
      <w:tr w:rsidR="00F628F9" w14:paraId="542EF7BA" w14:textId="77777777" w:rsidTr="006E4EB8">
        <w:trPr>
          <w:trHeight w:val="335"/>
          <w:jc w:val="center"/>
        </w:trPr>
        <w:tc>
          <w:tcPr>
            <w:tcW w:w="194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00FDE32" w14:textId="77777777" w:rsidR="00F628F9" w:rsidRDefault="00F628F9"/>
        </w:tc>
        <w:tc>
          <w:tcPr>
            <w:tcW w:w="187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BCC03C5" w14:textId="77777777" w:rsidR="00F628F9" w:rsidRDefault="00F628F9"/>
        </w:tc>
        <w:tc>
          <w:tcPr>
            <w:tcW w:w="144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CB99414" w14:textId="77777777" w:rsidR="00F628F9" w:rsidRDefault="00F628F9"/>
        </w:tc>
        <w:tc>
          <w:tcPr>
            <w:tcW w:w="187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672923E" w14:textId="77777777" w:rsidR="00F628F9" w:rsidRDefault="00F628F9"/>
        </w:tc>
        <w:tc>
          <w:tcPr>
            <w:tcW w:w="180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461193B" w14:textId="77777777" w:rsidR="00F628F9" w:rsidRDefault="00F628F9"/>
        </w:tc>
        <w:tc>
          <w:tcPr>
            <w:tcW w:w="259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C11DBEC" w14:textId="77777777" w:rsidR="00F628F9" w:rsidRDefault="00F628F9"/>
        </w:tc>
      </w:tr>
    </w:tbl>
    <w:p w14:paraId="28E27250" w14:textId="77777777" w:rsidR="00F628F9" w:rsidRDefault="00F628F9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F628F9" w14:paraId="7736E360" w14:textId="77777777" w:rsidTr="00415998">
        <w:trPr>
          <w:jc w:val="center"/>
        </w:trPr>
        <w:tc>
          <w:tcPr>
            <w:tcW w:w="1080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2483571" w14:textId="77777777" w:rsidR="00F628F9" w:rsidRDefault="00C95C03">
            <w:pPr>
              <w:spacing w:after="0"/>
            </w:pPr>
            <w:r>
              <w:rPr>
                <w:b/>
                <w:sz w:val="19"/>
              </w:rPr>
              <w:t>SAFE DEPOSIT BOX — IF APPLICABLE</w:t>
            </w:r>
          </w:p>
        </w:tc>
      </w:tr>
    </w:tbl>
    <w:tbl>
      <w:tblPr>
        <w:tblStyle w:val="TableGrid"/>
        <w:tblW w:w="10795" w:type="dxa"/>
        <w:jc w:val="center"/>
        <w:tblLayout w:type="fixed"/>
        <w:tblLook w:val="04A0" w:firstRow="1" w:lastRow="0" w:firstColumn="1" w:lastColumn="0" w:noHBand="0" w:noVBand="1"/>
      </w:tblPr>
      <w:tblGrid>
        <w:gridCol w:w="3672"/>
        <w:gridCol w:w="7123"/>
      </w:tblGrid>
      <w:tr w:rsidR="00F628F9" w14:paraId="61AD84D4" w14:textId="77777777" w:rsidTr="00415998">
        <w:trPr>
          <w:trHeight w:val="30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0FBDC3FA" w14:textId="77777777" w:rsidR="00F628F9" w:rsidRDefault="00C95C03">
            <w:r>
              <w:rPr>
                <w:b/>
                <w:sz w:val="16"/>
              </w:rPr>
              <w:t>Financial Institution / Branch</w:t>
            </w:r>
          </w:p>
        </w:tc>
        <w:tc>
          <w:tcPr>
            <w:tcW w:w="7123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7E140916" w14:textId="77777777" w:rsidR="00F628F9" w:rsidRDefault="00F628F9"/>
        </w:tc>
      </w:tr>
      <w:tr w:rsidR="00F628F9" w14:paraId="189343E8" w14:textId="77777777" w:rsidTr="00415998">
        <w:trPr>
          <w:trHeight w:val="30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58CDB253" w14:textId="77777777" w:rsidR="00F628F9" w:rsidRDefault="00C95C03">
            <w:r>
              <w:rPr>
                <w:b/>
                <w:sz w:val="16"/>
              </w:rPr>
              <w:t>Box Number / Name(s) Under Which Held</w:t>
            </w:r>
          </w:p>
        </w:tc>
        <w:tc>
          <w:tcPr>
            <w:tcW w:w="7123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663EF6E9" w14:textId="77777777" w:rsidR="00F628F9" w:rsidRDefault="00F628F9"/>
        </w:tc>
      </w:tr>
      <w:tr w:rsidR="00F628F9" w14:paraId="3F258275" w14:textId="77777777" w:rsidTr="00415998">
        <w:trPr>
          <w:trHeight w:val="30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64A0C70A" w14:textId="77777777" w:rsidR="00F628F9" w:rsidRDefault="00C95C03">
            <w:r>
              <w:rPr>
                <w:b/>
                <w:sz w:val="16"/>
              </w:rPr>
              <w:t>Other Authorized Person(s), if applicable</w:t>
            </w:r>
          </w:p>
        </w:tc>
        <w:tc>
          <w:tcPr>
            <w:tcW w:w="7123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0700A779" w14:textId="77777777" w:rsidR="00F628F9" w:rsidRDefault="00F628F9"/>
        </w:tc>
      </w:tr>
      <w:tr w:rsidR="00F628F9" w14:paraId="46C8EB3E" w14:textId="77777777" w:rsidTr="00415998">
        <w:trPr>
          <w:trHeight w:val="30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1D0A9082" w14:textId="77777777" w:rsidR="00F628F9" w:rsidRDefault="00C95C03">
            <w:r>
              <w:rPr>
                <w:b/>
                <w:sz w:val="16"/>
              </w:rPr>
              <w:t>Location of Key or Other Access Item</w:t>
            </w:r>
          </w:p>
        </w:tc>
        <w:tc>
          <w:tcPr>
            <w:tcW w:w="7123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39568213" w14:textId="77777777" w:rsidR="00F628F9" w:rsidRDefault="00F628F9"/>
        </w:tc>
      </w:tr>
      <w:tr w:rsidR="00F628F9" w14:paraId="77B20741" w14:textId="77777777" w:rsidTr="00415998">
        <w:trPr>
          <w:trHeight w:val="30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24F58949" w14:textId="77777777" w:rsidR="00F628F9" w:rsidRDefault="00C95C03">
            <w:r>
              <w:rPr>
                <w:b/>
                <w:sz w:val="16"/>
              </w:rPr>
              <w:t>General Description / Inventory of Contents</w:t>
            </w:r>
          </w:p>
        </w:tc>
        <w:tc>
          <w:tcPr>
            <w:tcW w:w="7123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7AA06E3D" w14:textId="77777777" w:rsidR="00F628F9" w:rsidRDefault="00F628F9"/>
        </w:tc>
      </w:tr>
      <w:tr w:rsidR="00F628F9" w14:paraId="1EE66396" w14:textId="77777777" w:rsidTr="00415998">
        <w:trPr>
          <w:trHeight w:val="30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03CD3470" w14:textId="77777777" w:rsidR="00F628F9" w:rsidRDefault="00C95C03">
            <w:r>
              <w:rPr>
                <w:b/>
                <w:sz w:val="16"/>
              </w:rPr>
              <w:t>Location of Rental Agreement / Related Records</w:t>
            </w:r>
          </w:p>
        </w:tc>
        <w:tc>
          <w:tcPr>
            <w:tcW w:w="7123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72616ED9" w14:textId="77777777" w:rsidR="00F628F9" w:rsidRDefault="00F628F9"/>
        </w:tc>
      </w:tr>
    </w:tbl>
    <w:p w14:paraId="07872293" w14:textId="77777777" w:rsidR="00F628F9" w:rsidRDefault="00F628F9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F628F9" w14:paraId="29766F18" w14:textId="77777777" w:rsidTr="00415998">
        <w:trPr>
          <w:jc w:val="center"/>
        </w:trPr>
        <w:tc>
          <w:tcPr>
            <w:tcW w:w="1080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64613E7" w14:textId="77777777" w:rsidR="00F628F9" w:rsidRDefault="00C95C03">
            <w:pPr>
              <w:spacing w:after="0"/>
            </w:pPr>
            <w:r>
              <w:rPr>
                <w:b/>
                <w:sz w:val="19"/>
              </w:rPr>
              <w:t>PROFESSIONAL FINANCIAL CONTACTS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1692"/>
        <w:gridCol w:w="1822"/>
        <w:gridCol w:w="1627"/>
        <w:gridCol w:w="1433"/>
        <w:gridCol w:w="2016"/>
        <w:gridCol w:w="2210"/>
      </w:tblGrid>
      <w:tr w:rsidR="00F628F9" w14:paraId="263D12A2" w14:textId="77777777" w:rsidTr="006E4EB8">
        <w:trPr>
          <w:tblHeader/>
          <w:jc w:val="center"/>
        </w:trPr>
        <w:tc>
          <w:tcPr>
            <w:tcW w:w="1872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3F90ADF5" w14:textId="77777777" w:rsidR="00F628F9" w:rsidRDefault="00C95C03">
            <w:pPr>
              <w:jc w:val="center"/>
            </w:pPr>
            <w:r>
              <w:rPr>
                <w:b/>
                <w:sz w:val="14"/>
              </w:rPr>
              <w:t>Name</w:t>
            </w:r>
          </w:p>
        </w:tc>
        <w:tc>
          <w:tcPr>
            <w:tcW w:w="2016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2C6E595C" w14:textId="77777777" w:rsidR="00F628F9" w:rsidRDefault="00C95C03">
            <w:pPr>
              <w:jc w:val="center"/>
            </w:pPr>
            <w:r>
              <w:rPr>
                <w:b/>
                <w:sz w:val="14"/>
              </w:rPr>
              <w:t>Firm / Organization</w:t>
            </w:r>
          </w:p>
        </w:tc>
        <w:tc>
          <w:tcPr>
            <w:tcW w:w="1800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2066F198" w14:textId="77777777" w:rsidR="00F628F9" w:rsidRDefault="00C95C03">
            <w:pPr>
              <w:jc w:val="center"/>
            </w:pPr>
            <w:r>
              <w:rPr>
                <w:b/>
                <w:sz w:val="14"/>
              </w:rPr>
              <w:t>Role</w:t>
            </w:r>
          </w:p>
        </w:tc>
        <w:tc>
          <w:tcPr>
            <w:tcW w:w="1584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284F1F86" w14:textId="77777777" w:rsidR="00F628F9" w:rsidRDefault="00C95C03">
            <w:pPr>
              <w:jc w:val="center"/>
            </w:pPr>
            <w:r>
              <w:rPr>
                <w:b/>
                <w:sz w:val="14"/>
              </w:rPr>
              <w:t>Phone</w:t>
            </w:r>
          </w:p>
        </w:tc>
        <w:tc>
          <w:tcPr>
            <w:tcW w:w="2232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7E792035" w14:textId="77777777" w:rsidR="00F628F9" w:rsidRDefault="00C95C03">
            <w:pPr>
              <w:jc w:val="center"/>
            </w:pPr>
            <w:r>
              <w:rPr>
                <w:b/>
                <w:sz w:val="14"/>
              </w:rPr>
              <w:t>Email</w:t>
            </w:r>
          </w:p>
        </w:tc>
        <w:tc>
          <w:tcPr>
            <w:tcW w:w="2448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07D58ADE" w14:textId="77777777" w:rsidR="00F628F9" w:rsidRDefault="00C95C03">
            <w:pPr>
              <w:jc w:val="center"/>
            </w:pPr>
            <w:r>
              <w:rPr>
                <w:b/>
                <w:sz w:val="14"/>
              </w:rPr>
              <w:t>What They Handle / Notes</w:t>
            </w:r>
          </w:p>
        </w:tc>
      </w:tr>
      <w:tr w:rsidR="00F628F9" w14:paraId="7454A227" w14:textId="77777777" w:rsidTr="006E4EB8">
        <w:trPr>
          <w:trHeight w:val="330"/>
          <w:jc w:val="center"/>
        </w:trPr>
        <w:tc>
          <w:tcPr>
            <w:tcW w:w="187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0009C3C" w14:textId="77777777" w:rsidR="00F628F9" w:rsidRDefault="00F628F9"/>
        </w:tc>
        <w:tc>
          <w:tcPr>
            <w:tcW w:w="201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27652F0" w14:textId="77777777" w:rsidR="00F628F9" w:rsidRDefault="00F628F9"/>
        </w:tc>
        <w:tc>
          <w:tcPr>
            <w:tcW w:w="180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05869F4" w14:textId="77777777" w:rsidR="00F628F9" w:rsidRDefault="00F628F9"/>
        </w:tc>
        <w:tc>
          <w:tcPr>
            <w:tcW w:w="158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2AE561ED" w14:textId="77777777" w:rsidR="00F628F9" w:rsidRDefault="00F628F9"/>
        </w:tc>
        <w:tc>
          <w:tcPr>
            <w:tcW w:w="223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CEA98FD" w14:textId="77777777" w:rsidR="00F628F9" w:rsidRDefault="00F628F9"/>
        </w:tc>
        <w:tc>
          <w:tcPr>
            <w:tcW w:w="244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EFBFE3A" w14:textId="77777777" w:rsidR="00F628F9" w:rsidRDefault="00F628F9"/>
        </w:tc>
      </w:tr>
      <w:tr w:rsidR="00F628F9" w14:paraId="54A1E89D" w14:textId="77777777" w:rsidTr="006E4EB8">
        <w:trPr>
          <w:trHeight w:val="330"/>
          <w:jc w:val="center"/>
        </w:trPr>
        <w:tc>
          <w:tcPr>
            <w:tcW w:w="187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DDD9D03" w14:textId="77777777" w:rsidR="00F628F9" w:rsidRDefault="00F628F9"/>
        </w:tc>
        <w:tc>
          <w:tcPr>
            <w:tcW w:w="201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9DD7D30" w14:textId="77777777" w:rsidR="00F628F9" w:rsidRDefault="00F628F9"/>
        </w:tc>
        <w:tc>
          <w:tcPr>
            <w:tcW w:w="180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1189970" w14:textId="77777777" w:rsidR="00F628F9" w:rsidRDefault="00F628F9"/>
        </w:tc>
        <w:tc>
          <w:tcPr>
            <w:tcW w:w="158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7C35951" w14:textId="77777777" w:rsidR="00F628F9" w:rsidRDefault="00F628F9"/>
        </w:tc>
        <w:tc>
          <w:tcPr>
            <w:tcW w:w="223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C466D89" w14:textId="77777777" w:rsidR="00F628F9" w:rsidRDefault="00F628F9"/>
        </w:tc>
        <w:tc>
          <w:tcPr>
            <w:tcW w:w="244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4E51D4D" w14:textId="77777777" w:rsidR="00F628F9" w:rsidRDefault="00F628F9"/>
        </w:tc>
      </w:tr>
      <w:tr w:rsidR="00F628F9" w14:paraId="0FE4B685" w14:textId="77777777" w:rsidTr="006E4EB8">
        <w:trPr>
          <w:trHeight w:val="330"/>
          <w:jc w:val="center"/>
        </w:trPr>
        <w:tc>
          <w:tcPr>
            <w:tcW w:w="187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265C07A" w14:textId="77777777" w:rsidR="00F628F9" w:rsidRDefault="00F628F9"/>
        </w:tc>
        <w:tc>
          <w:tcPr>
            <w:tcW w:w="201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495E24E" w14:textId="77777777" w:rsidR="00F628F9" w:rsidRDefault="00F628F9"/>
        </w:tc>
        <w:tc>
          <w:tcPr>
            <w:tcW w:w="180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517D04F" w14:textId="77777777" w:rsidR="00F628F9" w:rsidRDefault="00F628F9"/>
        </w:tc>
        <w:tc>
          <w:tcPr>
            <w:tcW w:w="158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D9F37D8" w14:textId="77777777" w:rsidR="00F628F9" w:rsidRDefault="00F628F9"/>
        </w:tc>
        <w:tc>
          <w:tcPr>
            <w:tcW w:w="223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02E4ECF" w14:textId="77777777" w:rsidR="00F628F9" w:rsidRDefault="00F628F9"/>
        </w:tc>
        <w:tc>
          <w:tcPr>
            <w:tcW w:w="244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B92200F" w14:textId="77777777" w:rsidR="00F628F9" w:rsidRDefault="00F628F9"/>
        </w:tc>
      </w:tr>
    </w:tbl>
    <w:p w14:paraId="543AC257" w14:textId="77777777" w:rsidR="00F628F9" w:rsidRDefault="00C95C03">
      <w:pPr>
        <w:spacing w:before="20" w:after="0"/>
      </w:pPr>
      <w:r>
        <w:rPr>
          <w:b/>
          <w:sz w:val="16"/>
        </w:rPr>
        <w:t xml:space="preserve">Authority reminder: </w:t>
      </w:r>
      <w:r>
        <w:rPr>
          <w:sz w:val="16"/>
        </w:rPr>
        <w:t>Knowing an account exists or having login information does not by itself give another person legal authority to manage it.</w:t>
      </w:r>
    </w:p>
    <w:p w14:paraId="6D3E5C05" w14:textId="77777777" w:rsidR="00F628F9" w:rsidRDefault="00C95C03">
      <w:pPr>
        <w:spacing w:before="20" w:after="0"/>
      </w:pPr>
      <w:r>
        <w:rPr>
          <w:b/>
          <w:sz w:val="16"/>
        </w:rPr>
        <w:t xml:space="preserve">Cross-reference: </w:t>
      </w:r>
      <w:r>
        <w:rPr>
          <w:sz w:val="16"/>
        </w:rPr>
        <w:t>Keep complete beneficiary/POD/TOD, retirement, tax, insurance, property-financing, and digital-access information in their appropriate Legacy Binder sections.</w:t>
      </w:r>
    </w:p>
    <w:sectPr w:rsidR="00F628F9" w:rsidSect="00034616">
      <w:footerReference w:type="default" r:id="rId8"/>
      <w:pgSz w:w="12240" w:h="15840"/>
      <w:pgMar w:top="691" w:right="720" w:bottom="691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E2A63" w14:textId="77777777" w:rsidR="00F06AEB" w:rsidRDefault="00F06AEB">
      <w:pPr>
        <w:spacing w:after="0" w:line="240" w:lineRule="auto"/>
      </w:pPr>
      <w:r>
        <w:separator/>
      </w:r>
    </w:p>
  </w:endnote>
  <w:endnote w:type="continuationSeparator" w:id="0">
    <w:p w14:paraId="480CBF01" w14:textId="77777777" w:rsidR="00F06AEB" w:rsidRDefault="00F06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81F47" w14:textId="77777777" w:rsidR="00F628F9" w:rsidRDefault="00C95C03">
    <w:pPr>
      <w:pStyle w:val="Footer"/>
      <w:jc w:val="center"/>
    </w:pPr>
    <w:r>
      <w:rPr>
        <w:sz w:val="14"/>
      </w:rPr>
      <w:t>Legacy Binder © Sheila Keene-Lund | S11-01 — Financial Information Summary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77507" w14:textId="77777777" w:rsidR="00F06AEB" w:rsidRDefault="00F06AEB">
      <w:pPr>
        <w:spacing w:after="0" w:line="240" w:lineRule="auto"/>
      </w:pPr>
      <w:r>
        <w:separator/>
      </w:r>
    </w:p>
  </w:footnote>
  <w:footnote w:type="continuationSeparator" w:id="0">
    <w:p w14:paraId="06ED9737" w14:textId="77777777" w:rsidR="00F06AEB" w:rsidRDefault="00F06A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06956907">
    <w:abstractNumId w:val="8"/>
  </w:num>
  <w:num w:numId="2" w16cid:durableId="664281483">
    <w:abstractNumId w:val="6"/>
  </w:num>
  <w:num w:numId="3" w16cid:durableId="248853312">
    <w:abstractNumId w:val="5"/>
  </w:num>
  <w:num w:numId="4" w16cid:durableId="1434474982">
    <w:abstractNumId w:val="4"/>
  </w:num>
  <w:num w:numId="5" w16cid:durableId="261888134">
    <w:abstractNumId w:val="7"/>
  </w:num>
  <w:num w:numId="6" w16cid:durableId="2134056715">
    <w:abstractNumId w:val="3"/>
  </w:num>
  <w:num w:numId="7" w16cid:durableId="403066183">
    <w:abstractNumId w:val="2"/>
  </w:num>
  <w:num w:numId="8" w16cid:durableId="644623821">
    <w:abstractNumId w:val="1"/>
  </w:num>
  <w:num w:numId="9" w16cid:durableId="1390373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6D1D"/>
    <w:rsid w:val="0015074B"/>
    <w:rsid w:val="0029639D"/>
    <w:rsid w:val="002B36E0"/>
    <w:rsid w:val="00326F90"/>
    <w:rsid w:val="00413DFC"/>
    <w:rsid w:val="00415998"/>
    <w:rsid w:val="006E4EB8"/>
    <w:rsid w:val="00777444"/>
    <w:rsid w:val="00AA1D8D"/>
    <w:rsid w:val="00B47730"/>
    <w:rsid w:val="00C95C03"/>
    <w:rsid w:val="00CB0664"/>
    <w:rsid w:val="00F06AEB"/>
    <w:rsid w:val="00F628F9"/>
    <w:rsid w:val="00FB7BF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B73AE7"/>
  <w14:defaultImageDpi w14:val="300"/>
  <w15:docId w15:val="{7E10FD57-B50D-4683-8461-DC9BBA0B5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Ronald Kornreich</cp:lastModifiedBy>
  <cp:revision>4</cp:revision>
  <dcterms:created xsi:type="dcterms:W3CDTF">2026-09-08T09:37:00Z</dcterms:created>
  <dcterms:modified xsi:type="dcterms:W3CDTF">2026-09-14T15:47:00Z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f308680c-e708-41da-b7e8-724b65d804a4</vt:lpwstr>
  </property>
</Properties>
</file>