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F7591" w14:textId="77777777" w:rsidR="002A1997" w:rsidRDefault="0000647E">
      <w:pPr>
        <w:spacing w:after="0"/>
        <w:jc w:val="center"/>
      </w:pPr>
      <w:r>
        <w:rPr>
          <w:b/>
          <w:sz w:val="28"/>
        </w:rPr>
        <w:t>LEGACY BINDER</w:t>
      </w:r>
    </w:p>
    <w:p w14:paraId="71FE27B8" w14:textId="77777777" w:rsidR="002A1997" w:rsidRDefault="0000647E">
      <w:pPr>
        <w:spacing w:after="60"/>
        <w:jc w:val="center"/>
      </w:pPr>
      <w:r>
        <w:rPr>
          <w:b/>
          <w:sz w:val="31"/>
        </w:rPr>
        <w:t>S11-02 — INCOME &amp; RECURRING PAYMENTS SUMMARY</w:t>
      </w:r>
    </w:p>
    <w:p w14:paraId="3E46BB59" w14:textId="77777777" w:rsidR="002A1997" w:rsidRDefault="0000647E">
      <w:pPr>
        <w:spacing w:after="100"/>
        <w:jc w:val="center"/>
      </w:pPr>
      <w:r>
        <w:rPr>
          <w:i/>
          <w:sz w:val="17"/>
        </w:rPr>
        <w:t>Use this form to identify significant money regularly coming into your accounts and recurring payments regularly leaving them. Include the source or payee, frequency, receiving or payment account, and other information that may help someone manage your finances.</w:t>
      </w:r>
    </w:p>
    <w:tbl>
      <w:tblPr>
        <w:tblW w:w="0" w:type="auto"/>
        <w:tblLook w:val="04A0" w:firstRow="1" w:lastRow="0" w:firstColumn="1" w:lastColumn="0" w:noHBand="0" w:noVBand="1"/>
      </w:tblPr>
      <w:tblGrid>
        <w:gridCol w:w="5400"/>
        <w:gridCol w:w="5400"/>
      </w:tblGrid>
      <w:tr w:rsidR="002A1997" w14:paraId="7D77746C" w14:textId="77777777">
        <w:tc>
          <w:tcPr>
            <w:tcW w:w="5400" w:type="dxa"/>
            <w:tcMar>
              <w:top w:w="30" w:type="dxa"/>
              <w:left w:w="40" w:type="dxa"/>
              <w:bottom w:w="30" w:type="dxa"/>
              <w:right w:w="40" w:type="dxa"/>
            </w:tcMar>
          </w:tcPr>
          <w:p w14:paraId="3A8E28C3" w14:textId="77777777" w:rsidR="002A1997" w:rsidRDefault="0000647E">
            <w:pPr>
              <w:spacing w:after="0"/>
            </w:pPr>
            <w:r>
              <w:rPr>
                <w:b/>
              </w:rPr>
              <w:t xml:space="preserve">Name: </w:t>
            </w:r>
            <w:r>
              <w:t>_____________________________________</w:t>
            </w:r>
          </w:p>
        </w:tc>
        <w:tc>
          <w:tcPr>
            <w:tcW w:w="5400" w:type="dxa"/>
            <w:tcMar>
              <w:top w:w="30" w:type="dxa"/>
              <w:left w:w="40" w:type="dxa"/>
              <w:bottom w:w="30" w:type="dxa"/>
              <w:right w:w="40" w:type="dxa"/>
            </w:tcMar>
          </w:tcPr>
          <w:p w14:paraId="7ABE9C19" w14:textId="77777777" w:rsidR="002A1997" w:rsidRDefault="0000647E">
            <w:pPr>
              <w:spacing w:after="0"/>
            </w:pPr>
            <w:r>
              <w:rPr>
                <w:b/>
              </w:rPr>
              <w:t xml:space="preserve">Date Last Updated: </w:t>
            </w:r>
            <w:r>
              <w:t>________________</w:t>
            </w:r>
          </w:p>
        </w:tc>
      </w:tr>
    </w:tbl>
    <w:p w14:paraId="6ABA517C" w14:textId="25244132" w:rsidR="002A1997" w:rsidRDefault="0000647E">
      <w:pPr>
        <w:spacing w:before="80" w:after="100"/>
      </w:pPr>
      <w:r>
        <w:rPr>
          <w:b/>
        </w:rPr>
        <w:t xml:space="preserve">Use this as a practical overview, not a duplicate account statement. </w:t>
      </w:r>
      <w:r>
        <w:t xml:space="preserve">Complete </w:t>
      </w:r>
      <w:r w:rsidR="007A38F3">
        <w:t>financial account</w:t>
      </w:r>
      <w:r>
        <w:t xml:space="preserve"> details </w:t>
      </w:r>
      <w:proofErr w:type="gramStart"/>
      <w:r>
        <w:t>belong</w:t>
      </w:r>
      <w:proofErr w:type="gramEnd"/>
      <w:r>
        <w:t xml:space="preserve"> on S11-01 — Financial Information Summary and in the appropriate supporting records.</w:t>
      </w:r>
    </w:p>
    <w:tbl>
      <w:tblPr>
        <w:tblW w:w="10800" w:type="dxa"/>
        <w:jc w:val="center"/>
        <w:tblLook w:val="04A0" w:firstRow="1" w:lastRow="0" w:firstColumn="1" w:lastColumn="0" w:noHBand="0" w:noVBand="1"/>
      </w:tblPr>
      <w:tblGrid>
        <w:gridCol w:w="10800"/>
      </w:tblGrid>
      <w:tr w:rsidR="002A1997" w14:paraId="6F25DE86" w14:textId="77777777" w:rsidTr="005B099E">
        <w:trPr>
          <w:jc w:val="center"/>
        </w:trPr>
        <w:tc>
          <w:tcPr>
            <w:tcW w:w="10800" w:type="dxa"/>
            <w:shd w:val="clear" w:color="auto" w:fill="D9D9D9"/>
            <w:tcMar>
              <w:top w:w="45" w:type="dxa"/>
              <w:left w:w="55" w:type="dxa"/>
              <w:bottom w:w="45" w:type="dxa"/>
              <w:right w:w="55" w:type="dxa"/>
            </w:tcMar>
          </w:tcPr>
          <w:p w14:paraId="08D504CD" w14:textId="77777777" w:rsidR="002A1997" w:rsidRDefault="0000647E">
            <w:pPr>
              <w:spacing w:after="0"/>
            </w:pPr>
            <w:r>
              <w:rPr>
                <w:b/>
                <w:sz w:val="19"/>
              </w:rPr>
              <w:t>MONEY COMING IN</w:t>
            </w:r>
          </w:p>
        </w:tc>
      </w:tr>
    </w:tbl>
    <w:tbl>
      <w:tblPr>
        <w:tblStyle w:val="TableGrid"/>
        <w:tblW w:w="10800" w:type="dxa"/>
        <w:jc w:val="center"/>
        <w:tblLayout w:type="fixed"/>
        <w:tblLook w:val="04A0" w:firstRow="1" w:lastRow="0" w:firstColumn="1" w:lastColumn="0" w:noHBand="0" w:noVBand="1"/>
      </w:tblPr>
      <w:tblGrid>
        <w:gridCol w:w="1692"/>
        <w:gridCol w:w="1193"/>
        <w:gridCol w:w="1070"/>
        <w:gridCol w:w="1257"/>
        <w:gridCol w:w="1693"/>
        <w:gridCol w:w="883"/>
        <w:gridCol w:w="1755"/>
        <w:gridCol w:w="1257"/>
      </w:tblGrid>
      <w:tr w:rsidR="002A1997" w14:paraId="43057638" w14:textId="77777777" w:rsidTr="00D324EB">
        <w:trPr>
          <w:tblHeader/>
          <w:jc w:val="center"/>
        </w:trPr>
        <w:tc>
          <w:tcPr>
            <w:tcW w:w="1944" w:type="dxa"/>
            <w:shd w:val="clear" w:color="auto" w:fill="D9D9D9"/>
            <w:tcMar>
              <w:top w:w="50" w:type="dxa"/>
              <w:left w:w="25" w:type="dxa"/>
              <w:bottom w:w="50" w:type="dxa"/>
              <w:right w:w="25" w:type="dxa"/>
            </w:tcMar>
            <w:vAlign w:val="center"/>
          </w:tcPr>
          <w:p w14:paraId="1AD6A169" w14:textId="77777777" w:rsidR="002A1997" w:rsidRDefault="0000647E">
            <w:pPr>
              <w:jc w:val="center"/>
            </w:pPr>
            <w:r>
              <w:rPr>
                <w:b/>
                <w:sz w:val="13"/>
              </w:rPr>
              <w:t>Income / Deposit Source</w:t>
            </w:r>
          </w:p>
        </w:tc>
        <w:tc>
          <w:tcPr>
            <w:tcW w:w="1368" w:type="dxa"/>
            <w:shd w:val="clear" w:color="auto" w:fill="D9D9D9"/>
            <w:tcMar>
              <w:top w:w="50" w:type="dxa"/>
              <w:left w:w="25" w:type="dxa"/>
              <w:bottom w:w="50" w:type="dxa"/>
              <w:right w:w="25" w:type="dxa"/>
            </w:tcMar>
            <w:vAlign w:val="center"/>
          </w:tcPr>
          <w:p w14:paraId="36FAEDD2" w14:textId="77777777" w:rsidR="002A1997" w:rsidRDefault="0000647E">
            <w:pPr>
              <w:jc w:val="center"/>
            </w:pPr>
            <w:r>
              <w:rPr>
                <w:b/>
                <w:sz w:val="13"/>
              </w:rPr>
              <w:t>Type</w:t>
            </w:r>
          </w:p>
        </w:tc>
        <w:tc>
          <w:tcPr>
            <w:tcW w:w="1224" w:type="dxa"/>
            <w:shd w:val="clear" w:color="auto" w:fill="D9D9D9"/>
            <w:tcMar>
              <w:top w:w="50" w:type="dxa"/>
              <w:left w:w="25" w:type="dxa"/>
              <w:bottom w:w="50" w:type="dxa"/>
              <w:right w:w="25" w:type="dxa"/>
            </w:tcMar>
            <w:vAlign w:val="center"/>
          </w:tcPr>
          <w:p w14:paraId="53825F5D" w14:textId="77777777" w:rsidR="002A1997" w:rsidRDefault="0000647E">
            <w:pPr>
              <w:jc w:val="center"/>
            </w:pPr>
            <w:r>
              <w:rPr>
                <w:b/>
                <w:sz w:val="13"/>
              </w:rPr>
              <w:t>Frequency</w:t>
            </w:r>
          </w:p>
        </w:tc>
        <w:tc>
          <w:tcPr>
            <w:tcW w:w="1440" w:type="dxa"/>
            <w:shd w:val="clear" w:color="auto" w:fill="D9D9D9"/>
            <w:tcMar>
              <w:top w:w="50" w:type="dxa"/>
              <w:left w:w="25" w:type="dxa"/>
              <w:bottom w:w="50" w:type="dxa"/>
              <w:right w:w="25" w:type="dxa"/>
            </w:tcMar>
            <w:vAlign w:val="center"/>
          </w:tcPr>
          <w:p w14:paraId="4B9156F7" w14:textId="77777777" w:rsidR="002A1997" w:rsidRDefault="0000647E">
            <w:pPr>
              <w:jc w:val="center"/>
            </w:pPr>
            <w:r>
              <w:rPr>
                <w:b/>
                <w:sz w:val="13"/>
              </w:rPr>
              <w:t>Approx. Amount, optional</w:t>
            </w:r>
          </w:p>
        </w:tc>
        <w:tc>
          <w:tcPr>
            <w:tcW w:w="1944" w:type="dxa"/>
            <w:shd w:val="clear" w:color="auto" w:fill="D9D9D9"/>
            <w:tcMar>
              <w:top w:w="50" w:type="dxa"/>
              <w:left w:w="25" w:type="dxa"/>
              <w:bottom w:w="50" w:type="dxa"/>
              <w:right w:w="25" w:type="dxa"/>
            </w:tcMar>
            <w:vAlign w:val="center"/>
          </w:tcPr>
          <w:p w14:paraId="21C215F4" w14:textId="77777777" w:rsidR="002A1997" w:rsidRDefault="0000647E">
            <w:pPr>
              <w:jc w:val="center"/>
            </w:pPr>
            <w:r>
              <w:rPr>
                <w:b/>
                <w:sz w:val="13"/>
              </w:rPr>
              <w:t>Account Receiving Deposit</w:t>
            </w:r>
          </w:p>
        </w:tc>
        <w:tc>
          <w:tcPr>
            <w:tcW w:w="1008" w:type="dxa"/>
            <w:shd w:val="clear" w:color="auto" w:fill="D9D9D9"/>
            <w:tcMar>
              <w:top w:w="50" w:type="dxa"/>
              <w:left w:w="25" w:type="dxa"/>
              <w:bottom w:w="50" w:type="dxa"/>
              <w:right w:w="25" w:type="dxa"/>
            </w:tcMar>
            <w:vAlign w:val="center"/>
          </w:tcPr>
          <w:p w14:paraId="2DD0EB69" w14:textId="77777777" w:rsidR="002A1997" w:rsidRDefault="0000647E">
            <w:pPr>
              <w:jc w:val="center"/>
            </w:pPr>
            <w:r>
              <w:rPr>
                <w:b/>
                <w:sz w:val="13"/>
              </w:rPr>
              <w:t>Automatic?</w:t>
            </w:r>
          </w:p>
        </w:tc>
        <w:tc>
          <w:tcPr>
            <w:tcW w:w="2016" w:type="dxa"/>
            <w:shd w:val="clear" w:color="auto" w:fill="D9D9D9"/>
            <w:tcMar>
              <w:top w:w="50" w:type="dxa"/>
              <w:left w:w="25" w:type="dxa"/>
              <w:bottom w:w="50" w:type="dxa"/>
              <w:right w:w="25" w:type="dxa"/>
            </w:tcMar>
            <w:vAlign w:val="center"/>
          </w:tcPr>
          <w:p w14:paraId="42E3F6B5" w14:textId="77777777" w:rsidR="002A1997" w:rsidRDefault="0000647E">
            <w:pPr>
              <w:jc w:val="center"/>
            </w:pPr>
            <w:r>
              <w:rPr>
                <w:b/>
                <w:sz w:val="13"/>
              </w:rPr>
              <w:t>May Need Attention After Incapacity / Death?</w:t>
            </w:r>
          </w:p>
        </w:tc>
        <w:tc>
          <w:tcPr>
            <w:tcW w:w="1440" w:type="dxa"/>
            <w:shd w:val="clear" w:color="auto" w:fill="D9D9D9"/>
            <w:tcMar>
              <w:top w:w="50" w:type="dxa"/>
              <w:left w:w="25" w:type="dxa"/>
              <w:bottom w:w="50" w:type="dxa"/>
              <w:right w:w="25" w:type="dxa"/>
            </w:tcMar>
            <w:vAlign w:val="center"/>
          </w:tcPr>
          <w:p w14:paraId="3E7C563F" w14:textId="77777777" w:rsidR="002A1997" w:rsidRDefault="0000647E">
            <w:pPr>
              <w:jc w:val="center"/>
            </w:pPr>
            <w:r>
              <w:rPr>
                <w:b/>
                <w:sz w:val="13"/>
              </w:rPr>
              <w:t>Notes / Contact</w:t>
            </w:r>
          </w:p>
        </w:tc>
      </w:tr>
      <w:tr w:rsidR="002A1997" w14:paraId="6D6C3E11" w14:textId="77777777" w:rsidTr="00D324EB">
        <w:trPr>
          <w:trHeight w:val="465"/>
          <w:jc w:val="center"/>
        </w:trPr>
        <w:tc>
          <w:tcPr>
            <w:tcW w:w="1944" w:type="dxa"/>
            <w:tcMar>
              <w:top w:w="40" w:type="dxa"/>
              <w:left w:w="28" w:type="dxa"/>
              <w:bottom w:w="40" w:type="dxa"/>
              <w:right w:w="28" w:type="dxa"/>
            </w:tcMar>
          </w:tcPr>
          <w:p w14:paraId="43951930" w14:textId="77777777" w:rsidR="002A1997" w:rsidRDefault="002A1997"/>
        </w:tc>
        <w:tc>
          <w:tcPr>
            <w:tcW w:w="1368" w:type="dxa"/>
            <w:tcMar>
              <w:top w:w="40" w:type="dxa"/>
              <w:left w:w="28" w:type="dxa"/>
              <w:bottom w:w="40" w:type="dxa"/>
              <w:right w:w="28" w:type="dxa"/>
            </w:tcMar>
          </w:tcPr>
          <w:p w14:paraId="49F40DEB" w14:textId="77777777" w:rsidR="002A1997" w:rsidRDefault="002A1997"/>
        </w:tc>
        <w:tc>
          <w:tcPr>
            <w:tcW w:w="1224" w:type="dxa"/>
            <w:tcMar>
              <w:top w:w="40" w:type="dxa"/>
              <w:left w:w="28" w:type="dxa"/>
              <w:bottom w:w="40" w:type="dxa"/>
              <w:right w:w="28" w:type="dxa"/>
            </w:tcMar>
          </w:tcPr>
          <w:p w14:paraId="32C6D527" w14:textId="77777777" w:rsidR="002A1997" w:rsidRDefault="002A1997"/>
        </w:tc>
        <w:tc>
          <w:tcPr>
            <w:tcW w:w="1440" w:type="dxa"/>
            <w:tcMar>
              <w:top w:w="40" w:type="dxa"/>
              <w:left w:w="28" w:type="dxa"/>
              <w:bottom w:w="40" w:type="dxa"/>
              <w:right w:w="28" w:type="dxa"/>
            </w:tcMar>
          </w:tcPr>
          <w:p w14:paraId="10EBF869" w14:textId="77777777" w:rsidR="002A1997" w:rsidRDefault="002A1997"/>
        </w:tc>
        <w:tc>
          <w:tcPr>
            <w:tcW w:w="1944" w:type="dxa"/>
            <w:tcMar>
              <w:top w:w="40" w:type="dxa"/>
              <w:left w:w="28" w:type="dxa"/>
              <w:bottom w:w="40" w:type="dxa"/>
              <w:right w:w="28" w:type="dxa"/>
            </w:tcMar>
          </w:tcPr>
          <w:p w14:paraId="47A5934F" w14:textId="77777777" w:rsidR="002A1997" w:rsidRDefault="002A1997"/>
        </w:tc>
        <w:tc>
          <w:tcPr>
            <w:tcW w:w="1008" w:type="dxa"/>
            <w:tcMar>
              <w:top w:w="40" w:type="dxa"/>
              <w:left w:w="28" w:type="dxa"/>
              <w:bottom w:w="40" w:type="dxa"/>
              <w:right w:w="28" w:type="dxa"/>
            </w:tcMar>
          </w:tcPr>
          <w:p w14:paraId="36111C42" w14:textId="77777777" w:rsidR="002A1997" w:rsidRDefault="002A1997"/>
        </w:tc>
        <w:tc>
          <w:tcPr>
            <w:tcW w:w="2016" w:type="dxa"/>
            <w:tcMar>
              <w:top w:w="40" w:type="dxa"/>
              <w:left w:w="28" w:type="dxa"/>
              <w:bottom w:w="40" w:type="dxa"/>
              <w:right w:w="28" w:type="dxa"/>
            </w:tcMar>
          </w:tcPr>
          <w:p w14:paraId="4975F2A8" w14:textId="77777777" w:rsidR="002A1997" w:rsidRDefault="002A1997"/>
        </w:tc>
        <w:tc>
          <w:tcPr>
            <w:tcW w:w="1440" w:type="dxa"/>
            <w:tcMar>
              <w:top w:w="40" w:type="dxa"/>
              <w:left w:w="28" w:type="dxa"/>
              <w:bottom w:w="40" w:type="dxa"/>
              <w:right w:w="28" w:type="dxa"/>
            </w:tcMar>
          </w:tcPr>
          <w:p w14:paraId="4CEAF956" w14:textId="77777777" w:rsidR="002A1997" w:rsidRDefault="002A1997"/>
        </w:tc>
      </w:tr>
      <w:tr w:rsidR="002A1997" w14:paraId="37EA3E00" w14:textId="77777777" w:rsidTr="00D324EB">
        <w:trPr>
          <w:trHeight w:val="465"/>
          <w:jc w:val="center"/>
        </w:trPr>
        <w:tc>
          <w:tcPr>
            <w:tcW w:w="1944" w:type="dxa"/>
            <w:tcMar>
              <w:top w:w="40" w:type="dxa"/>
              <w:left w:w="28" w:type="dxa"/>
              <w:bottom w:w="40" w:type="dxa"/>
              <w:right w:w="28" w:type="dxa"/>
            </w:tcMar>
          </w:tcPr>
          <w:p w14:paraId="6C960C9B" w14:textId="77777777" w:rsidR="002A1997" w:rsidRDefault="002A1997"/>
        </w:tc>
        <w:tc>
          <w:tcPr>
            <w:tcW w:w="1368" w:type="dxa"/>
            <w:tcMar>
              <w:top w:w="40" w:type="dxa"/>
              <w:left w:w="28" w:type="dxa"/>
              <w:bottom w:w="40" w:type="dxa"/>
              <w:right w:w="28" w:type="dxa"/>
            </w:tcMar>
          </w:tcPr>
          <w:p w14:paraId="536E8F04" w14:textId="77777777" w:rsidR="002A1997" w:rsidRDefault="002A1997"/>
        </w:tc>
        <w:tc>
          <w:tcPr>
            <w:tcW w:w="1224" w:type="dxa"/>
            <w:tcMar>
              <w:top w:w="40" w:type="dxa"/>
              <w:left w:w="28" w:type="dxa"/>
              <w:bottom w:w="40" w:type="dxa"/>
              <w:right w:w="28" w:type="dxa"/>
            </w:tcMar>
          </w:tcPr>
          <w:p w14:paraId="53717E45" w14:textId="77777777" w:rsidR="002A1997" w:rsidRDefault="002A1997"/>
        </w:tc>
        <w:tc>
          <w:tcPr>
            <w:tcW w:w="1440" w:type="dxa"/>
            <w:tcMar>
              <w:top w:w="40" w:type="dxa"/>
              <w:left w:w="28" w:type="dxa"/>
              <w:bottom w:w="40" w:type="dxa"/>
              <w:right w:w="28" w:type="dxa"/>
            </w:tcMar>
          </w:tcPr>
          <w:p w14:paraId="4405F389" w14:textId="77777777" w:rsidR="002A1997" w:rsidRDefault="002A1997"/>
        </w:tc>
        <w:tc>
          <w:tcPr>
            <w:tcW w:w="1944" w:type="dxa"/>
            <w:tcMar>
              <w:top w:w="40" w:type="dxa"/>
              <w:left w:w="28" w:type="dxa"/>
              <w:bottom w:w="40" w:type="dxa"/>
              <w:right w:w="28" w:type="dxa"/>
            </w:tcMar>
          </w:tcPr>
          <w:p w14:paraId="335C99C6" w14:textId="77777777" w:rsidR="002A1997" w:rsidRDefault="002A1997"/>
        </w:tc>
        <w:tc>
          <w:tcPr>
            <w:tcW w:w="1008" w:type="dxa"/>
            <w:tcMar>
              <w:top w:w="40" w:type="dxa"/>
              <w:left w:w="28" w:type="dxa"/>
              <w:bottom w:w="40" w:type="dxa"/>
              <w:right w:w="28" w:type="dxa"/>
            </w:tcMar>
          </w:tcPr>
          <w:p w14:paraId="028413F4" w14:textId="77777777" w:rsidR="002A1997" w:rsidRDefault="002A1997"/>
        </w:tc>
        <w:tc>
          <w:tcPr>
            <w:tcW w:w="2016" w:type="dxa"/>
            <w:tcMar>
              <w:top w:w="40" w:type="dxa"/>
              <w:left w:w="28" w:type="dxa"/>
              <w:bottom w:w="40" w:type="dxa"/>
              <w:right w:w="28" w:type="dxa"/>
            </w:tcMar>
          </w:tcPr>
          <w:p w14:paraId="1FFE3502" w14:textId="77777777" w:rsidR="002A1997" w:rsidRDefault="002A1997"/>
        </w:tc>
        <w:tc>
          <w:tcPr>
            <w:tcW w:w="1440" w:type="dxa"/>
            <w:tcMar>
              <w:top w:w="40" w:type="dxa"/>
              <w:left w:w="28" w:type="dxa"/>
              <w:bottom w:w="40" w:type="dxa"/>
              <w:right w:w="28" w:type="dxa"/>
            </w:tcMar>
          </w:tcPr>
          <w:p w14:paraId="76445E80" w14:textId="77777777" w:rsidR="002A1997" w:rsidRDefault="002A1997"/>
        </w:tc>
      </w:tr>
      <w:tr w:rsidR="002A1997" w14:paraId="33CFCF6D" w14:textId="77777777" w:rsidTr="00D324EB">
        <w:trPr>
          <w:trHeight w:val="465"/>
          <w:jc w:val="center"/>
        </w:trPr>
        <w:tc>
          <w:tcPr>
            <w:tcW w:w="1944" w:type="dxa"/>
            <w:tcMar>
              <w:top w:w="40" w:type="dxa"/>
              <w:left w:w="28" w:type="dxa"/>
              <w:bottom w:w="40" w:type="dxa"/>
              <w:right w:w="28" w:type="dxa"/>
            </w:tcMar>
          </w:tcPr>
          <w:p w14:paraId="30595640" w14:textId="77777777" w:rsidR="002A1997" w:rsidRDefault="002A1997"/>
        </w:tc>
        <w:tc>
          <w:tcPr>
            <w:tcW w:w="1368" w:type="dxa"/>
            <w:tcMar>
              <w:top w:w="40" w:type="dxa"/>
              <w:left w:w="28" w:type="dxa"/>
              <w:bottom w:w="40" w:type="dxa"/>
              <w:right w:w="28" w:type="dxa"/>
            </w:tcMar>
          </w:tcPr>
          <w:p w14:paraId="6E4E9D54" w14:textId="77777777" w:rsidR="002A1997" w:rsidRDefault="002A1997"/>
        </w:tc>
        <w:tc>
          <w:tcPr>
            <w:tcW w:w="1224" w:type="dxa"/>
            <w:tcMar>
              <w:top w:w="40" w:type="dxa"/>
              <w:left w:w="28" w:type="dxa"/>
              <w:bottom w:w="40" w:type="dxa"/>
              <w:right w:w="28" w:type="dxa"/>
            </w:tcMar>
          </w:tcPr>
          <w:p w14:paraId="58F695AD" w14:textId="77777777" w:rsidR="002A1997" w:rsidRDefault="002A1997"/>
        </w:tc>
        <w:tc>
          <w:tcPr>
            <w:tcW w:w="1440" w:type="dxa"/>
            <w:tcMar>
              <w:top w:w="40" w:type="dxa"/>
              <w:left w:w="28" w:type="dxa"/>
              <w:bottom w:w="40" w:type="dxa"/>
              <w:right w:w="28" w:type="dxa"/>
            </w:tcMar>
          </w:tcPr>
          <w:p w14:paraId="06D8F8ED" w14:textId="77777777" w:rsidR="002A1997" w:rsidRDefault="002A1997"/>
        </w:tc>
        <w:tc>
          <w:tcPr>
            <w:tcW w:w="1944" w:type="dxa"/>
            <w:tcMar>
              <w:top w:w="40" w:type="dxa"/>
              <w:left w:w="28" w:type="dxa"/>
              <w:bottom w:w="40" w:type="dxa"/>
              <w:right w:w="28" w:type="dxa"/>
            </w:tcMar>
          </w:tcPr>
          <w:p w14:paraId="4CD23EDD" w14:textId="77777777" w:rsidR="002A1997" w:rsidRDefault="002A1997"/>
        </w:tc>
        <w:tc>
          <w:tcPr>
            <w:tcW w:w="1008" w:type="dxa"/>
            <w:tcMar>
              <w:top w:w="40" w:type="dxa"/>
              <w:left w:w="28" w:type="dxa"/>
              <w:bottom w:w="40" w:type="dxa"/>
              <w:right w:w="28" w:type="dxa"/>
            </w:tcMar>
          </w:tcPr>
          <w:p w14:paraId="38C288EA" w14:textId="77777777" w:rsidR="002A1997" w:rsidRDefault="002A1997"/>
        </w:tc>
        <w:tc>
          <w:tcPr>
            <w:tcW w:w="2016" w:type="dxa"/>
            <w:tcMar>
              <w:top w:w="40" w:type="dxa"/>
              <w:left w:w="28" w:type="dxa"/>
              <w:bottom w:w="40" w:type="dxa"/>
              <w:right w:w="28" w:type="dxa"/>
            </w:tcMar>
          </w:tcPr>
          <w:p w14:paraId="1A0B50AD" w14:textId="77777777" w:rsidR="002A1997" w:rsidRDefault="002A1997"/>
        </w:tc>
        <w:tc>
          <w:tcPr>
            <w:tcW w:w="1440" w:type="dxa"/>
            <w:tcMar>
              <w:top w:w="40" w:type="dxa"/>
              <w:left w:w="28" w:type="dxa"/>
              <w:bottom w:w="40" w:type="dxa"/>
              <w:right w:w="28" w:type="dxa"/>
            </w:tcMar>
          </w:tcPr>
          <w:p w14:paraId="3F22C441" w14:textId="77777777" w:rsidR="002A1997" w:rsidRDefault="002A1997"/>
        </w:tc>
      </w:tr>
      <w:tr w:rsidR="002A1997" w14:paraId="742B31B7" w14:textId="77777777" w:rsidTr="00D324EB">
        <w:trPr>
          <w:trHeight w:val="465"/>
          <w:jc w:val="center"/>
        </w:trPr>
        <w:tc>
          <w:tcPr>
            <w:tcW w:w="1944" w:type="dxa"/>
            <w:tcMar>
              <w:top w:w="40" w:type="dxa"/>
              <w:left w:w="28" w:type="dxa"/>
              <w:bottom w:w="40" w:type="dxa"/>
              <w:right w:w="28" w:type="dxa"/>
            </w:tcMar>
          </w:tcPr>
          <w:p w14:paraId="46554BF5" w14:textId="77777777" w:rsidR="002A1997" w:rsidRDefault="002A1997"/>
        </w:tc>
        <w:tc>
          <w:tcPr>
            <w:tcW w:w="1368" w:type="dxa"/>
            <w:tcMar>
              <w:top w:w="40" w:type="dxa"/>
              <w:left w:w="28" w:type="dxa"/>
              <w:bottom w:w="40" w:type="dxa"/>
              <w:right w:w="28" w:type="dxa"/>
            </w:tcMar>
          </w:tcPr>
          <w:p w14:paraId="514FDB28" w14:textId="77777777" w:rsidR="002A1997" w:rsidRDefault="002A1997"/>
        </w:tc>
        <w:tc>
          <w:tcPr>
            <w:tcW w:w="1224" w:type="dxa"/>
            <w:tcMar>
              <w:top w:w="40" w:type="dxa"/>
              <w:left w:w="28" w:type="dxa"/>
              <w:bottom w:w="40" w:type="dxa"/>
              <w:right w:w="28" w:type="dxa"/>
            </w:tcMar>
          </w:tcPr>
          <w:p w14:paraId="7F976F9C" w14:textId="77777777" w:rsidR="002A1997" w:rsidRDefault="002A1997"/>
        </w:tc>
        <w:tc>
          <w:tcPr>
            <w:tcW w:w="1440" w:type="dxa"/>
            <w:tcMar>
              <w:top w:w="40" w:type="dxa"/>
              <w:left w:w="28" w:type="dxa"/>
              <w:bottom w:w="40" w:type="dxa"/>
              <w:right w:w="28" w:type="dxa"/>
            </w:tcMar>
          </w:tcPr>
          <w:p w14:paraId="6FA1AAF5" w14:textId="77777777" w:rsidR="002A1997" w:rsidRDefault="002A1997"/>
        </w:tc>
        <w:tc>
          <w:tcPr>
            <w:tcW w:w="1944" w:type="dxa"/>
            <w:tcMar>
              <w:top w:w="40" w:type="dxa"/>
              <w:left w:w="28" w:type="dxa"/>
              <w:bottom w:w="40" w:type="dxa"/>
              <w:right w:w="28" w:type="dxa"/>
            </w:tcMar>
          </w:tcPr>
          <w:p w14:paraId="28285970" w14:textId="77777777" w:rsidR="002A1997" w:rsidRDefault="002A1997"/>
        </w:tc>
        <w:tc>
          <w:tcPr>
            <w:tcW w:w="1008" w:type="dxa"/>
            <w:tcMar>
              <w:top w:w="40" w:type="dxa"/>
              <w:left w:w="28" w:type="dxa"/>
              <w:bottom w:w="40" w:type="dxa"/>
              <w:right w:w="28" w:type="dxa"/>
            </w:tcMar>
          </w:tcPr>
          <w:p w14:paraId="2EFBEED6" w14:textId="77777777" w:rsidR="002A1997" w:rsidRDefault="002A1997"/>
        </w:tc>
        <w:tc>
          <w:tcPr>
            <w:tcW w:w="2016" w:type="dxa"/>
            <w:tcMar>
              <w:top w:w="40" w:type="dxa"/>
              <w:left w:w="28" w:type="dxa"/>
              <w:bottom w:w="40" w:type="dxa"/>
              <w:right w:w="28" w:type="dxa"/>
            </w:tcMar>
          </w:tcPr>
          <w:p w14:paraId="120656B8" w14:textId="77777777" w:rsidR="002A1997" w:rsidRDefault="002A1997"/>
        </w:tc>
        <w:tc>
          <w:tcPr>
            <w:tcW w:w="1440" w:type="dxa"/>
            <w:tcMar>
              <w:top w:w="40" w:type="dxa"/>
              <w:left w:w="28" w:type="dxa"/>
              <w:bottom w:w="40" w:type="dxa"/>
              <w:right w:w="28" w:type="dxa"/>
            </w:tcMar>
          </w:tcPr>
          <w:p w14:paraId="1839958E" w14:textId="77777777" w:rsidR="002A1997" w:rsidRDefault="002A1997"/>
        </w:tc>
      </w:tr>
      <w:tr w:rsidR="002A1997" w14:paraId="04FC74B3" w14:textId="77777777" w:rsidTr="00D324EB">
        <w:trPr>
          <w:trHeight w:val="465"/>
          <w:jc w:val="center"/>
        </w:trPr>
        <w:tc>
          <w:tcPr>
            <w:tcW w:w="1944" w:type="dxa"/>
            <w:tcMar>
              <w:top w:w="40" w:type="dxa"/>
              <w:left w:w="28" w:type="dxa"/>
              <w:bottom w:w="40" w:type="dxa"/>
              <w:right w:w="28" w:type="dxa"/>
            </w:tcMar>
          </w:tcPr>
          <w:p w14:paraId="381F1E1C" w14:textId="77777777" w:rsidR="002A1997" w:rsidRDefault="002A1997"/>
        </w:tc>
        <w:tc>
          <w:tcPr>
            <w:tcW w:w="1368" w:type="dxa"/>
            <w:tcMar>
              <w:top w:w="40" w:type="dxa"/>
              <w:left w:w="28" w:type="dxa"/>
              <w:bottom w:w="40" w:type="dxa"/>
              <w:right w:w="28" w:type="dxa"/>
            </w:tcMar>
          </w:tcPr>
          <w:p w14:paraId="1CD2EFEA" w14:textId="77777777" w:rsidR="002A1997" w:rsidRDefault="002A1997"/>
        </w:tc>
        <w:tc>
          <w:tcPr>
            <w:tcW w:w="1224" w:type="dxa"/>
            <w:tcMar>
              <w:top w:w="40" w:type="dxa"/>
              <w:left w:w="28" w:type="dxa"/>
              <w:bottom w:w="40" w:type="dxa"/>
              <w:right w:w="28" w:type="dxa"/>
            </w:tcMar>
          </w:tcPr>
          <w:p w14:paraId="634AB262" w14:textId="77777777" w:rsidR="002A1997" w:rsidRDefault="002A1997"/>
        </w:tc>
        <w:tc>
          <w:tcPr>
            <w:tcW w:w="1440" w:type="dxa"/>
            <w:tcMar>
              <w:top w:w="40" w:type="dxa"/>
              <w:left w:w="28" w:type="dxa"/>
              <w:bottom w:w="40" w:type="dxa"/>
              <w:right w:w="28" w:type="dxa"/>
            </w:tcMar>
          </w:tcPr>
          <w:p w14:paraId="43AA334A" w14:textId="77777777" w:rsidR="002A1997" w:rsidRDefault="002A1997"/>
        </w:tc>
        <w:tc>
          <w:tcPr>
            <w:tcW w:w="1944" w:type="dxa"/>
            <w:tcMar>
              <w:top w:w="40" w:type="dxa"/>
              <w:left w:w="28" w:type="dxa"/>
              <w:bottom w:w="40" w:type="dxa"/>
              <w:right w:w="28" w:type="dxa"/>
            </w:tcMar>
          </w:tcPr>
          <w:p w14:paraId="737E87FA" w14:textId="77777777" w:rsidR="002A1997" w:rsidRDefault="002A1997"/>
        </w:tc>
        <w:tc>
          <w:tcPr>
            <w:tcW w:w="1008" w:type="dxa"/>
            <w:tcMar>
              <w:top w:w="40" w:type="dxa"/>
              <w:left w:w="28" w:type="dxa"/>
              <w:bottom w:w="40" w:type="dxa"/>
              <w:right w:w="28" w:type="dxa"/>
            </w:tcMar>
          </w:tcPr>
          <w:p w14:paraId="583389D0" w14:textId="77777777" w:rsidR="002A1997" w:rsidRDefault="002A1997"/>
        </w:tc>
        <w:tc>
          <w:tcPr>
            <w:tcW w:w="2016" w:type="dxa"/>
            <w:tcMar>
              <w:top w:w="40" w:type="dxa"/>
              <w:left w:w="28" w:type="dxa"/>
              <w:bottom w:w="40" w:type="dxa"/>
              <w:right w:w="28" w:type="dxa"/>
            </w:tcMar>
          </w:tcPr>
          <w:p w14:paraId="4C3AE47A" w14:textId="77777777" w:rsidR="002A1997" w:rsidRDefault="002A1997"/>
        </w:tc>
        <w:tc>
          <w:tcPr>
            <w:tcW w:w="1440" w:type="dxa"/>
            <w:tcMar>
              <w:top w:w="40" w:type="dxa"/>
              <w:left w:w="28" w:type="dxa"/>
              <w:bottom w:w="40" w:type="dxa"/>
              <w:right w:w="28" w:type="dxa"/>
            </w:tcMar>
          </w:tcPr>
          <w:p w14:paraId="0A5BF617" w14:textId="77777777" w:rsidR="002A1997" w:rsidRDefault="002A1997"/>
        </w:tc>
      </w:tr>
      <w:tr w:rsidR="002A1997" w14:paraId="25721D7C" w14:textId="77777777" w:rsidTr="00D324EB">
        <w:trPr>
          <w:trHeight w:val="465"/>
          <w:jc w:val="center"/>
        </w:trPr>
        <w:tc>
          <w:tcPr>
            <w:tcW w:w="1944" w:type="dxa"/>
            <w:tcMar>
              <w:top w:w="40" w:type="dxa"/>
              <w:left w:w="28" w:type="dxa"/>
              <w:bottom w:w="40" w:type="dxa"/>
              <w:right w:w="28" w:type="dxa"/>
            </w:tcMar>
          </w:tcPr>
          <w:p w14:paraId="6415AE2C" w14:textId="77777777" w:rsidR="002A1997" w:rsidRDefault="002A1997"/>
        </w:tc>
        <w:tc>
          <w:tcPr>
            <w:tcW w:w="1368" w:type="dxa"/>
            <w:tcMar>
              <w:top w:w="40" w:type="dxa"/>
              <w:left w:w="28" w:type="dxa"/>
              <w:bottom w:w="40" w:type="dxa"/>
              <w:right w:w="28" w:type="dxa"/>
            </w:tcMar>
          </w:tcPr>
          <w:p w14:paraId="2EC7C233" w14:textId="77777777" w:rsidR="002A1997" w:rsidRDefault="002A1997"/>
        </w:tc>
        <w:tc>
          <w:tcPr>
            <w:tcW w:w="1224" w:type="dxa"/>
            <w:tcMar>
              <w:top w:w="40" w:type="dxa"/>
              <w:left w:w="28" w:type="dxa"/>
              <w:bottom w:w="40" w:type="dxa"/>
              <w:right w:w="28" w:type="dxa"/>
            </w:tcMar>
          </w:tcPr>
          <w:p w14:paraId="4071EDCD" w14:textId="77777777" w:rsidR="002A1997" w:rsidRDefault="002A1997"/>
        </w:tc>
        <w:tc>
          <w:tcPr>
            <w:tcW w:w="1440" w:type="dxa"/>
            <w:tcMar>
              <w:top w:w="40" w:type="dxa"/>
              <w:left w:w="28" w:type="dxa"/>
              <w:bottom w:w="40" w:type="dxa"/>
              <w:right w:w="28" w:type="dxa"/>
            </w:tcMar>
          </w:tcPr>
          <w:p w14:paraId="6DBCB20E" w14:textId="77777777" w:rsidR="002A1997" w:rsidRDefault="002A1997"/>
        </w:tc>
        <w:tc>
          <w:tcPr>
            <w:tcW w:w="1944" w:type="dxa"/>
            <w:tcMar>
              <w:top w:w="40" w:type="dxa"/>
              <w:left w:w="28" w:type="dxa"/>
              <w:bottom w:w="40" w:type="dxa"/>
              <w:right w:w="28" w:type="dxa"/>
            </w:tcMar>
          </w:tcPr>
          <w:p w14:paraId="7B07A217" w14:textId="77777777" w:rsidR="002A1997" w:rsidRDefault="002A1997"/>
        </w:tc>
        <w:tc>
          <w:tcPr>
            <w:tcW w:w="1008" w:type="dxa"/>
            <w:tcMar>
              <w:top w:w="40" w:type="dxa"/>
              <w:left w:w="28" w:type="dxa"/>
              <w:bottom w:w="40" w:type="dxa"/>
              <w:right w:w="28" w:type="dxa"/>
            </w:tcMar>
          </w:tcPr>
          <w:p w14:paraId="6EE258D8" w14:textId="77777777" w:rsidR="002A1997" w:rsidRDefault="002A1997"/>
        </w:tc>
        <w:tc>
          <w:tcPr>
            <w:tcW w:w="2016" w:type="dxa"/>
            <w:tcMar>
              <w:top w:w="40" w:type="dxa"/>
              <w:left w:w="28" w:type="dxa"/>
              <w:bottom w:w="40" w:type="dxa"/>
              <w:right w:w="28" w:type="dxa"/>
            </w:tcMar>
          </w:tcPr>
          <w:p w14:paraId="7C77467C" w14:textId="77777777" w:rsidR="002A1997" w:rsidRDefault="002A1997"/>
        </w:tc>
        <w:tc>
          <w:tcPr>
            <w:tcW w:w="1440" w:type="dxa"/>
            <w:tcMar>
              <w:top w:w="40" w:type="dxa"/>
              <w:left w:w="28" w:type="dxa"/>
              <w:bottom w:w="40" w:type="dxa"/>
              <w:right w:w="28" w:type="dxa"/>
            </w:tcMar>
          </w:tcPr>
          <w:p w14:paraId="06D7F22B" w14:textId="77777777" w:rsidR="002A1997" w:rsidRDefault="002A1997"/>
        </w:tc>
      </w:tr>
      <w:tr w:rsidR="002A1997" w14:paraId="1E72E73D" w14:textId="77777777" w:rsidTr="00D324EB">
        <w:trPr>
          <w:trHeight w:val="465"/>
          <w:jc w:val="center"/>
        </w:trPr>
        <w:tc>
          <w:tcPr>
            <w:tcW w:w="1944" w:type="dxa"/>
            <w:tcMar>
              <w:top w:w="40" w:type="dxa"/>
              <w:left w:w="28" w:type="dxa"/>
              <w:bottom w:w="40" w:type="dxa"/>
              <w:right w:w="28" w:type="dxa"/>
            </w:tcMar>
          </w:tcPr>
          <w:p w14:paraId="25E1EAED" w14:textId="77777777" w:rsidR="002A1997" w:rsidRDefault="002A1997"/>
        </w:tc>
        <w:tc>
          <w:tcPr>
            <w:tcW w:w="1368" w:type="dxa"/>
            <w:tcMar>
              <w:top w:w="40" w:type="dxa"/>
              <w:left w:w="28" w:type="dxa"/>
              <w:bottom w:w="40" w:type="dxa"/>
              <w:right w:w="28" w:type="dxa"/>
            </w:tcMar>
          </w:tcPr>
          <w:p w14:paraId="66FE4782" w14:textId="77777777" w:rsidR="002A1997" w:rsidRDefault="002A1997"/>
        </w:tc>
        <w:tc>
          <w:tcPr>
            <w:tcW w:w="1224" w:type="dxa"/>
            <w:tcMar>
              <w:top w:w="40" w:type="dxa"/>
              <w:left w:w="28" w:type="dxa"/>
              <w:bottom w:w="40" w:type="dxa"/>
              <w:right w:w="28" w:type="dxa"/>
            </w:tcMar>
          </w:tcPr>
          <w:p w14:paraId="440A3605" w14:textId="77777777" w:rsidR="002A1997" w:rsidRDefault="002A1997"/>
        </w:tc>
        <w:tc>
          <w:tcPr>
            <w:tcW w:w="1440" w:type="dxa"/>
            <w:tcMar>
              <w:top w:w="40" w:type="dxa"/>
              <w:left w:w="28" w:type="dxa"/>
              <w:bottom w:w="40" w:type="dxa"/>
              <w:right w:w="28" w:type="dxa"/>
            </w:tcMar>
          </w:tcPr>
          <w:p w14:paraId="56C737F4" w14:textId="77777777" w:rsidR="002A1997" w:rsidRDefault="002A1997"/>
        </w:tc>
        <w:tc>
          <w:tcPr>
            <w:tcW w:w="1944" w:type="dxa"/>
            <w:tcMar>
              <w:top w:w="40" w:type="dxa"/>
              <w:left w:w="28" w:type="dxa"/>
              <w:bottom w:w="40" w:type="dxa"/>
              <w:right w:w="28" w:type="dxa"/>
            </w:tcMar>
          </w:tcPr>
          <w:p w14:paraId="33BA7930" w14:textId="77777777" w:rsidR="002A1997" w:rsidRDefault="002A1997"/>
        </w:tc>
        <w:tc>
          <w:tcPr>
            <w:tcW w:w="1008" w:type="dxa"/>
            <w:tcMar>
              <w:top w:w="40" w:type="dxa"/>
              <w:left w:w="28" w:type="dxa"/>
              <w:bottom w:w="40" w:type="dxa"/>
              <w:right w:w="28" w:type="dxa"/>
            </w:tcMar>
          </w:tcPr>
          <w:p w14:paraId="13C7EF59" w14:textId="77777777" w:rsidR="002A1997" w:rsidRDefault="002A1997"/>
        </w:tc>
        <w:tc>
          <w:tcPr>
            <w:tcW w:w="2016" w:type="dxa"/>
            <w:tcMar>
              <w:top w:w="40" w:type="dxa"/>
              <w:left w:w="28" w:type="dxa"/>
              <w:bottom w:w="40" w:type="dxa"/>
              <w:right w:w="28" w:type="dxa"/>
            </w:tcMar>
          </w:tcPr>
          <w:p w14:paraId="7835D2B0" w14:textId="77777777" w:rsidR="002A1997" w:rsidRDefault="002A1997"/>
        </w:tc>
        <w:tc>
          <w:tcPr>
            <w:tcW w:w="1440" w:type="dxa"/>
            <w:tcMar>
              <w:top w:w="40" w:type="dxa"/>
              <w:left w:w="28" w:type="dxa"/>
              <w:bottom w:w="40" w:type="dxa"/>
              <w:right w:w="28" w:type="dxa"/>
            </w:tcMar>
          </w:tcPr>
          <w:p w14:paraId="43E0B455" w14:textId="77777777" w:rsidR="002A1997" w:rsidRDefault="002A1997"/>
        </w:tc>
      </w:tr>
      <w:tr w:rsidR="002A1997" w14:paraId="346AB523" w14:textId="77777777" w:rsidTr="00D324EB">
        <w:trPr>
          <w:trHeight w:val="465"/>
          <w:jc w:val="center"/>
        </w:trPr>
        <w:tc>
          <w:tcPr>
            <w:tcW w:w="1944" w:type="dxa"/>
            <w:tcMar>
              <w:top w:w="40" w:type="dxa"/>
              <w:left w:w="28" w:type="dxa"/>
              <w:bottom w:w="40" w:type="dxa"/>
              <w:right w:w="28" w:type="dxa"/>
            </w:tcMar>
          </w:tcPr>
          <w:p w14:paraId="391DD824" w14:textId="77777777" w:rsidR="002A1997" w:rsidRDefault="002A1997"/>
        </w:tc>
        <w:tc>
          <w:tcPr>
            <w:tcW w:w="1368" w:type="dxa"/>
            <w:tcMar>
              <w:top w:w="40" w:type="dxa"/>
              <w:left w:w="28" w:type="dxa"/>
              <w:bottom w:w="40" w:type="dxa"/>
              <w:right w:w="28" w:type="dxa"/>
            </w:tcMar>
          </w:tcPr>
          <w:p w14:paraId="48F9B3C5" w14:textId="77777777" w:rsidR="002A1997" w:rsidRDefault="002A1997"/>
        </w:tc>
        <w:tc>
          <w:tcPr>
            <w:tcW w:w="1224" w:type="dxa"/>
            <w:tcMar>
              <w:top w:w="40" w:type="dxa"/>
              <w:left w:w="28" w:type="dxa"/>
              <w:bottom w:w="40" w:type="dxa"/>
              <w:right w:w="28" w:type="dxa"/>
            </w:tcMar>
          </w:tcPr>
          <w:p w14:paraId="2E726C7A" w14:textId="77777777" w:rsidR="002A1997" w:rsidRDefault="002A1997"/>
        </w:tc>
        <w:tc>
          <w:tcPr>
            <w:tcW w:w="1440" w:type="dxa"/>
            <w:tcMar>
              <w:top w:w="40" w:type="dxa"/>
              <w:left w:w="28" w:type="dxa"/>
              <w:bottom w:w="40" w:type="dxa"/>
              <w:right w:w="28" w:type="dxa"/>
            </w:tcMar>
          </w:tcPr>
          <w:p w14:paraId="76B84AFA" w14:textId="77777777" w:rsidR="002A1997" w:rsidRDefault="002A1997"/>
        </w:tc>
        <w:tc>
          <w:tcPr>
            <w:tcW w:w="1944" w:type="dxa"/>
            <w:tcMar>
              <w:top w:w="40" w:type="dxa"/>
              <w:left w:w="28" w:type="dxa"/>
              <w:bottom w:w="40" w:type="dxa"/>
              <w:right w:w="28" w:type="dxa"/>
            </w:tcMar>
          </w:tcPr>
          <w:p w14:paraId="17213DAD" w14:textId="77777777" w:rsidR="002A1997" w:rsidRDefault="002A1997"/>
        </w:tc>
        <w:tc>
          <w:tcPr>
            <w:tcW w:w="1008" w:type="dxa"/>
            <w:tcMar>
              <w:top w:w="40" w:type="dxa"/>
              <w:left w:w="28" w:type="dxa"/>
              <w:bottom w:w="40" w:type="dxa"/>
              <w:right w:w="28" w:type="dxa"/>
            </w:tcMar>
          </w:tcPr>
          <w:p w14:paraId="7147DC34" w14:textId="77777777" w:rsidR="002A1997" w:rsidRDefault="002A1997"/>
        </w:tc>
        <w:tc>
          <w:tcPr>
            <w:tcW w:w="2016" w:type="dxa"/>
            <w:tcMar>
              <w:top w:w="40" w:type="dxa"/>
              <w:left w:w="28" w:type="dxa"/>
              <w:bottom w:w="40" w:type="dxa"/>
              <w:right w:w="28" w:type="dxa"/>
            </w:tcMar>
          </w:tcPr>
          <w:p w14:paraId="6CD7A63B" w14:textId="77777777" w:rsidR="002A1997" w:rsidRDefault="002A1997"/>
        </w:tc>
        <w:tc>
          <w:tcPr>
            <w:tcW w:w="1440" w:type="dxa"/>
            <w:tcMar>
              <w:top w:w="40" w:type="dxa"/>
              <w:left w:w="28" w:type="dxa"/>
              <w:bottom w:w="40" w:type="dxa"/>
              <w:right w:w="28" w:type="dxa"/>
            </w:tcMar>
          </w:tcPr>
          <w:p w14:paraId="281122A4" w14:textId="77777777" w:rsidR="002A1997" w:rsidRDefault="002A1997"/>
        </w:tc>
      </w:tr>
    </w:tbl>
    <w:p w14:paraId="7CB3C518" w14:textId="77777777" w:rsidR="002A1997" w:rsidRDefault="0000647E">
      <w:pPr>
        <w:spacing w:before="60" w:after="80"/>
      </w:pPr>
      <w:r>
        <w:t>Examples: payroll, Social Security, pension payments, retirement-account distributions, annuity payments, interest or dividends, rental income, royalties, business or consulting income, Veterans benefits, disability benefits, or other recurring income.</w:t>
      </w:r>
    </w:p>
    <w:p w14:paraId="179D3191" w14:textId="2105BC6E" w:rsidR="002A1997" w:rsidRDefault="002A1997"/>
    <w:tbl>
      <w:tblPr>
        <w:tblW w:w="10800" w:type="dxa"/>
        <w:jc w:val="center"/>
        <w:tblLook w:val="04A0" w:firstRow="1" w:lastRow="0" w:firstColumn="1" w:lastColumn="0" w:noHBand="0" w:noVBand="1"/>
      </w:tblPr>
      <w:tblGrid>
        <w:gridCol w:w="10800"/>
      </w:tblGrid>
      <w:tr w:rsidR="002A1997" w14:paraId="3B52C3E4" w14:textId="77777777" w:rsidTr="005B099E">
        <w:trPr>
          <w:jc w:val="center"/>
        </w:trPr>
        <w:tc>
          <w:tcPr>
            <w:tcW w:w="10800" w:type="dxa"/>
            <w:shd w:val="clear" w:color="auto" w:fill="D9D9D9"/>
            <w:tcMar>
              <w:top w:w="45" w:type="dxa"/>
              <w:left w:w="55" w:type="dxa"/>
              <w:bottom w:w="45" w:type="dxa"/>
              <w:right w:w="55" w:type="dxa"/>
            </w:tcMar>
          </w:tcPr>
          <w:p w14:paraId="0483474B" w14:textId="77777777" w:rsidR="002A1997" w:rsidRDefault="0000647E">
            <w:pPr>
              <w:spacing w:after="0"/>
            </w:pPr>
            <w:r>
              <w:rPr>
                <w:b/>
                <w:sz w:val="19"/>
              </w:rPr>
              <w:t>MONEY GOING OUT</w:t>
            </w:r>
          </w:p>
        </w:tc>
      </w:tr>
    </w:tbl>
    <w:tbl>
      <w:tblPr>
        <w:tblStyle w:val="TableGrid"/>
        <w:tblW w:w="10800" w:type="dxa"/>
        <w:jc w:val="center"/>
        <w:tblLayout w:type="fixed"/>
        <w:tblLook w:val="04A0" w:firstRow="1" w:lastRow="0" w:firstColumn="1" w:lastColumn="0" w:noHBand="0" w:noVBand="1"/>
      </w:tblPr>
      <w:tblGrid>
        <w:gridCol w:w="1669"/>
        <w:gridCol w:w="1286"/>
        <w:gridCol w:w="1414"/>
        <w:gridCol w:w="1222"/>
        <w:gridCol w:w="1350"/>
        <w:gridCol w:w="1542"/>
        <w:gridCol w:w="903"/>
        <w:gridCol w:w="1414"/>
      </w:tblGrid>
      <w:tr w:rsidR="002A1997" w14:paraId="19AE14E1" w14:textId="77777777" w:rsidTr="005B099E">
        <w:trPr>
          <w:tblHeader/>
          <w:jc w:val="center"/>
        </w:trPr>
        <w:tc>
          <w:tcPr>
            <w:tcW w:w="1669" w:type="dxa"/>
            <w:shd w:val="clear" w:color="auto" w:fill="D9D9D9"/>
            <w:tcMar>
              <w:top w:w="50" w:type="dxa"/>
              <w:left w:w="25" w:type="dxa"/>
              <w:bottom w:w="50" w:type="dxa"/>
              <w:right w:w="25" w:type="dxa"/>
            </w:tcMar>
            <w:vAlign w:val="center"/>
          </w:tcPr>
          <w:p w14:paraId="7131CBC8" w14:textId="77777777" w:rsidR="002A1997" w:rsidRDefault="0000647E">
            <w:pPr>
              <w:jc w:val="center"/>
            </w:pPr>
            <w:r>
              <w:rPr>
                <w:b/>
                <w:sz w:val="13"/>
              </w:rPr>
              <w:t>Payee / Service</w:t>
            </w:r>
          </w:p>
        </w:tc>
        <w:tc>
          <w:tcPr>
            <w:tcW w:w="1286" w:type="dxa"/>
            <w:shd w:val="clear" w:color="auto" w:fill="D9D9D9"/>
            <w:tcMar>
              <w:top w:w="50" w:type="dxa"/>
              <w:left w:w="25" w:type="dxa"/>
              <w:bottom w:w="50" w:type="dxa"/>
              <w:right w:w="25" w:type="dxa"/>
            </w:tcMar>
            <w:vAlign w:val="center"/>
          </w:tcPr>
          <w:p w14:paraId="1E639C36" w14:textId="77777777" w:rsidR="002A1997" w:rsidRDefault="0000647E">
            <w:pPr>
              <w:jc w:val="center"/>
            </w:pPr>
            <w:r>
              <w:rPr>
                <w:b/>
                <w:sz w:val="13"/>
              </w:rPr>
              <w:t>Purpose / Type</w:t>
            </w:r>
          </w:p>
        </w:tc>
        <w:tc>
          <w:tcPr>
            <w:tcW w:w="1414" w:type="dxa"/>
            <w:shd w:val="clear" w:color="auto" w:fill="D9D9D9"/>
            <w:tcMar>
              <w:top w:w="50" w:type="dxa"/>
              <w:left w:w="25" w:type="dxa"/>
              <w:bottom w:w="50" w:type="dxa"/>
              <w:right w:w="25" w:type="dxa"/>
            </w:tcMar>
            <w:vAlign w:val="center"/>
          </w:tcPr>
          <w:p w14:paraId="6E6C9476" w14:textId="77777777" w:rsidR="002A1997" w:rsidRDefault="0000647E">
            <w:pPr>
              <w:jc w:val="center"/>
            </w:pPr>
            <w:r>
              <w:rPr>
                <w:b/>
                <w:sz w:val="13"/>
              </w:rPr>
              <w:t>Frequency / Due Date</w:t>
            </w:r>
          </w:p>
        </w:tc>
        <w:tc>
          <w:tcPr>
            <w:tcW w:w="1222" w:type="dxa"/>
            <w:shd w:val="clear" w:color="auto" w:fill="D9D9D9"/>
            <w:tcMar>
              <w:top w:w="50" w:type="dxa"/>
              <w:left w:w="25" w:type="dxa"/>
              <w:bottom w:w="50" w:type="dxa"/>
              <w:right w:w="25" w:type="dxa"/>
            </w:tcMar>
            <w:vAlign w:val="center"/>
          </w:tcPr>
          <w:p w14:paraId="568872B2" w14:textId="77777777" w:rsidR="002A1997" w:rsidRDefault="0000647E">
            <w:pPr>
              <w:jc w:val="center"/>
            </w:pPr>
            <w:r>
              <w:rPr>
                <w:b/>
                <w:sz w:val="13"/>
              </w:rPr>
              <w:t>Approx. Amount, optional</w:t>
            </w:r>
          </w:p>
        </w:tc>
        <w:tc>
          <w:tcPr>
            <w:tcW w:w="1350" w:type="dxa"/>
            <w:shd w:val="clear" w:color="auto" w:fill="D9D9D9"/>
            <w:tcMar>
              <w:top w:w="50" w:type="dxa"/>
              <w:left w:w="25" w:type="dxa"/>
              <w:bottom w:w="50" w:type="dxa"/>
              <w:right w:w="25" w:type="dxa"/>
            </w:tcMar>
            <w:vAlign w:val="center"/>
          </w:tcPr>
          <w:p w14:paraId="4BA4EC02" w14:textId="77777777" w:rsidR="002A1997" w:rsidRDefault="0000647E">
            <w:pPr>
              <w:jc w:val="center"/>
            </w:pPr>
            <w:r>
              <w:rPr>
                <w:b/>
                <w:sz w:val="13"/>
              </w:rPr>
              <w:t>Payment Method</w:t>
            </w:r>
          </w:p>
        </w:tc>
        <w:tc>
          <w:tcPr>
            <w:tcW w:w="1542" w:type="dxa"/>
            <w:shd w:val="clear" w:color="auto" w:fill="D9D9D9"/>
            <w:tcMar>
              <w:top w:w="50" w:type="dxa"/>
              <w:left w:w="25" w:type="dxa"/>
              <w:bottom w:w="50" w:type="dxa"/>
              <w:right w:w="25" w:type="dxa"/>
            </w:tcMar>
            <w:vAlign w:val="center"/>
          </w:tcPr>
          <w:p w14:paraId="10FEDE4C" w14:textId="77777777" w:rsidR="002A1997" w:rsidRDefault="0000647E">
            <w:pPr>
              <w:jc w:val="center"/>
            </w:pPr>
            <w:r>
              <w:rPr>
                <w:b/>
                <w:sz w:val="13"/>
              </w:rPr>
              <w:t>Account / Card Used</w:t>
            </w:r>
          </w:p>
        </w:tc>
        <w:tc>
          <w:tcPr>
            <w:tcW w:w="903" w:type="dxa"/>
            <w:shd w:val="clear" w:color="auto" w:fill="D9D9D9"/>
            <w:tcMar>
              <w:top w:w="50" w:type="dxa"/>
              <w:left w:w="25" w:type="dxa"/>
              <w:bottom w:w="50" w:type="dxa"/>
              <w:right w:w="25" w:type="dxa"/>
            </w:tcMar>
            <w:vAlign w:val="center"/>
          </w:tcPr>
          <w:p w14:paraId="1CA2CDB9" w14:textId="77777777" w:rsidR="002A1997" w:rsidRDefault="0000647E">
            <w:pPr>
              <w:jc w:val="center"/>
            </w:pPr>
            <w:r>
              <w:rPr>
                <w:b/>
                <w:sz w:val="13"/>
              </w:rPr>
              <w:t>Automatic?</w:t>
            </w:r>
          </w:p>
        </w:tc>
        <w:tc>
          <w:tcPr>
            <w:tcW w:w="1414" w:type="dxa"/>
            <w:shd w:val="clear" w:color="auto" w:fill="D9D9D9"/>
            <w:tcMar>
              <w:top w:w="50" w:type="dxa"/>
              <w:left w:w="25" w:type="dxa"/>
              <w:bottom w:w="50" w:type="dxa"/>
              <w:right w:w="25" w:type="dxa"/>
            </w:tcMar>
            <w:vAlign w:val="center"/>
          </w:tcPr>
          <w:p w14:paraId="2CBAE9F5" w14:textId="77777777" w:rsidR="002A1997" w:rsidRDefault="0000647E">
            <w:pPr>
              <w:jc w:val="center"/>
            </w:pPr>
            <w:r>
              <w:rPr>
                <w:b/>
                <w:sz w:val="13"/>
              </w:rPr>
              <w:t>Notes / Action Needed</w:t>
            </w:r>
          </w:p>
        </w:tc>
      </w:tr>
      <w:tr w:rsidR="002A1997" w14:paraId="50A76DF7" w14:textId="77777777" w:rsidTr="005B099E">
        <w:trPr>
          <w:trHeight w:val="465"/>
          <w:jc w:val="center"/>
        </w:trPr>
        <w:tc>
          <w:tcPr>
            <w:tcW w:w="1669" w:type="dxa"/>
            <w:tcMar>
              <w:top w:w="40" w:type="dxa"/>
              <w:left w:w="28" w:type="dxa"/>
              <w:bottom w:w="40" w:type="dxa"/>
              <w:right w:w="28" w:type="dxa"/>
            </w:tcMar>
          </w:tcPr>
          <w:p w14:paraId="4663AA0B" w14:textId="77777777" w:rsidR="002A1997" w:rsidRDefault="002A1997"/>
        </w:tc>
        <w:tc>
          <w:tcPr>
            <w:tcW w:w="1286" w:type="dxa"/>
            <w:tcMar>
              <w:top w:w="40" w:type="dxa"/>
              <w:left w:w="28" w:type="dxa"/>
              <w:bottom w:w="40" w:type="dxa"/>
              <w:right w:w="28" w:type="dxa"/>
            </w:tcMar>
          </w:tcPr>
          <w:p w14:paraId="787F4B93" w14:textId="77777777" w:rsidR="002A1997" w:rsidRDefault="002A1997"/>
        </w:tc>
        <w:tc>
          <w:tcPr>
            <w:tcW w:w="1414" w:type="dxa"/>
            <w:tcMar>
              <w:top w:w="40" w:type="dxa"/>
              <w:left w:w="28" w:type="dxa"/>
              <w:bottom w:w="40" w:type="dxa"/>
              <w:right w:w="28" w:type="dxa"/>
            </w:tcMar>
          </w:tcPr>
          <w:p w14:paraId="46832F9A" w14:textId="77777777" w:rsidR="002A1997" w:rsidRDefault="002A1997"/>
        </w:tc>
        <w:tc>
          <w:tcPr>
            <w:tcW w:w="1222" w:type="dxa"/>
            <w:tcMar>
              <w:top w:w="40" w:type="dxa"/>
              <w:left w:w="28" w:type="dxa"/>
              <w:bottom w:w="40" w:type="dxa"/>
              <w:right w:w="28" w:type="dxa"/>
            </w:tcMar>
          </w:tcPr>
          <w:p w14:paraId="31C601AF" w14:textId="77777777" w:rsidR="002A1997" w:rsidRDefault="002A1997"/>
        </w:tc>
        <w:tc>
          <w:tcPr>
            <w:tcW w:w="1350" w:type="dxa"/>
            <w:tcMar>
              <w:top w:w="40" w:type="dxa"/>
              <w:left w:w="28" w:type="dxa"/>
              <w:bottom w:w="40" w:type="dxa"/>
              <w:right w:w="28" w:type="dxa"/>
            </w:tcMar>
          </w:tcPr>
          <w:p w14:paraId="143B6F24" w14:textId="77777777" w:rsidR="002A1997" w:rsidRDefault="002A1997"/>
        </w:tc>
        <w:tc>
          <w:tcPr>
            <w:tcW w:w="1542" w:type="dxa"/>
            <w:tcMar>
              <w:top w:w="40" w:type="dxa"/>
              <w:left w:w="28" w:type="dxa"/>
              <w:bottom w:w="40" w:type="dxa"/>
              <w:right w:w="28" w:type="dxa"/>
            </w:tcMar>
          </w:tcPr>
          <w:p w14:paraId="47238661" w14:textId="77777777" w:rsidR="002A1997" w:rsidRDefault="002A1997"/>
        </w:tc>
        <w:tc>
          <w:tcPr>
            <w:tcW w:w="903" w:type="dxa"/>
            <w:tcMar>
              <w:top w:w="40" w:type="dxa"/>
              <w:left w:w="28" w:type="dxa"/>
              <w:bottom w:w="40" w:type="dxa"/>
              <w:right w:w="28" w:type="dxa"/>
            </w:tcMar>
          </w:tcPr>
          <w:p w14:paraId="38E709F6" w14:textId="77777777" w:rsidR="002A1997" w:rsidRDefault="002A1997"/>
        </w:tc>
        <w:tc>
          <w:tcPr>
            <w:tcW w:w="1414" w:type="dxa"/>
            <w:tcMar>
              <w:top w:w="40" w:type="dxa"/>
              <w:left w:w="28" w:type="dxa"/>
              <w:bottom w:w="40" w:type="dxa"/>
              <w:right w:w="28" w:type="dxa"/>
            </w:tcMar>
          </w:tcPr>
          <w:p w14:paraId="1275EA3A" w14:textId="77777777" w:rsidR="002A1997" w:rsidRDefault="002A1997"/>
        </w:tc>
      </w:tr>
      <w:tr w:rsidR="002A1997" w14:paraId="4FC579F9" w14:textId="77777777" w:rsidTr="005B099E">
        <w:trPr>
          <w:trHeight w:val="465"/>
          <w:jc w:val="center"/>
        </w:trPr>
        <w:tc>
          <w:tcPr>
            <w:tcW w:w="1669" w:type="dxa"/>
            <w:tcMar>
              <w:top w:w="40" w:type="dxa"/>
              <w:left w:w="28" w:type="dxa"/>
              <w:bottom w:w="40" w:type="dxa"/>
              <w:right w:w="28" w:type="dxa"/>
            </w:tcMar>
          </w:tcPr>
          <w:p w14:paraId="42326DBA" w14:textId="77777777" w:rsidR="002A1997" w:rsidRDefault="002A1997"/>
        </w:tc>
        <w:tc>
          <w:tcPr>
            <w:tcW w:w="1286" w:type="dxa"/>
            <w:tcMar>
              <w:top w:w="40" w:type="dxa"/>
              <w:left w:w="28" w:type="dxa"/>
              <w:bottom w:w="40" w:type="dxa"/>
              <w:right w:w="28" w:type="dxa"/>
            </w:tcMar>
          </w:tcPr>
          <w:p w14:paraId="23A85FF9" w14:textId="77777777" w:rsidR="002A1997" w:rsidRDefault="002A1997"/>
        </w:tc>
        <w:tc>
          <w:tcPr>
            <w:tcW w:w="1414" w:type="dxa"/>
            <w:tcMar>
              <w:top w:w="40" w:type="dxa"/>
              <w:left w:w="28" w:type="dxa"/>
              <w:bottom w:w="40" w:type="dxa"/>
              <w:right w:w="28" w:type="dxa"/>
            </w:tcMar>
          </w:tcPr>
          <w:p w14:paraId="0D76A069" w14:textId="77777777" w:rsidR="002A1997" w:rsidRDefault="002A1997"/>
        </w:tc>
        <w:tc>
          <w:tcPr>
            <w:tcW w:w="1222" w:type="dxa"/>
            <w:tcMar>
              <w:top w:w="40" w:type="dxa"/>
              <w:left w:w="28" w:type="dxa"/>
              <w:bottom w:w="40" w:type="dxa"/>
              <w:right w:w="28" w:type="dxa"/>
            </w:tcMar>
          </w:tcPr>
          <w:p w14:paraId="1AF4A487" w14:textId="77777777" w:rsidR="002A1997" w:rsidRDefault="002A1997"/>
        </w:tc>
        <w:tc>
          <w:tcPr>
            <w:tcW w:w="1350" w:type="dxa"/>
            <w:tcMar>
              <w:top w:w="40" w:type="dxa"/>
              <w:left w:w="28" w:type="dxa"/>
              <w:bottom w:w="40" w:type="dxa"/>
              <w:right w:w="28" w:type="dxa"/>
            </w:tcMar>
          </w:tcPr>
          <w:p w14:paraId="3658945A" w14:textId="77777777" w:rsidR="002A1997" w:rsidRDefault="002A1997"/>
        </w:tc>
        <w:tc>
          <w:tcPr>
            <w:tcW w:w="1542" w:type="dxa"/>
            <w:tcMar>
              <w:top w:w="40" w:type="dxa"/>
              <w:left w:w="28" w:type="dxa"/>
              <w:bottom w:w="40" w:type="dxa"/>
              <w:right w:w="28" w:type="dxa"/>
            </w:tcMar>
          </w:tcPr>
          <w:p w14:paraId="7F401B35" w14:textId="77777777" w:rsidR="002A1997" w:rsidRDefault="002A1997"/>
        </w:tc>
        <w:tc>
          <w:tcPr>
            <w:tcW w:w="903" w:type="dxa"/>
            <w:tcMar>
              <w:top w:w="40" w:type="dxa"/>
              <w:left w:w="28" w:type="dxa"/>
              <w:bottom w:w="40" w:type="dxa"/>
              <w:right w:w="28" w:type="dxa"/>
            </w:tcMar>
          </w:tcPr>
          <w:p w14:paraId="5960AA47" w14:textId="77777777" w:rsidR="002A1997" w:rsidRDefault="002A1997"/>
        </w:tc>
        <w:tc>
          <w:tcPr>
            <w:tcW w:w="1414" w:type="dxa"/>
            <w:tcMar>
              <w:top w:w="40" w:type="dxa"/>
              <w:left w:w="28" w:type="dxa"/>
              <w:bottom w:w="40" w:type="dxa"/>
              <w:right w:w="28" w:type="dxa"/>
            </w:tcMar>
          </w:tcPr>
          <w:p w14:paraId="6C714087" w14:textId="77777777" w:rsidR="002A1997" w:rsidRDefault="002A1997"/>
        </w:tc>
      </w:tr>
      <w:tr w:rsidR="002A1997" w14:paraId="73CF21F3" w14:textId="77777777" w:rsidTr="005B099E">
        <w:trPr>
          <w:trHeight w:val="465"/>
          <w:jc w:val="center"/>
        </w:trPr>
        <w:tc>
          <w:tcPr>
            <w:tcW w:w="1669" w:type="dxa"/>
            <w:tcMar>
              <w:top w:w="40" w:type="dxa"/>
              <w:left w:w="28" w:type="dxa"/>
              <w:bottom w:w="40" w:type="dxa"/>
              <w:right w:w="28" w:type="dxa"/>
            </w:tcMar>
          </w:tcPr>
          <w:p w14:paraId="65E513E8" w14:textId="77777777" w:rsidR="002A1997" w:rsidRDefault="002A1997"/>
        </w:tc>
        <w:tc>
          <w:tcPr>
            <w:tcW w:w="1286" w:type="dxa"/>
            <w:tcMar>
              <w:top w:w="40" w:type="dxa"/>
              <w:left w:w="28" w:type="dxa"/>
              <w:bottom w:w="40" w:type="dxa"/>
              <w:right w:w="28" w:type="dxa"/>
            </w:tcMar>
          </w:tcPr>
          <w:p w14:paraId="20398BF1" w14:textId="77777777" w:rsidR="002A1997" w:rsidRDefault="002A1997"/>
        </w:tc>
        <w:tc>
          <w:tcPr>
            <w:tcW w:w="1414" w:type="dxa"/>
            <w:tcMar>
              <w:top w:w="40" w:type="dxa"/>
              <w:left w:w="28" w:type="dxa"/>
              <w:bottom w:w="40" w:type="dxa"/>
              <w:right w:w="28" w:type="dxa"/>
            </w:tcMar>
          </w:tcPr>
          <w:p w14:paraId="5ABA5C2A" w14:textId="77777777" w:rsidR="002A1997" w:rsidRDefault="002A1997"/>
        </w:tc>
        <w:tc>
          <w:tcPr>
            <w:tcW w:w="1222" w:type="dxa"/>
            <w:tcMar>
              <w:top w:w="40" w:type="dxa"/>
              <w:left w:w="28" w:type="dxa"/>
              <w:bottom w:w="40" w:type="dxa"/>
              <w:right w:w="28" w:type="dxa"/>
            </w:tcMar>
          </w:tcPr>
          <w:p w14:paraId="3A6E9944" w14:textId="77777777" w:rsidR="002A1997" w:rsidRDefault="002A1997"/>
        </w:tc>
        <w:tc>
          <w:tcPr>
            <w:tcW w:w="1350" w:type="dxa"/>
            <w:tcMar>
              <w:top w:w="40" w:type="dxa"/>
              <w:left w:w="28" w:type="dxa"/>
              <w:bottom w:w="40" w:type="dxa"/>
              <w:right w:w="28" w:type="dxa"/>
            </w:tcMar>
          </w:tcPr>
          <w:p w14:paraId="3FFA8FA8" w14:textId="77777777" w:rsidR="002A1997" w:rsidRDefault="002A1997"/>
        </w:tc>
        <w:tc>
          <w:tcPr>
            <w:tcW w:w="1542" w:type="dxa"/>
            <w:tcMar>
              <w:top w:w="40" w:type="dxa"/>
              <w:left w:w="28" w:type="dxa"/>
              <w:bottom w:w="40" w:type="dxa"/>
              <w:right w:w="28" w:type="dxa"/>
            </w:tcMar>
          </w:tcPr>
          <w:p w14:paraId="0A660497" w14:textId="77777777" w:rsidR="002A1997" w:rsidRDefault="002A1997"/>
        </w:tc>
        <w:tc>
          <w:tcPr>
            <w:tcW w:w="903" w:type="dxa"/>
            <w:tcMar>
              <w:top w:w="40" w:type="dxa"/>
              <w:left w:w="28" w:type="dxa"/>
              <w:bottom w:w="40" w:type="dxa"/>
              <w:right w:w="28" w:type="dxa"/>
            </w:tcMar>
          </w:tcPr>
          <w:p w14:paraId="06CABF32" w14:textId="77777777" w:rsidR="002A1997" w:rsidRDefault="002A1997"/>
        </w:tc>
        <w:tc>
          <w:tcPr>
            <w:tcW w:w="1414" w:type="dxa"/>
            <w:tcMar>
              <w:top w:w="40" w:type="dxa"/>
              <w:left w:w="28" w:type="dxa"/>
              <w:bottom w:w="40" w:type="dxa"/>
              <w:right w:w="28" w:type="dxa"/>
            </w:tcMar>
          </w:tcPr>
          <w:p w14:paraId="2B158655" w14:textId="77777777" w:rsidR="002A1997" w:rsidRDefault="002A1997"/>
        </w:tc>
      </w:tr>
      <w:tr w:rsidR="002A1997" w14:paraId="53D99FEE" w14:textId="77777777" w:rsidTr="005B099E">
        <w:trPr>
          <w:trHeight w:val="465"/>
          <w:jc w:val="center"/>
        </w:trPr>
        <w:tc>
          <w:tcPr>
            <w:tcW w:w="1669" w:type="dxa"/>
            <w:tcMar>
              <w:top w:w="40" w:type="dxa"/>
              <w:left w:w="28" w:type="dxa"/>
              <w:bottom w:w="40" w:type="dxa"/>
              <w:right w:w="28" w:type="dxa"/>
            </w:tcMar>
          </w:tcPr>
          <w:p w14:paraId="6C565485" w14:textId="77777777" w:rsidR="002A1997" w:rsidRDefault="002A1997"/>
        </w:tc>
        <w:tc>
          <w:tcPr>
            <w:tcW w:w="1286" w:type="dxa"/>
            <w:tcMar>
              <w:top w:w="40" w:type="dxa"/>
              <w:left w:w="28" w:type="dxa"/>
              <w:bottom w:w="40" w:type="dxa"/>
              <w:right w:w="28" w:type="dxa"/>
            </w:tcMar>
          </w:tcPr>
          <w:p w14:paraId="46F56C3A" w14:textId="77777777" w:rsidR="002A1997" w:rsidRDefault="002A1997"/>
        </w:tc>
        <w:tc>
          <w:tcPr>
            <w:tcW w:w="1414" w:type="dxa"/>
            <w:tcMar>
              <w:top w:w="40" w:type="dxa"/>
              <w:left w:w="28" w:type="dxa"/>
              <w:bottom w:w="40" w:type="dxa"/>
              <w:right w:w="28" w:type="dxa"/>
            </w:tcMar>
          </w:tcPr>
          <w:p w14:paraId="5045B4ED" w14:textId="77777777" w:rsidR="002A1997" w:rsidRDefault="002A1997"/>
        </w:tc>
        <w:tc>
          <w:tcPr>
            <w:tcW w:w="1222" w:type="dxa"/>
            <w:tcMar>
              <w:top w:w="40" w:type="dxa"/>
              <w:left w:w="28" w:type="dxa"/>
              <w:bottom w:w="40" w:type="dxa"/>
              <w:right w:w="28" w:type="dxa"/>
            </w:tcMar>
          </w:tcPr>
          <w:p w14:paraId="1D3AC95B" w14:textId="77777777" w:rsidR="002A1997" w:rsidRDefault="002A1997"/>
        </w:tc>
        <w:tc>
          <w:tcPr>
            <w:tcW w:w="1350" w:type="dxa"/>
            <w:tcMar>
              <w:top w:w="40" w:type="dxa"/>
              <w:left w:w="28" w:type="dxa"/>
              <w:bottom w:w="40" w:type="dxa"/>
              <w:right w:w="28" w:type="dxa"/>
            </w:tcMar>
          </w:tcPr>
          <w:p w14:paraId="734B790E" w14:textId="77777777" w:rsidR="002A1997" w:rsidRDefault="002A1997"/>
        </w:tc>
        <w:tc>
          <w:tcPr>
            <w:tcW w:w="1542" w:type="dxa"/>
            <w:tcMar>
              <w:top w:w="40" w:type="dxa"/>
              <w:left w:w="28" w:type="dxa"/>
              <w:bottom w:w="40" w:type="dxa"/>
              <w:right w:w="28" w:type="dxa"/>
            </w:tcMar>
          </w:tcPr>
          <w:p w14:paraId="316FF57D" w14:textId="77777777" w:rsidR="002A1997" w:rsidRDefault="002A1997"/>
        </w:tc>
        <w:tc>
          <w:tcPr>
            <w:tcW w:w="903" w:type="dxa"/>
            <w:tcMar>
              <w:top w:w="40" w:type="dxa"/>
              <w:left w:w="28" w:type="dxa"/>
              <w:bottom w:w="40" w:type="dxa"/>
              <w:right w:w="28" w:type="dxa"/>
            </w:tcMar>
          </w:tcPr>
          <w:p w14:paraId="2F29895D" w14:textId="77777777" w:rsidR="002A1997" w:rsidRDefault="002A1997"/>
        </w:tc>
        <w:tc>
          <w:tcPr>
            <w:tcW w:w="1414" w:type="dxa"/>
            <w:tcMar>
              <w:top w:w="40" w:type="dxa"/>
              <w:left w:w="28" w:type="dxa"/>
              <w:bottom w:w="40" w:type="dxa"/>
              <w:right w:w="28" w:type="dxa"/>
            </w:tcMar>
          </w:tcPr>
          <w:p w14:paraId="67877D2A" w14:textId="77777777" w:rsidR="002A1997" w:rsidRDefault="002A1997"/>
        </w:tc>
      </w:tr>
      <w:tr w:rsidR="002A1997" w14:paraId="4F2911EC" w14:textId="77777777" w:rsidTr="005B099E">
        <w:trPr>
          <w:trHeight w:val="465"/>
          <w:jc w:val="center"/>
        </w:trPr>
        <w:tc>
          <w:tcPr>
            <w:tcW w:w="1669" w:type="dxa"/>
            <w:tcMar>
              <w:top w:w="40" w:type="dxa"/>
              <w:left w:w="28" w:type="dxa"/>
              <w:bottom w:w="40" w:type="dxa"/>
              <w:right w:w="28" w:type="dxa"/>
            </w:tcMar>
          </w:tcPr>
          <w:p w14:paraId="5ED947F9" w14:textId="77777777" w:rsidR="002A1997" w:rsidRDefault="002A1997"/>
        </w:tc>
        <w:tc>
          <w:tcPr>
            <w:tcW w:w="1286" w:type="dxa"/>
            <w:tcMar>
              <w:top w:w="40" w:type="dxa"/>
              <w:left w:w="28" w:type="dxa"/>
              <w:bottom w:w="40" w:type="dxa"/>
              <w:right w:w="28" w:type="dxa"/>
            </w:tcMar>
          </w:tcPr>
          <w:p w14:paraId="50AB057B" w14:textId="77777777" w:rsidR="002A1997" w:rsidRDefault="002A1997"/>
        </w:tc>
        <w:tc>
          <w:tcPr>
            <w:tcW w:w="1414" w:type="dxa"/>
            <w:tcMar>
              <w:top w:w="40" w:type="dxa"/>
              <w:left w:w="28" w:type="dxa"/>
              <w:bottom w:w="40" w:type="dxa"/>
              <w:right w:w="28" w:type="dxa"/>
            </w:tcMar>
          </w:tcPr>
          <w:p w14:paraId="4BFE1A59" w14:textId="77777777" w:rsidR="002A1997" w:rsidRDefault="002A1997"/>
        </w:tc>
        <w:tc>
          <w:tcPr>
            <w:tcW w:w="1222" w:type="dxa"/>
            <w:tcMar>
              <w:top w:w="40" w:type="dxa"/>
              <w:left w:w="28" w:type="dxa"/>
              <w:bottom w:w="40" w:type="dxa"/>
              <w:right w:w="28" w:type="dxa"/>
            </w:tcMar>
          </w:tcPr>
          <w:p w14:paraId="6E4599ED" w14:textId="77777777" w:rsidR="002A1997" w:rsidRDefault="002A1997"/>
        </w:tc>
        <w:tc>
          <w:tcPr>
            <w:tcW w:w="1350" w:type="dxa"/>
            <w:tcMar>
              <w:top w:w="40" w:type="dxa"/>
              <w:left w:w="28" w:type="dxa"/>
              <w:bottom w:w="40" w:type="dxa"/>
              <w:right w:w="28" w:type="dxa"/>
            </w:tcMar>
          </w:tcPr>
          <w:p w14:paraId="7F2F11E1" w14:textId="77777777" w:rsidR="002A1997" w:rsidRDefault="002A1997"/>
        </w:tc>
        <w:tc>
          <w:tcPr>
            <w:tcW w:w="1542" w:type="dxa"/>
            <w:tcMar>
              <w:top w:w="40" w:type="dxa"/>
              <w:left w:w="28" w:type="dxa"/>
              <w:bottom w:w="40" w:type="dxa"/>
              <w:right w:w="28" w:type="dxa"/>
            </w:tcMar>
          </w:tcPr>
          <w:p w14:paraId="4BCDDD73" w14:textId="77777777" w:rsidR="002A1997" w:rsidRDefault="002A1997"/>
        </w:tc>
        <w:tc>
          <w:tcPr>
            <w:tcW w:w="903" w:type="dxa"/>
            <w:tcMar>
              <w:top w:w="40" w:type="dxa"/>
              <w:left w:w="28" w:type="dxa"/>
              <w:bottom w:w="40" w:type="dxa"/>
              <w:right w:w="28" w:type="dxa"/>
            </w:tcMar>
          </w:tcPr>
          <w:p w14:paraId="33B5503B" w14:textId="77777777" w:rsidR="002A1997" w:rsidRDefault="002A1997"/>
        </w:tc>
        <w:tc>
          <w:tcPr>
            <w:tcW w:w="1414" w:type="dxa"/>
            <w:tcMar>
              <w:top w:w="40" w:type="dxa"/>
              <w:left w:w="28" w:type="dxa"/>
              <w:bottom w:w="40" w:type="dxa"/>
              <w:right w:w="28" w:type="dxa"/>
            </w:tcMar>
          </w:tcPr>
          <w:p w14:paraId="4DD3BDE6" w14:textId="77777777" w:rsidR="002A1997" w:rsidRDefault="002A1997"/>
        </w:tc>
      </w:tr>
      <w:tr w:rsidR="002A1997" w14:paraId="2B911D94" w14:textId="77777777" w:rsidTr="005B099E">
        <w:trPr>
          <w:trHeight w:val="465"/>
          <w:jc w:val="center"/>
        </w:trPr>
        <w:tc>
          <w:tcPr>
            <w:tcW w:w="1669" w:type="dxa"/>
            <w:tcMar>
              <w:top w:w="40" w:type="dxa"/>
              <w:left w:w="28" w:type="dxa"/>
              <w:bottom w:w="40" w:type="dxa"/>
              <w:right w:w="28" w:type="dxa"/>
            </w:tcMar>
          </w:tcPr>
          <w:p w14:paraId="75A15DC1" w14:textId="77777777" w:rsidR="002A1997" w:rsidRDefault="002A1997"/>
        </w:tc>
        <w:tc>
          <w:tcPr>
            <w:tcW w:w="1286" w:type="dxa"/>
            <w:tcMar>
              <w:top w:w="40" w:type="dxa"/>
              <w:left w:w="28" w:type="dxa"/>
              <w:bottom w:w="40" w:type="dxa"/>
              <w:right w:w="28" w:type="dxa"/>
            </w:tcMar>
          </w:tcPr>
          <w:p w14:paraId="4A9698D8" w14:textId="77777777" w:rsidR="002A1997" w:rsidRDefault="002A1997"/>
        </w:tc>
        <w:tc>
          <w:tcPr>
            <w:tcW w:w="1414" w:type="dxa"/>
            <w:tcMar>
              <w:top w:w="40" w:type="dxa"/>
              <w:left w:w="28" w:type="dxa"/>
              <w:bottom w:w="40" w:type="dxa"/>
              <w:right w:w="28" w:type="dxa"/>
            </w:tcMar>
          </w:tcPr>
          <w:p w14:paraId="0E726752" w14:textId="77777777" w:rsidR="002A1997" w:rsidRDefault="002A1997"/>
        </w:tc>
        <w:tc>
          <w:tcPr>
            <w:tcW w:w="1222" w:type="dxa"/>
            <w:tcMar>
              <w:top w:w="40" w:type="dxa"/>
              <w:left w:w="28" w:type="dxa"/>
              <w:bottom w:w="40" w:type="dxa"/>
              <w:right w:w="28" w:type="dxa"/>
            </w:tcMar>
          </w:tcPr>
          <w:p w14:paraId="55F267E4" w14:textId="77777777" w:rsidR="002A1997" w:rsidRDefault="002A1997"/>
        </w:tc>
        <w:tc>
          <w:tcPr>
            <w:tcW w:w="1350" w:type="dxa"/>
            <w:tcMar>
              <w:top w:w="40" w:type="dxa"/>
              <w:left w:w="28" w:type="dxa"/>
              <w:bottom w:w="40" w:type="dxa"/>
              <w:right w:w="28" w:type="dxa"/>
            </w:tcMar>
          </w:tcPr>
          <w:p w14:paraId="4F886B05" w14:textId="77777777" w:rsidR="002A1997" w:rsidRDefault="002A1997"/>
        </w:tc>
        <w:tc>
          <w:tcPr>
            <w:tcW w:w="1542" w:type="dxa"/>
            <w:tcMar>
              <w:top w:w="40" w:type="dxa"/>
              <w:left w:w="28" w:type="dxa"/>
              <w:bottom w:w="40" w:type="dxa"/>
              <w:right w:w="28" w:type="dxa"/>
            </w:tcMar>
          </w:tcPr>
          <w:p w14:paraId="3F7E8CD0" w14:textId="77777777" w:rsidR="002A1997" w:rsidRDefault="002A1997"/>
        </w:tc>
        <w:tc>
          <w:tcPr>
            <w:tcW w:w="903" w:type="dxa"/>
            <w:tcMar>
              <w:top w:w="40" w:type="dxa"/>
              <w:left w:w="28" w:type="dxa"/>
              <w:bottom w:w="40" w:type="dxa"/>
              <w:right w:w="28" w:type="dxa"/>
            </w:tcMar>
          </w:tcPr>
          <w:p w14:paraId="74ECD3E9" w14:textId="77777777" w:rsidR="002A1997" w:rsidRDefault="002A1997"/>
        </w:tc>
        <w:tc>
          <w:tcPr>
            <w:tcW w:w="1414" w:type="dxa"/>
            <w:tcMar>
              <w:top w:w="40" w:type="dxa"/>
              <w:left w:w="28" w:type="dxa"/>
              <w:bottom w:w="40" w:type="dxa"/>
              <w:right w:w="28" w:type="dxa"/>
            </w:tcMar>
          </w:tcPr>
          <w:p w14:paraId="3C8A955E" w14:textId="77777777" w:rsidR="002A1997" w:rsidRDefault="002A1997"/>
        </w:tc>
      </w:tr>
      <w:tr w:rsidR="002A1997" w14:paraId="4388B318" w14:textId="77777777" w:rsidTr="005B099E">
        <w:trPr>
          <w:trHeight w:val="465"/>
          <w:jc w:val="center"/>
        </w:trPr>
        <w:tc>
          <w:tcPr>
            <w:tcW w:w="1669" w:type="dxa"/>
            <w:tcMar>
              <w:top w:w="40" w:type="dxa"/>
              <w:left w:w="28" w:type="dxa"/>
              <w:bottom w:w="40" w:type="dxa"/>
              <w:right w:w="28" w:type="dxa"/>
            </w:tcMar>
          </w:tcPr>
          <w:p w14:paraId="792875DA" w14:textId="77777777" w:rsidR="002A1997" w:rsidRDefault="002A1997"/>
        </w:tc>
        <w:tc>
          <w:tcPr>
            <w:tcW w:w="1286" w:type="dxa"/>
            <w:tcMar>
              <w:top w:w="40" w:type="dxa"/>
              <w:left w:w="28" w:type="dxa"/>
              <w:bottom w:w="40" w:type="dxa"/>
              <w:right w:w="28" w:type="dxa"/>
            </w:tcMar>
          </w:tcPr>
          <w:p w14:paraId="203E2A27" w14:textId="77777777" w:rsidR="002A1997" w:rsidRDefault="002A1997"/>
        </w:tc>
        <w:tc>
          <w:tcPr>
            <w:tcW w:w="1414" w:type="dxa"/>
            <w:tcMar>
              <w:top w:w="40" w:type="dxa"/>
              <w:left w:w="28" w:type="dxa"/>
              <w:bottom w:w="40" w:type="dxa"/>
              <w:right w:w="28" w:type="dxa"/>
            </w:tcMar>
          </w:tcPr>
          <w:p w14:paraId="0BE3DAAF" w14:textId="77777777" w:rsidR="002A1997" w:rsidRDefault="002A1997"/>
        </w:tc>
        <w:tc>
          <w:tcPr>
            <w:tcW w:w="1222" w:type="dxa"/>
            <w:tcMar>
              <w:top w:w="40" w:type="dxa"/>
              <w:left w:w="28" w:type="dxa"/>
              <w:bottom w:w="40" w:type="dxa"/>
              <w:right w:w="28" w:type="dxa"/>
            </w:tcMar>
          </w:tcPr>
          <w:p w14:paraId="3F492E1C" w14:textId="77777777" w:rsidR="002A1997" w:rsidRDefault="002A1997"/>
        </w:tc>
        <w:tc>
          <w:tcPr>
            <w:tcW w:w="1350" w:type="dxa"/>
            <w:tcMar>
              <w:top w:w="40" w:type="dxa"/>
              <w:left w:w="28" w:type="dxa"/>
              <w:bottom w:w="40" w:type="dxa"/>
              <w:right w:w="28" w:type="dxa"/>
            </w:tcMar>
          </w:tcPr>
          <w:p w14:paraId="757ACD66" w14:textId="77777777" w:rsidR="002A1997" w:rsidRDefault="002A1997"/>
        </w:tc>
        <w:tc>
          <w:tcPr>
            <w:tcW w:w="1542" w:type="dxa"/>
            <w:tcMar>
              <w:top w:w="40" w:type="dxa"/>
              <w:left w:w="28" w:type="dxa"/>
              <w:bottom w:w="40" w:type="dxa"/>
              <w:right w:w="28" w:type="dxa"/>
            </w:tcMar>
          </w:tcPr>
          <w:p w14:paraId="0326AB1C" w14:textId="77777777" w:rsidR="002A1997" w:rsidRDefault="002A1997"/>
        </w:tc>
        <w:tc>
          <w:tcPr>
            <w:tcW w:w="903" w:type="dxa"/>
            <w:tcMar>
              <w:top w:w="40" w:type="dxa"/>
              <w:left w:w="28" w:type="dxa"/>
              <w:bottom w:w="40" w:type="dxa"/>
              <w:right w:w="28" w:type="dxa"/>
            </w:tcMar>
          </w:tcPr>
          <w:p w14:paraId="7D7EF7C2" w14:textId="77777777" w:rsidR="002A1997" w:rsidRDefault="002A1997"/>
        </w:tc>
        <w:tc>
          <w:tcPr>
            <w:tcW w:w="1414" w:type="dxa"/>
            <w:tcMar>
              <w:top w:w="40" w:type="dxa"/>
              <w:left w:w="28" w:type="dxa"/>
              <w:bottom w:w="40" w:type="dxa"/>
              <w:right w:w="28" w:type="dxa"/>
            </w:tcMar>
          </w:tcPr>
          <w:p w14:paraId="0AF3BC3A" w14:textId="77777777" w:rsidR="002A1997" w:rsidRDefault="002A1997"/>
        </w:tc>
      </w:tr>
    </w:tbl>
    <w:p w14:paraId="4C6DBD71" w14:textId="77777777" w:rsidR="002A1997" w:rsidRDefault="0000647E">
      <w:pPr>
        <w:spacing w:before="60" w:after="80"/>
      </w:pPr>
      <w:r>
        <w:t>Examples: mortgage or rent, home-equity loan, insurance premiums, property taxes, HOA or condominium dues, utilities, credit-card payments, loan payments, internet and telephone, charitable contributions, memberships, subscriptions, and other significant obligations.</w:t>
      </w:r>
    </w:p>
    <w:tbl>
      <w:tblPr>
        <w:tblW w:w="10800" w:type="dxa"/>
        <w:jc w:val="center"/>
        <w:tblLook w:val="04A0" w:firstRow="1" w:lastRow="0" w:firstColumn="1" w:lastColumn="0" w:noHBand="0" w:noVBand="1"/>
      </w:tblPr>
      <w:tblGrid>
        <w:gridCol w:w="10800"/>
      </w:tblGrid>
      <w:tr w:rsidR="002A1997" w14:paraId="6B37CB64" w14:textId="77777777" w:rsidTr="005B099E">
        <w:trPr>
          <w:jc w:val="center"/>
        </w:trPr>
        <w:tc>
          <w:tcPr>
            <w:tcW w:w="10800" w:type="dxa"/>
            <w:shd w:val="clear" w:color="auto" w:fill="D9D9D9"/>
            <w:tcMar>
              <w:top w:w="45" w:type="dxa"/>
              <w:left w:w="55" w:type="dxa"/>
              <w:bottom w:w="45" w:type="dxa"/>
              <w:right w:w="55" w:type="dxa"/>
            </w:tcMar>
          </w:tcPr>
          <w:p w14:paraId="29097770" w14:textId="77777777" w:rsidR="002A1997" w:rsidRDefault="0000647E">
            <w:pPr>
              <w:spacing w:after="0"/>
            </w:pPr>
            <w:r>
              <w:rPr>
                <w:b/>
                <w:sz w:val="19"/>
              </w:rPr>
              <w:lastRenderedPageBreak/>
              <w:t>IMPORTANT PAYMENT NOTES</w:t>
            </w:r>
          </w:p>
        </w:tc>
      </w:tr>
    </w:tbl>
    <w:tbl>
      <w:tblPr>
        <w:tblStyle w:val="TableGrid"/>
        <w:tblW w:w="10795" w:type="dxa"/>
        <w:jc w:val="center"/>
        <w:tblLayout w:type="fixed"/>
        <w:tblLook w:val="04A0" w:firstRow="1" w:lastRow="0" w:firstColumn="1" w:lastColumn="0" w:noHBand="0" w:noVBand="1"/>
      </w:tblPr>
      <w:tblGrid>
        <w:gridCol w:w="3384"/>
        <w:gridCol w:w="7411"/>
      </w:tblGrid>
      <w:tr w:rsidR="002A1997" w14:paraId="5F77362A" w14:textId="77777777" w:rsidTr="005B099E">
        <w:trPr>
          <w:trHeight w:val="500"/>
          <w:jc w:val="center"/>
        </w:trPr>
        <w:tc>
          <w:tcPr>
            <w:tcW w:w="3384" w:type="dxa"/>
            <w:tcMar>
              <w:top w:w="42" w:type="dxa"/>
              <w:left w:w="32" w:type="dxa"/>
              <w:bottom w:w="42" w:type="dxa"/>
              <w:right w:w="32" w:type="dxa"/>
            </w:tcMar>
          </w:tcPr>
          <w:p w14:paraId="5682B503" w14:textId="77777777" w:rsidR="002A1997" w:rsidRDefault="0000647E">
            <w:r>
              <w:rPr>
                <w:b/>
                <w:sz w:val="16"/>
              </w:rPr>
              <w:t>Payments That Must Not Be Interrupted</w:t>
            </w:r>
          </w:p>
        </w:tc>
        <w:tc>
          <w:tcPr>
            <w:tcW w:w="7411" w:type="dxa"/>
            <w:tcMar>
              <w:top w:w="42" w:type="dxa"/>
              <w:left w:w="32" w:type="dxa"/>
              <w:bottom w:w="42" w:type="dxa"/>
              <w:right w:w="32" w:type="dxa"/>
            </w:tcMar>
          </w:tcPr>
          <w:p w14:paraId="6F670D54" w14:textId="77777777" w:rsidR="002A1997" w:rsidRDefault="002A1997"/>
        </w:tc>
      </w:tr>
      <w:tr w:rsidR="002A1997" w14:paraId="365788FC" w14:textId="77777777" w:rsidTr="005B099E">
        <w:trPr>
          <w:trHeight w:val="500"/>
          <w:jc w:val="center"/>
        </w:trPr>
        <w:tc>
          <w:tcPr>
            <w:tcW w:w="3384" w:type="dxa"/>
            <w:tcMar>
              <w:top w:w="42" w:type="dxa"/>
              <w:left w:w="32" w:type="dxa"/>
              <w:bottom w:w="42" w:type="dxa"/>
              <w:right w:w="32" w:type="dxa"/>
            </w:tcMar>
          </w:tcPr>
          <w:p w14:paraId="7B65E3C3" w14:textId="77777777" w:rsidR="002A1997" w:rsidRDefault="0000647E">
            <w:r>
              <w:rPr>
                <w:b/>
                <w:sz w:val="16"/>
              </w:rPr>
              <w:t>Payments Likely to End or Change After Death</w:t>
            </w:r>
          </w:p>
        </w:tc>
        <w:tc>
          <w:tcPr>
            <w:tcW w:w="7411" w:type="dxa"/>
            <w:tcMar>
              <w:top w:w="42" w:type="dxa"/>
              <w:left w:w="32" w:type="dxa"/>
              <w:bottom w:w="42" w:type="dxa"/>
              <w:right w:w="32" w:type="dxa"/>
            </w:tcMar>
          </w:tcPr>
          <w:p w14:paraId="0EDFAF5F" w14:textId="77777777" w:rsidR="002A1997" w:rsidRDefault="002A1997"/>
        </w:tc>
      </w:tr>
      <w:tr w:rsidR="002A1997" w14:paraId="1E9882C4" w14:textId="77777777" w:rsidTr="005B099E">
        <w:trPr>
          <w:trHeight w:val="500"/>
          <w:jc w:val="center"/>
        </w:trPr>
        <w:tc>
          <w:tcPr>
            <w:tcW w:w="3384" w:type="dxa"/>
            <w:tcMar>
              <w:top w:w="42" w:type="dxa"/>
              <w:left w:w="32" w:type="dxa"/>
              <w:bottom w:w="42" w:type="dxa"/>
              <w:right w:w="32" w:type="dxa"/>
            </w:tcMar>
          </w:tcPr>
          <w:p w14:paraId="572EEB3C" w14:textId="77777777" w:rsidR="002A1997" w:rsidRDefault="0000647E">
            <w:r>
              <w:rPr>
                <w:b/>
                <w:sz w:val="16"/>
              </w:rPr>
              <w:t>Deposits Likely to End or Change After Death</w:t>
            </w:r>
          </w:p>
        </w:tc>
        <w:tc>
          <w:tcPr>
            <w:tcW w:w="7411" w:type="dxa"/>
            <w:tcMar>
              <w:top w:w="42" w:type="dxa"/>
              <w:left w:w="32" w:type="dxa"/>
              <w:bottom w:w="42" w:type="dxa"/>
              <w:right w:w="32" w:type="dxa"/>
            </w:tcMar>
          </w:tcPr>
          <w:p w14:paraId="3E0345C6" w14:textId="77777777" w:rsidR="002A1997" w:rsidRDefault="002A1997"/>
        </w:tc>
      </w:tr>
      <w:tr w:rsidR="002A1997" w14:paraId="34B96F4F" w14:textId="77777777" w:rsidTr="005B099E">
        <w:trPr>
          <w:trHeight w:val="500"/>
          <w:jc w:val="center"/>
        </w:trPr>
        <w:tc>
          <w:tcPr>
            <w:tcW w:w="3384" w:type="dxa"/>
            <w:tcMar>
              <w:top w:w="42" w:type="dxa"/>
              <w:left w:w="32" w:type="dxa"/>
              <w:bottom w:w="42" w:type="dxa"/>
              <w:right w:w="32" w:type="dxa"/>
            </w:tcMar>
          </w:tcPr>
          <w:p w14:paraId="5BDD57C4" w14:textId="77777777" w:rsidR="002A1997" w:rsidRDefault="0000647E">
            <w:r>
              <w:rPr>
                <w:b/>
                <w:sz w:val="16"/>
              </w:rPr>
              <w:t>Other Important Instructions</w:t>
            </w:r>
          </w:p>
        </w:tc>
        <w:tc>
          <w:tcPr>
            <w:tcW w:w="7411" w:type="dxa"/>
            <w:tcMar>
              <w:top w:w="42" w:type="dxa"/>
              <w:left w:w="32" w:type="dxa"/>
              <w:bottom w:w="42" w:type="dxa"/>
              <w:right w:w="32" w:type="dxa"/>
            </w:tcMar>
          </w:tcPr>
          <w:p w14:paraId="557CEDBE" w14:textId="77777777" w:rsidR="002A1997" w:rsidRDefault="002A1997"/>
        </w:tc>
      </w:tr>
    </w:tbl>
    <w:p w14:paraId="48F00902" w14:textId="77777777" w:rsidR="002A1997" w:rsidRDefault="0000647E">
      <w:pPr>
        <w:spacing w:before="80" w:after="20"/>
      </w:pPr>
      <w:r>
        <w:rPr>
          <w:b/>
        </w:rPr>
        <w:t xml:space="preserve">Cross-reference: </w:t>
      </w:r>
      <w:r>
        <w:t>Keep complete retirement information in Retirement Accounts; rental-property details in Real Estate &amp; Property Information; royalty and creative-income information in Professional, Creative &amp; Intellectual Assets; online subscriptions in Digital Life &amp; Online Accounts; and detailed household-service instructions in Household &amp; Daily Living.</w:t>
      </w:r>
    </w:p>
    <w:p w14:paraId="3B966D5D" w14:textId="77777777" w:rsidR="002A1997" w:rsidRDefault="0000647E">
      <w:pPr>
        <w:spacing w:before="20" w:after="0"/>
      </w:pPr>
      <w:r>
        <w:rPr>
          <w:b/>
        </w:rPr>
        <w:t xml:space="preserve">Security: </w:t>
      </w:r>
      <w:r>
        <w:t>Do not record passwords, PINs, security codes, or other sensitive access credentials on this form.</w:t>
      </w:r>
    </w:p>
    <w:sectPr w:rsidR="002A1997" w:rsidSect="00034616">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BAEE05" w14:textId="77777777" w:rsidR="00E11EA7" w:rsidRDefault="00E11EA7">
      <w:pPr>
        <w:spacing w:after="0" w:line="240" w:lineRule="auto"/>
      </w:pPr>
      <w:r>
        <w:separator/>
      </w:r>
    </w:p>
  </w:endnote>
  <w:endnote w:type="continuationSeparator" w:id="0">
    <w:p w14:paraId="6FC38EAB" w14:textId="77777777" w:rsidR="00E11EA7" w:rsidRDefault="00E11E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6475" w14:textId="77777777" w:rsidR="002A1997" w:rsidRDefault="0000647E">
    <w:pPr>
      <w:pStyle w:val="Footer"/>
      <w:jc w:val="center"/>
    </w:pPr>
    <w:r>
      <w:rPr>
        <w:sz w:val="14"/>
      </w:rPr>
      <w:t>Legacy Binder © Sheila Keene-Lund | S11-02 — Income &amp; Recurring Payments Summary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FB003" w14:textId="77777777" w:rsidR="00E11EA7" w:rsidRDefault="00E11EA7">
      <w:pPr>
        <w:spacing w:after="0" w:line="240" w:lineRule="auto"/>
      </w:pPr>
      <w:r>
        <w:separator/>
      </w:r>
    </w:p>
  </w:footnote>
  <w:footnote w:type="continuationSeparator" w:id="0">
    <w:p w14:paraId="0E5EE59F" w14:textId="77777777" w:rsidR="00E11EA7" w:rsidRDefault="00E11EA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61396478">
    <w:abstractNumId w:val="8"/>
  </w:num>
  <w:num w:numId="2" w16cid:durableId="1924562651">
    <w:abstractNumId w:val="6"/>
  </w:num>
  <w:num w:numId="3" w16cid:durableId="1057122862">
    <w:abstractNumId w:val="5"/>
  </w:num>
  <w:num w:numId="4" w16cid:durableId="2035300127">
    <w:abstractNumId w:val="4"/>
  </w:num>
  <w:num w:numId="5" w16cid:durableId="1449206203">
    <w:abstractNumId w:val="7"/>
  </w:num>
  <w:num w:numId="6" w16cid:durableId="460539947">
    <w:abstractNumId w:val="3"/>
  </w:num>
  <w:num w:numId="7" w16cid:durableId="405608945">
    <w:abstractNumId w:val="2"/>
  </w:num>
  <w:num w:numId="8" w16cid:durableId="712267758">
    <w:abstractNumId w:val="1"/>
  </w:num>
  <w:num w:numId="9" w16cid:durableId="13453548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47E"/>
    <w:rsid w:val="00034616"/>
    <w:rsid w:val="0006063C"/>
    <w:rsid w:val="0015074B"/>
    <w:rsid w:val="0029639D"/>
    <w:rsid w:val="002A1997"/>
    <w:rsid w:val="002B36E0"/>
    <w:rsid w:val="00326F90"/>
    <w:rsid w:val="00413DFC"/>
    <w:rsid w:val="005274AA"/>
    <w:rsid w:val="005B099E"/>
    <w:rsid w:val="00777444"/>
    <w:rsid w:val="007A38F3"/>
    <w:rsid w:val="00AA1D8D"/>
    <w:rsid w:val="00AF1254"/>
    <w:rsid w:val="00B47730"/>
    <w:rsid w:val="00CB0664"/>
    <w:rsid w:val="00D324EB"/>
    <w:rsid w:val="00E11EA7"/>
    <w:rsid w:val="00EE49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5D5F8FF"/>
  <w14:defaultImageDpi w14:val="300"/>
  <w15:docId w15:val="{7E10FD57-B50D-4683-8461-DC9BBA0B5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1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336</Words>
  <Characters>1921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Ronald Kornreich</cp:lastModifiedBy>
  <cp:revision>5</cp:revision>
  <dcterms:created xsi:type="dcterms:W3CDTF">2026-09-08T09:42:00Z</dcterms:created>
  <dcterms:modified xsi:type="dcterms:W3CDTF">2026-09-14T15:52:00Z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8f02e995-34c6-42d0-84c0-61393811c57e</vt:lpwstr>
  </property>
</Properties>
</file>