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99CC8" w14:textId="77777777" w:rsidR="00CF33CC" w:rsidRDefault="004C2A32">
      <w:pPr>
        <w:spacing w:after="0"/>
        <w:jc w:val="center"/>
      </w:pPr>
      <w:r>
        <w:rPr>
          <w:b/>
          <w:sz w:val="28"/>
        </w:rPr>
        <w:t>LEGACY BINDER</w:t>
      </w:r>
    </w:p>
    <w:p w14:paraId="2E007F8C" w14:textId="77777777" w:rsidR="00CF33CC" w:rsidRDefault="004C2A32">
      <w:pPr>
        <w:spacing w:after="60"/>
        <w:jc w:val="center"/>
      </w:pPr>
      <w:r>
        <w:rPr>
          <w:b/>
          <w:sz w:val="31"/>
        </w:rPr>
        <w:t>S12-02 — INSURANCE POLICY INFORMATION SUMMARY</w:t>
      </w:r>
    </w:p>
    <w:p w14:paraId="6429DDFF" w14:textId="77777777" w:rsidR="00CF33CC" w:rsidRDefault="004C2A32">
      <w:pPr>
        <w:spacing w:after="100"/>
        <w:jc w:val="center"/>
      </w:pPr>
      <w:r>
        <w:rPr>
          <w:i/>
        </w:rPr>
        <w:t>Use one form for each significant insurance policy or coverage arrangement. Complete only the fields that apply to the particular coverage.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92"/>
        <w:gridCol w:w="5308"/>
      </w:tblGrid>
      <w:tr w:rsidR="00CF33CC" w14:paraId="35CC748C" w14:textId="77777777" w:rsidTr="00814C94">
        <w:trPr>
          <w:jc w:val="center"/>
        </w:trPr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5366C0F" w14:textId="77777777" w:rsidR="00CF33CC" w:rsidRDefault="004C2A32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22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3DC4EEC" w14:textId="77777777" w:rsidR="00CF33CC" w:rsidRDefault="004C2A32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7F9FFD44" w14:textId="77777777" w:rsidR="00CF33CC" w:rsidRDefault="00CF33CC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F33CC" w14:paraId="785F33D2" w14:textId="77777777" w:rsidTr="00814C94">
        <w:trPr>
          <w:jc w:val="center"/>
        </w:trPr>
        <w:tc>
          <w:tcPr>
            <w:tcW w:w="1053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C414D0" w14:textId="77777777" w:rsidR="00CF33CC" w:rsidRDefault="004C2A32">
            <w:pPr>
              <w:spacing w:after="0"/>
            </w:pPr>
            <w:r>
              <w:rPr>
                <w:b/>
                <w:sz w:val="19"/>
              </w:rPr>
              <w:t>POLICY / COVERAGE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7001"/>
      </w:tblGrid>
      <w:tr w:rsidR="00CF33CC" w14:paraId="3F72A808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753EB55" w14:textId="77777777" w:rsidR="00CF33CC" w:rsidRDefault="004C2A32">
            <w:r>
              <w:rPr>
                <w:b/>
                <w:sz w:val="16"/>
              </w:rPr>
              <w:t>Type of Coverage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9781962" w14:textId="77777777" w:rsidR="00CF33CC" w:rsidRDefault="00CF33CC"/>
        </w:tc>
      </w:tr>
      <w:tr w:rsidR="00CF33CC" w14:paraId="287DB5C3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CA5162C" w14:textId="77777777" w:rsidR="00CF33CC" w:rsidRDefault="004C2A32">
            <w:r>
              <w:rPr>
                <w:b/>
                <w:sz w:val="16"/>
              </w:rPr>
              <w:t>Insurance Company / Coverage Provider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450529A" w14:textId="77777777" w:rsidR="00CF33CC" w:rsidRDefault="00CF33CC"/>
        </w:tc>
      </w:tr>
      <w:tr w:rsidR="00CF33CC" w14:paraId="65D56533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9B2CF2E" w14:textId="77777777" w:rsidR="00CF33CC" w:rsidRDefault="004C2A32">
            <w:r>
              <w:rPr>
                <w:b/>
                <w:sz w:val="16"/>
              </w:rPr>
              <w:t>Policy / Contract / Certificate / Member Number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BC313A4" w14:textId="77777777" w:rsidR="00CF33CC" w:rsidRDefault="00CF33CC"/>
        </w:tc>
      </w:tr>
      <w:tr w:rsidR="00CF33CC" w14:paraId="7842A71B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6984193" w14:textId="77777777" w:rsidR="00CF33CC" w:rsidRDefault="004C2A32">
            <w:r>
              <w:rPr>
                <w:b/>
                <w:sz w:val="16"/>
              </w:rPr>
              <w:t>Named Insured / Covered Person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A187B65" w14:textId="77777777" w:rsidR="00CF33CC" w:rsidRDefault="00CF33CC"/>
        </w:tc>
      </w:tr>
      <w:tr w:rsidR="00CF33CC" w14:paraId="4401392A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011B9B6" w14:textId="77777777" w:rsidR="00CF33CC" w:rsidRDefault="004C2A32">
            <w:r>
              <w:rPr>
                <w:b/>
                <w:sz w:val="16"/>
              </w:rPr>
              <w:t>Policy Owner, if different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30E3B2F" w14:textId="77777777" w:rsidR="00CF33CC" w:rsidRDefault="00CF33CC"/>
        </w:tc>
      </w:tr>
      <w:tr w:rsidR="00CF33CC" w14:paraId="3C34D6C9" w14:textId="77777777" w:rsidTr="00814C94">
        <w:trPr>
          <w:trHeight w:val="39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DFAD7D8" w14:textId="77777777" w:rsidR="00CF33CC" w:rsidRDefault="004C2A32">
            <w:r>
              <w:rPr>
                <w:b/>
                <w:sz w:val="16"/>
              </w:rPr>
              <w:t>Insured Property / Vehicle / Business / Other Subject,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B3786A3" w14:textId="77777777" w:rsidR="00CF33CC" w:rsidRDefault="00CF33CC"/>
        </w:tc>
      </w:tr>
      <w:tr w:rsidR="00CF33CC" w14:paraId="50C462F5" w14:textId="77777777" w:rsidTr="00814C94">
        <w:trPr>
          <w:trHeight w:val="32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220A001" w14:textId="77777777" w:rsidR="00CF33CC" w:rsidRDefault="004C2A32">
            <w:r>
              <w:rPr>
                <w:b/>
                <w:sz w:val="16"/>
              </w:rPr>
              <w:t>Effective Date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8A72F0A" w14:textId="77777777" w:rsidR="00CF33CC" w:rsidRDefault="00CF33CC"/>
        </w:tc>
      </w:tr>
      <w:tr w:rsidR="00CF33CC" w14:paraId="4FA11836" w14:textId="77777777" w:rsidTr="00814C94">
        <w:trPr>
          <w:trHeight w:val="33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915200E" w14:textId="77777777" w:rsidR="00CF33CC" w:rsidRDefault="004C2A32">
            <w:r>
              <w:rPr>
                <w:b/>
                <w:sz w:val="16"/>
              </w:rPr>
              <w:t>Renewal / Termination Date,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A7B84C3" w14:textId="77777777" w:rsidR="00CF33CC" w:rsidRDefault="00CF33CC"/>
        </w:tc>
      </w:tr>
    </w:tbl>
    <w:p w14:paraId="722AB49E" w14:textId="77777777" w:rsidR="00CF33CC" w:rsidRDefault="00CF33CC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F33CC" w14:paraId="5EB59C85" w14:textId="77777777" w:rsidTr="00814C94">
        <w:trPr>
          <w:jc w:val="center"/>
        </w:trPr>
        <w:tc>
          <w:tcPr>
            <w:tcW w:w="1044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B600BE7" w14:textId="77777777" w:rsidR="00CF33CC" w:rsidRDefault="004C2A32">
            <w:pPr>
              <w:spacing w:after="0"/>
            </w:pPr>
            <w:r>
              <w:rPr>
                <w:b/>
                <w:sz w:val="19"/>
              </w:rPr>
              <w:t>PREMIUM &amp; PAYMENT ARRANGEMENT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7001"/>
      </w:tblGrid>
      <w:tr w:rsidR="00CF33CC" w14:paraId="5AEA6D9F" w14:textId="77777777" w:rsidTr="00814C94">
        <w:trPr>
          <w:trHeight w:val="33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842810A" w14:textId="77777777" w:rsidR="00CF33CC" w:rsidRDefault="004C2A32">
            <w:r>
              <w:rPr>
                <w:b/>
                <w:sz w:val="16"/>
              </w:rPr>
              <w:t>Premium Amount, optional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A5D5DF6" w14:textId="77777777" w:rsidR="00CF33CC" w:rsidRDefault="00CF33CC"/>
        </w:tc>
      </w:tr>
      <w:tr w:rsidR="00CF33CC" w14:paraId="46AC726D" w14:textId="77777777" w:rsidTr="00814C94">
        <w:trPr>
          <w:trHeight w:val="33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E7C62FF" w14:textId="77777777" w:rsidR="00CF33CC" w:rsidRDefault="004C2A32">
            <w:r>
              <w:rPr>
                <w:b/>
                <w:sz w:val="16"/>
              </w:rPr>
              <w:t>Premium Frequency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4EEC29B" w14:textId="77777777" w:rsidR="00CF33CC" w:rsidRDefault="00CF33CC"/>
        </w:tc>
      </w:tr>
      <w:tr w:rsidR="00CF33CC" w14:paraId="339FC752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0AE8953" w14:textId="77777777" w:rsidR="00CF33CC" w:rsidRDefault="004C2A32">
            <w:r>
              <w:rPr>
                <w:b/>
                <w:sz w:val="16"/>
              </w:rPr>
              <w:t>Payment Method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2D72B2B" w14:textId="77777777" w:rsidR="00CF33CC" w:rsidRDefault="00CF33CC"/>
        </w:tc>
      </w:tr>
      <w:tr w:rsidR="00CF33CC" w14:paraId="03EC10D0" w14:textId="77777777" w:rsidTr="00814C94">
        <w:trPr>
          <w:trHeight w:val="33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3AE5F32" w14:textId="77777777" w:rsidR="00CF33CC" w:rsidRDefault="004C2A32">
            <w:r>
              <w:rPr>
                <w:b/>
                <w:sz w:val="16"/>
              </w:rPr>
              <w:t>Automatic Payment?  ☐ Yes   ☐ No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386C2CE" w14:textId="77777777" w:rsidR="00CF33CC" w:rsidRDefault="00CF33CC"/>
        </w:tc>
      </w:tr>
      <w:tr w:rsidR="00CF33CC" w14:paraId="7F3AC553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24DA2FA" w14:textId="77777777" w:rsidR="00CF33CC" w:rsidRDefault="004C2A32">
            <w:r>
              <w:rPr>
                <w:b/>
                <w:sz w:val="16"/>
              </w:rPr>
              <w:t>Paid Through Mortgage Escrow?  ☐ Yes   ☐ No   ☐ N/A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7721920" w14:textId="77777777" w:rsidR="00CF33CC" w:rsidRDefault="00CF33CC"/>
        </w:tc>
      </w:tr>
      <w:tr w:rsidR="00CF33CC" w14:paraId="56512532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CB10627" w14:textId="77777777" w:rsidR="00CF33CC" w:rsidRDefault="004C2A32">
            <w:r>
              <w:rPr>
                <w:b/>
                <w:sz w:val="16"/>
              </w:rPr>
              <w:t>Paid Through Payroll Deduction?  ☐ Yes   ☐ No   ☐ N/A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E45C986" w14:textId="77777777" w:rsidR="00CF33CC" w:rsidRDefault="00CF33CC"/>
        </w:tc>
      </w:tr>
      <w:tr w:rsidR="00CF33CC" w14:paraId="1DD16F6B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20CD166" w14:textId="77777777" w:rsidR="00CF33CC" w:rsidRDefault="004C2A32">
            <w:r>
              <w:rPr>
                <w:b/>
                <w:sz w:val="16"/>
              </w:rPr>
              <w:t>Who Is Responsible for Payment?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0C9EE8D" w14:textId="77777777" w:rsidR="00CF33CC" w:rsidRDefault="00CF33CC"/>
        </w:tc>
      </w:tr>
      <w:tr w:rsidR="00CF33CC" w14:paraId="71AB08E2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6AC1E56" w14:textId="77777777" w:rsidR="00CF33CC" w:rsidRDefault="004C2A32">
            <w:r>
              <w:rPr>
                <w:b/>
                <w:sz w:val="16"/>
              </w:rPr>
              <w:t>Account / Payment Method Used — identify only as needed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4148124" w14:textId="77777777" w:rsidR="00CF33CC" w:rsidRDefault="00CF33CC"/>
        </w:tc>
      </w:tr>
    </w:tbl>
    <w:p w14:paraId="4980B8E4" w14:textId="77777777" w:rsidR="00CF33CC" w:rsidRDefault="004C2A32" w:rsidP="00BA142B">
      <w:pPr>
        <w:spacing w:before="80" w:after="0"/>
        <w:ind w:firstLine="180"/>
      </w:pPr>
      <w:r>
        <w:rPr>
          <w:b/>
        </w:rPr>
        <w:t xml:space="preserve">Security: </w:t>
      </w:r>
      <w:r>
        <w:t>Do not record passwords, PINs, security codes, or other sensitive login credentials on this form.</w:t>
      </w:r>
    </w:p>
    <w:p w14:paraId="6A41E728" w14:textId="77777777" w:rsidR="00CF33CC" w:rsidRDefault="004C2A32">
      <w:r>
        <w:br w:type="page"/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F33CC" w14:paraId="2C8BF6D4" w14:textId="77777777" w:rsidTr="00814C94">
        <w:trPr>
          <w:jc w:val="center"/>
        </w:trPr>
        <w:tc>
          <w:tcPr>
            <w:tcW w:w="1053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D4DCBAF" w14:textId="77777777" w:rsidR="00CF33CC" w:rsidRDefault="004C2A32">
            <w:pPr>
              <w:spacing w:after="0"/>
            </w:pPr>
            <w:r>
              <w:rPr>
                <w:b/>
                <w:sz w:val="19"/>
              </w:rPr>
              <w:lastRenderedPageBreak/>
              <w:t>AGENT, COMPANY &amp; CLAIMS CONTACTS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7001"/>
      </w:tblGrid>
      <w:tr w:rsidR="00CF33CC" w14:paraId="07CFD41C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088FF68" w14:textId="77777777" w:rsidR="00CF33CC" w:rsidRDefault="004C2A32">
            <w:r>
              <w:rPr>
                <w:b/>
                <w:sz w:val="16"/>
              </w:rPr>
              <w:t>Agent / Agency / Broker / Representative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2BAEAD5" w14:textId="77777777" w:rsidR="00CF33CC" w:rsidRDefault="00CF33CC"/>
        </w:tc>
      </w:tr>
      <w:tr w:rsidR="00CF33CC" w14:paraId="49942C76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B08EAD9" w14:textId="77777777" w:rsidR="00CF33CC" w:rsidRDefault="004C2A32">
            <w:r>
              <w:rPr>
                <w:b/>
                <w:sz w:val="16"/>
              </w:rPr>
              <w:t>Phone / Email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02654E9" w14:textId="77777777" w:rsidR="00CF33CC" w:rsidRDefault="00CF33CC"/>
        </w:tc>
      </w:tr>
      <w:tr w:rsidR="00CF33CC" w14:paraId="5B6A5A30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47A7F16" w14:textId="77777777" w:rsidR="00CF33CC" w:rsidRDefault="004C2A32">
            <w:r>
              <w:rPr>
                <w:b/>
                <w:sz w:val="16"/>
              </w:rPr>
              <w:t>Company Customer-Service Contact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A6A4F1F" w14:textId="77777777" w:rsidR="00CF33CC" w:rsidRDefault="00CF33CC"/>
        </w:tc>
      </w:tr>
      <w:tr w:rsidR="00CF33CC" w14:paraId="5ADAF65E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A12BC15" w14:textId="77777777" w:rsidR="00CF33CC" w:rsidRDefault="004C2A32">
            <w:r>
              <w:rPr>
                <w:b/>
                <w:sz w:val="16"/>
              </w:rPr>
              <w:t>Claims Contact / Claims Telephone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BC62088" w14:textId="77777777" w:rsidR="00CF33CC" w:rsidRDefault="00CF33CC"/>
        </w:tc>
      </w:tr>
      <w:tr w:rsidR="00CF33CC" w14:paraId="6A93253B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D2A62BF" w14:textId="77777777" w:rsidR="00CF33CC" w:rsidRDefault="004C2A32">
            <w:r>
              <w:rPr>
                <w:b/>
                <w:sz w:val="16"/>
              </w:rPr>
              <w:t>Employer / HR / Benefits Contact,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E1AF0C1" w14:textId="77777777" w:rsidR="00CF33CC" w:rsidRDefault="00CF33CC"/>
        </w:tc>
      </w:tr>
      <w:tr w:rsidR="00CF33CC" w14:paraId="60F52D17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A0831DC" w14:textId="77777777" w:rsidR="00CF33CC" w:rsidRDefault="004C2A32">
            <w:r>
              <w:rPr>
                <w:b/>
                <w:sz w:val="16"/>
              </w:rPr>
              <w:t>Website / Application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76D8E34" w14:textId="77777777" w:rsidR="00CF33CC" w:rsidRDefault="00CF33CC"/>
        </w:tc>
      </w:tr>
      <w:tr w:rsidR="00CF33CC" w14:paraId="24B9745A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8CFC125" w14:textId="77777777" w:rsidR="00CF33CC" w:rsidRDefault="004C2A32">
            <w:r>
              <w:rPr>
                <w:b/>
                <w:sz w:val="16"/>
              </w:rPr>
              <w:t>Where Login Information Is Securely Maintained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531709A" w14:textId="77777777" w:rsidR="00CF33CC" w:rsidRDefault="00CF33CC"/>
        </w:tc>
      </w:tr>
    </w:tbl>
    <w:p w14:paraId="79B16135" w14:textId="77777777" w:rsidR="00CF33CC" w:rsidRDefault="00CF33CC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F33CC" w14:paraId="69E41865" w14:textId="77777777" w:rsidTr="00814C94">
        <w:trPr>
          <w:jc w:val="center"/>
        </w:trPr>
        <w:tc>
          <w:tcPr>
            <w:tcW w:w="1053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4EB1728" w14:textId="77777777" w:rsidR="00CF33CC" w:rsidRDefault="004C2A32">
            <w:pPr>
              <w:spacing w:after="0"/>
            </w:pPr>
            <w:r>
              <w:rPr>
                <w:b/>
                <w:sz w:val="19"/>
              </w:rPr>
              <w:t>DOCUMENTS &amp; RECORD LOCATIONS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7001"/>
      </w:tblGrid>
      <w:tr w:rsidR="00CF33CC" w14:paraId="57C0AB89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E88C3BD" w14:textId="77777777" w:rsidR="00CF33CC" w:rsidRDefault="004C2A32">
            <w:r>
              <w:rPr>
                <w:b/>
                <w:sz w:val="16"/>
              </w:rPr>
              <w:t>Current Policy / Contract / Certificate Location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FCA1CD4" w14:textId="77777777" w:rsidR="00CF33CC" w:rsidRDefault="00CF33CC"/>
        </w:tc>
      </w:tr>
      <w:tr w:rsidR="00CF33CC" w14:paraId="3F52551F" w14:textId="77777777" w:rsidTr="00814C94">
        <w:trPr>
          <w:trHeight w:val="38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5817B4B" w14:textId="77777777" w:rsidR="00CF33CC" w:rsidRDefault="004C2A32">
            <w:r>
              <w:rPr>
                <w:b/>
                <w:sz w:val="16"/>
              </w:rPr>
              <w:t>Declaration Pages / Identification Cards / Benefit Summary Location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3639B87" w14:textId="77777777" w:rsidR="00CF33CC" w:rsidRDefault="00CF33CC"/>
        </w:tc>
      </w:tr>
      <w:tr w:rsidR="00CF33CC" w14:paraId="525E0712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4986040" w14:textId="77777777" w:rsidR="00CF33CC" w:rsidRDefault="004C2A32">
            <w:r>
              <w:rPr>
                <w:b/>
                <w:sz w:val="16"/>
              </w:rPr>
              <w:t>Recent Statement / Coverage Summary Location,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4B156DB" w14:textId="77777777" w:rsidR="00CF33CC" w:rsidRDefault="00CF33CC"/>
        </w:tc>
      </w:tr>
      <w:tr w:rsidR="00CF33CC" w14:paraId="7FBEF4ED" w14:textId="77777777" w:rsidTr="00814C94">
        <w:trPr>
          <w:trHeight w:val="39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C420C96" w14:textId="77777777" w:rsidR="00CF33CC" w:rsidRDefault="004C2A32">
            <w:r>
              <w:rPr>
                <w:b/>
                <w:sz w:val="16"/>
              </w:rPr>
              <w:t>Important Endorsements / Riders / Special Provisions Location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CE9C889" w14:textId="77777777" w:rsidR="00CF33CC" w:rsidRDefault="00CF33CC"/>
        </w:tc>
      </w:tr>
      <w:tr w:rsidR="00CF33CC" w14:paraId="41BD936D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BC71B09" w14:textId="77777777" w:rsidR="00CF33CC" w:rsidRDefault="004C2A32">
            <w:r>
              <w:rPr>
                <w:b/>
                <w:sz w:val="16"/>
              </w:rPr>
              <w:t>Other Important Insurance Records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0651AB0" w14:textId="77777777" w:rsidR="00CF33CC" w:rsidRDefault="00CF33CC"/>
        </w:tc>
      </w:tr>
    </w:tbl>
    <w:p w14:paraId="20CD8D00" w14:textId="77777777" w:rsidR="00CF33CC" w:rsidRDefault="00CF33CC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CF33CC" w14:paraId="086023C3" w14:textId="77777777" w:rsidTr="00814C94">
        <w:trPr>
          <w:jc w:val="center"/>
        </w:trPr>
        <w:tc>
          <w:tcPr>
            <w:tcW w:w="10440" w:type="dxa"/>
            <w:shd w:val="clear" w:color="auto" w:fill="D9D9D9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A6F70B" w14:textId="77777777" w:rsidR="00CF33CC" w:rsidRDefault="004C2A32">
            <w:pPr>
              <w:spacing w:after="0"/>
            </w:pPr>
            <w:r>
              <w:rPr>
                <w:b/>
                <w:sz w:val="19"/>
              </w:rPr>
              <w:t>COVERAGE-SPECIFIC INFORMATION</w:t>
            </w:r>
          </w:p>
        </w:tc>
      </w:tr>
    </w:tbl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7001"/>
      </w:tblGrid>
      <w:tr w:rsidR="00CF33CC" w14:paraId="3C971367" w14:textId="77777777" w:rsidTr="00814C94">
        <w:trPr>
          <w:trHeight w:val="35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B489D3E" w14:textId="77777777" w:rsidR="00CF33CC" w:rsidRDefault="004C2A32">
            <w:r>
              <w:rPr>
                <w:b/>
                <w:sz w:val="16"/>
              </w:rPr>
              <w:t>Coverage Limit / Benefit Amount, if useful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5BC55692" w14:textId="77777777" w:rsidR="00CF33CC" w:rsidRDefault="00CF33CC"/>
        </w:tc>
      </w:tr>
      <w:tr w:rsidR="00CF33CC" w14:paraId="3489C7C6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AD033A2" w14:textId="77777777" w:rsidR="00CF33CC" w:rsidRDefault="004C2A32">
            <w:r>
              <w:rPr>
                <w:b/>
                <w:sz w:val="16"/>
              </w:rPr>
              <w:t>Deductible / Elimination / Waiting Period,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70597FD3" w14:textId="77777777" w:rsidR="00CF33CC" w:rsidRDefault="00CF33CC"/>
        </w:tc>
      </w:tr>
      <w:tr w:rsidR="00CF33CC" w14:paraId="68EBB0AD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24C1D62A" w14:textId="77777777" w:rsidR="00CF33CC" w:rsidRDefault="004C2A32">
            <w:r>
              <w:rPr>
                <w:b/>
                <w:sz w:val="16"/>
              </w:rPr>
              <w:t>Benefit Period / Maximum Benefit Period,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B41DDED" w14:textId="77777777" w:rsidR="00CF33CC" w:rsidRDefault="00CF33CC"/>
        </w:tc>
      </w:tr>
      <w:tr w:rsidR="00CF33CC" w14:paraId="01C3B8A7" w14:textId="77777777" w:rsidTr="00814C94">
        <w:trPr>
          <w:trHeight w:val="37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4E5C60C" w14:textId="77777777" w:rsidR="00CF33CC" w:rsidRDefault="004C2A32">
            <w:r>
              <w:rPr>
                <w:b/>
                <w:sz w:val="16"/>
              </w:rPr>
              <w:t>Survivor / Beneficiary-Related Provision,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6DEB9518" w14:textId="77777777" w:rsidR="00CF33CC" w:rsidRDefault="00CF33CC"/>
        </w:tc>
      </w:tr>
      <w:tr w:rsidR="00CF33CC" w14:paraId="3A3FD48C" w14:textId="77777777" w:rsidTr="00814C94">
        <w:trPr>
          <w:trHeight w:val="36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4C8F86C1" w14:textId="77777777" w:rsidR="00CF33CC" w:rsidRDefault="004C2A32">
            <w:r>
              <w:rPr>
                <w:b/>
                <w:sz w:val="16"/>
              </w:rPr>
              <w:t>Policy Loan / Outstanding Obligation, if applicable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9317AC6" w14:textId="77777777" w:rsidR="00CF33CC" w:rsidRDefault="00CF33CC"/>
        </w:tc>
      </w:tr>
      <w:tr w:rsidR="00CF33CC" w14:paraId="5F8BE1BA" w14:textId="77777777" w:rsidTr="00814C94">
        <w:trPr>
          <w:trHeight w:val="34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DC9D7CD" w14:textId="77777777" w:rsidR="00CF33CC" w:rsidRDefault="004C2A32">
            <w:r>
              <w:rPr>
                <w:b/>
                <w:sz w:val="16"/>
              </w:rPr>
              <w:t>Employer-Sponsored or Group Coverage?  ☐ Yes   ☐ No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03689E41" w14:textId="77777777" w:rsidR="00CF33CC" w:rsidRDefault="00CF33CC"/>
        </w:tc>
      </w:tr>
      <w:tr w:rsidR="00CF33CC" w14:paraId="243BE3D8" w14:textId="77777777" w:rsidTr="00814C94">
        <w:trPr>
          <w:trHeight w:val="430"/>
          <w:jc w:val="center"/>
        </w:trPr>
        <w:tc>
          <w:tcPr>
            <w:tcW w:w="3672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145F8CAB" w14:textId="77777777" w:rsidR="00CF33CC" w:rsidRDefault="004C2A32">
            <w:r>
              <w:rPr>
                <w:b/>
                <w:sz w:val="16"/>
              </w:rPr>
              <w:t>Other Important Provisions / Exclusions / Notes</w:t>
            </w:r>
          </w:p>
        </w:tc>
        <w:tc>
          <w:tcPr>
            <w:tcW w:w="6768" w:type="dxa"/>
            <w:tcMar>
              <w:top w:w="42" w:type="dxa"/>
              <w:left w:w="32" w:type="dxa"/>
              <w:bottom w:w="42" w:type="dxa"/>
              <w:right w:w="32" w:type="dxa"/>
            </w:tcMar>
          </w:tcPr>
          <w:p w14:paraId="30A42568" w14:textId="77777777" w:rsidR="00CF33CC" w:rsidRDefault="00CF33CC"/>
        </w:tc>
      </w:tr>
    </w:tbl>
    <w:p w14:paraId="28A09FE0" w14:textId="77777777" w:rsidR="00CF33CC" w:rsidRDefault="004C2A32" w:rsidP="00814C94">
      <w:pPr>
        <w:spacing w:before="80" w:after="40"/>
      </w:pPr>
      <w:r>
        <w:rPr>
          <w:b/>
        </w:rPr>
        <w:t xml:space="preserve">Cross-reference: </w:t>
      </w:r>
      <w:r>
        <w:t>Keep complete beneficiary information in Beneficiary Designations &amp; Transfer-on-Death Arrangements; medical coverage in Medical &amp; Health Information; property details in Real Estate &amp; Property Information; employment-related information in Tax Returns &amp; Employment Records; and recurring premium information in Financial Information.</w:t>
      </w:r>
    </w:p>
    <w:p w14:paraId="35221603" w14:textId="77777777" w:rsidR="00CF33CC" w:rsidRDefault="004C2A32" w:rsidP="00814C94">
      <w:pPr>
        <w:spacing w:before="20" w:after="0"/>
      </w:pPr>
      <w:r>
        <w:rPr>
          <w:b/>
        </w:rPr>
        <w:t xml:space="preserve">Important: </w:t>
      </w:r>
      <w:r>
        <w:t>This form is an organizational summary. Coverage, benefits, exclusions, claim requirements, and rights are governed by the actual policy, plan, contract, and applicable law.</w:t>
      </w:r>
    </w:p>
    <w:sectPr w:rsidR="00CF33CC" w:rsidSect="00034616">
      <w:footerReference w:type="default" r:id="rId8"/>
      <w:pgSz w:w="12240" w:h="15840"/>
      <w:pgMar w:top="691" w:right="720" w:bottom="69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D12A" w14:textId="77777777" w:rsidR="00D179DA" w:rsidRDefault="00D179DA">
      <w:pPr>
        <w:spacing w:after="0" w:line="240" w:lineRule="auto"/>
      </w:pPr>
      <w:r>
        <w:separator/>
      </w:r>
    </w:p>
  </w:endnote>
  <w:endnote w:type="continuationSeparator" w:id="0">
    <w:p w14:paraId="139C4EA8" w14:textId="77777777" w:rsidR="00D179DA" w:rsidRDefault="00D17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558A1" w14:textId="77777777" w:rsidR="00CF33CC" w:rsidRDefault="004C2A32">
    <w:pPr>
      <w:pStyle w:val="Footer"/>
      <w:jc w:val="center"/>
    </w:pPr>
    <w:r>
      <w:rPr>
        <w:sz w:val="14"/>
      </w:rPr>
      <w:t>Legacy Binder © Sheila Keene-Lund | S12-02 — Insurance Policy Information Summary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1740" w14:textId="77777777" w:rsidR="00D179DA" w:rsidRDefault="00D179DA">
      <w:pPr>
        <w:spacing w:after="0" w:line="240" w:lineRule="auto"/>
      </w:pPr>
      <w:r>
        <w:separator/>
      </w:r>
    </w:p>
  </w:footnote>
  <w:footnote w:type="continuationSeparator" w:id="0">
    <w:p w14:paraId="455A940F" w14:textId="77777777" w:rsidR="00D179DA" w:rsidRDefault="00D179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4930647">
    <w:abstractNumId w:val="8"/>
  </w:num>
  <w:num w:numId="2" w16cid:durableId="66727860">
    <w:abstractNumId w:val="6"/>
  </w:num>
  <w:num w:numId="3" w16cid:durableId="2015641716">
    <w:abstractNumId w:val="5"/>
  </w:num>
  <w:num w:numId="4" w16cid:durableId="2132895247">
    <w:abstractNumId w:val="4"/>
  </w:num>
  <w:num w:numId="5" w16cid:durableId="1811440660">
    <w:abstractNumId w:val="7"/>
  </w:num>
  <w:num w:numId="6" w16cid:durableId="155733328">
    <w:abstractNumId w:val="3"/>
  </w:num>
  <w:num w:numId="7" w16cid:durableId="84034623">
    <w:abstractNumId w:val="2"/>
  </w:num>
  <w:num w:numId="8" w16cid:durableId="1804694454">
    <w:abstractNumId w:val="1"/>
  </w:num>
  <w:num w:numId="9" w16cid:durableId="86123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6E0"/>
    <w:rsid w:val="00326F90"/>
    <w:rsid w:val="00413DFC"/>
    <w:rsid w:val="004C2A32"/>
    <w:rsid w:val="007620D8"/>
    <w:rsid w:val="00777444"/>
    <w:rsid w:val="00814C94"/>
    <w:rsid w:val="00867703"/>
    <w:rsid w:val="00A92AA0"/>
    <w:rsid w:val="00AA1D8D"/>
    <w:rsid w:val="00B47730"/>
    <w:rsid w:val="00BA142B"/>
    <w:rsid w:val="00CB0664"/>
    <w:rsid w:val="00CF33CC"/>
    <w:rsid w:val="00D179DA"/>
    <w:rsid w:val="00D978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CEEBF"/>
  <w14:defaultImageDpi w14:val="300"/>
  <w15:docId w15:val="{7E10FD57-B50D-4683-8461-DC9BBA0B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5</cp:revision>
  <dcterms:created xsi:type="dcterms:W3CDTF">2026-09-08T09:45:00Z</dcterms:created>
  <dcterms:modified xsi:type="dcterms:W3CDTF">2026-09-14T15:57:00Z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66777d6f-a79c-4f6e-ae4c-cd85bf1d9190</vt:lpwstr>
  </property>
</Properties>
</file>