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DB4A5" w14:textId="77777777" w:rsidR="00037E76" w:rsidRDefault="00AC0D91">
      <w:pPr>
        <w:spacing w:after="0"/>
        <w:jc w:val="center"/>
      </w:pPr>
      <w:r>
        <w:rPr>
          <w:b/>
          <w:sz w:val="28"/>
        </w:rPr>
        <w:t>LEGACY BINDER</w:t>
      </w:r>
    </w:p>
    <w:p w14:paraId="7837F0E2" w14:textId="77777777" w:rsidR="00037E76" w:rsidRDefault="00AC0D91">
      <w:pPr>
        <w:spacing w:after="60"/>
        <w:jc w:val="center"/>
      </w:pPr>
      <w:r>
        <w:rPr>
          <w:b/>
          <w:sz w:val="32"/>
        </w:rPr>
        <w:t>S13-01 — HOUSEHOLD QUICK REFERENCE</w:t>
      </w:r>
    </w:p>
    <w:p w14:paraId="1521113B" w14:textId="77777777" w:rsidR="00037E76" w:rsidRDefault="00AC0D91">
      <w:pPr>
        <w:spacing w:after="100"/>
        <w:jc w:val="center"/>
      </w:pPr>
      <w:r>
        <w:rPr>
          <w:i/>
          <w:sz w:val="17"/>
        </w:rPr>
        <w:t>Use this one-page form for the household information someone may need immediately. Include only what applies; keep more complete details on S13-02 — Household Information Summary.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037E76" w14:paraId="62767ED0" w14:textId="77777777" w:rsidTr="004C2478">
        <w:trPr>
          <w:jc w:val="center"/>
        </w:trPr>
        <w:tc>
          <w:tcPr>
            <w:tcW w:w="5400" w:type="dxa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309EB31D" w14:textId="77777777" w:rsidR="00037E76" w:rsidRDefault="00AC0D91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28" w:type="dxa"/>
              <w:left w:w="40" w:type="dxa"/>
              <w:bottom w:w="28" w:type="dxa"/>
              <w:right w:w="40" w:type="dxa"/>
            </w:tcMar>
          </w:tcPr>
          <w:p w14:paraId="534A3F98" w14:textId="77777777" w:rsidR="00037E76" w:rsidRDefault="00AC0D91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76EBCE2C" w14:textId="77777777" w:rsidR="00037E76" w:rsidRDefault="00037E7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037E76" w14:paraId="7F2899C5" w14:textId="77777777" w:rsidTr="004C2478">
        <w:trPr>
          <w:jc w:val="center"/>
        </w:trPr>
        <w:tc>
          <w:tcPr>
            <w:tcW w:w="10530" w:type="dxa"/>
            <w:shd w:val="clear" w:color="auto" w:fill="D9D9D9"/>
            <w:tcMar>
              <w:top w:w="42" w:type="dxa"/>
              <w:left w:w="55" w:type="dxa"/>
              <w:bottom w:w="42" w:type="dxa"/>
              <w:right w:w="55" w:type="dxa"/>
            </w:tcMar>
          </w:tcPr>
          <w:p w14:paraId="4F515B4E" w14:textId="77777777" w:rsidR="00037E76" w:rsidRDefault="00AC0D91" w:rsidP="000129F0">
            <w:pPr>
              <w:spacing w:after="0"/>
            </w:pPr>
            <w:r>
              <w:rPr>
                <w:b/>
                <w:sz w:val="19"/>
              </w:rPr>
              <w:t>HOUSEHOLD &amp; COMMUNITY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7150"/>
      </w:tblGrid>
      <w:tr w:rsidR="00037E76" w14:paraId="0022A2D9" w14:textId="77777777" w:rsidTr="004C2478">
        <w:trPr>
          <w:trHeight w:val="320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53A023FC" w14:textId="77777777" w:rsidR="00037E76" w:rsidRDefault="00AC0D91">
            <w:r>
              <w:rPr>
                <w:b/>
                <w:sz w:val="16"/>
              </w:rPr>
              <w:t>Home Address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191597B" w14:textId="77777777" w:rsidR="00037E76" w:rsidRDefault="00037E76"/>
        </w:tc>
      </w:tr>
      <w:tr w:rsidR="00037E76" w14:paraId="69874BFF" w14:textId="77777777" w:rsidTr="004C2478">
        <w:trPr>
          <w:trHeight w:val="320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BCE062B" w14:textId="77777777" w:rsidR="00037E76" w:rsidRDefault="00AC0D91">
            <w:r>
              <w:rPr>
                <w:b/>
                <w:sz w:val="16"/>
              </w:rPr>
              <w:t>HOA / Condo / Community / Landlord / Property Manager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39CF8753" w14:textId="77777777" w:rsidR="00037E76" w:rsidRDefault="00037E76"/>
        </w:tc>
      </w:tr>
      <w:tr w:rsidR="00037E76" w14:paraId="09CCBC3C" w14:textId="77777777" w:rsidTr="004C2478">
        <w:trPr>
          <w:trHeight w:val="320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067B7578" w14:textId="77777777" w:rsidR="00037E76" w:rsidRDefault="00AC0D91">
            <w:r>
              <w:rPr>
                <w:b/>
                <w:sz w:val="16"/>
              </w:rPr>
              <w:t>Community / Gatehouse / Property-Management Contact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9562B6C" w14:textId="77777777" w:rsidR="00037E76" w:rsidRDefault="00037E76"/>
        </w:tc>
      </w:tr>
    </w:tbl>
    <w:p w14:paraId="0E5DEFCA" w14:textId="77777777" w:rsidR="00037E76" w:rsidRDefault="00037E7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037E76" w14:paraId="4D54A284" w14:textId="77777777" w:rsidTr="004C2478">
        <w:trPr>
          <w:jc w:val="center"/>
        </w:trPr>
        <w:tc>
          <w:tcPr>
            <w:tcW w:w="10440" w:type="dxa"/>
            <w:shd w:val="clear" w:color="auto" w:fill="D9D9D9"/>
            <w:tcMar>
              <w:top w:w="42" w:type="dxa"/>
              <w:left w:w="55" w:type="dxa"/>
              <w:bottom w:w="42" w:type="dxa"/>
              <w:right w:w="55" w:type="dxa"/>
            </w:tcMar>
          </w:tcPr>
          <w:p w14:paraId="44C4CF61" w14:textId="77777777" w:rsidR="00037E76" w:rsidRDefault="00AC0D91">
            <w:pPr>
              <w:spacing w:after="0"/>
            </w:pPr>
            <w:r>
              <w:rPr>
                <w:b/>
                <w:sz w:val="19"/>
              </w:rPr>
              <w:t>SECURITY &amp; HOME ACCESS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7150"/>
      </w:tblGrid>
      <w:tr w:rsidR="00037E76" w14:paraId="340BCBA7" w14:textId="77777777" w:rsidTr="004C2478">
        <w:trPr>
          <w:trHeight w:val="33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2EB7978" w14:textId="77777777" w:rsidR="00037E76" w:rsidRDefault="00AC0D91">
            <w:r>
              <w:rPr>
                <w:b/>
                <w:sz w:val="16"/>
              </w:rPr>
              <w:t>Alarm / Security Company &amp; Phone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5E9FD06D" w14:textId="77777777" w:rsidR="00037E76" w:rsidRDefault="00037E76"/>
        </w:tc>
      </w:tr>
      <w:tr w:rsidR="00037E76" w14:paraId="2ADE89D7" w14:textId="77777777" w:rsidTr="004C2478">
        <w:trPr>
          <w:trHeight w:val="33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3908848" w14:textId="77777777" w:rsidR="00037E76" w:rsidRDefault="00AC0D91">
            <w:r>
              <w:rPr>
                <w:b/>
                <w:sz w:val="16"/>
              </w:rPr>
              <w:t>Location of Spare Keys / Garage / Gate / Other Access Items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AC8F7FE" w14:textId="77777777" w:rsidR="00037E76" w:rsidRDefault="00037E76"/>
        </w:tc>
      </w:tr>
      <w:tr w:rsidR="00037E76" w14:paraId="5FEA135C" w14:textId="77777777" w:rsidTr="004C2478">
        <w:trPr>
          <w:trHeight w:val="33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365ACA48" w14:textId="77777777" w:rsidR="00037E76" w:rsidRDefault="00AC0D91">
            <w:r>
              <w:rPr>
                <w:b/>
                <w:sz w:val="16"/>
              </w:rPr>
              <w:t>Where Alarm / Wi-Fi / Smart-Home / Other Sensitive Access Information Is Securely Maintained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540F0971" w14:textId="77777777" w:rsidR="00037E76" w:rsidRDefault="00037E76"/>
        </w:tc>
      </w:tr>
    </w:tbl>
    <w:p w14:paraId="31F58C0F" w14:textId="77777777" w:rsidR="00037E76" w:rsidRDefault="00037E7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037E76" w14:paraId="24487FDB" w14:textId="77777777" w:rsidTr="004C2478">
        <w:trPr>
          <w:jc w:val="center"/>
        </w:trPr>
        <w:tc>
          <w:tcPr>
            <w:tcW w:w="10530" w:type="dxa"/>
            <w:shd w:val="clear" w:color="auto" w:fill="D9D9D9"/>
            <w:tcMar>
              <w:top w:w="42" w:type="dxa"/>
              <w:left w:w="55" w:type="dxa"/>
              <w:bottom w:w="42" w:type="dxa"/>
              <w:right w:w="55" w:type="dxa"/>
            </w:tcMar>
          </w:tcPr>
          <w:p w14:paraId="340AFAE9" w14:textId="77777777" w:rsidR="00037E76" w:rsidRDefault="00AC0D91">
            <w:pPr>
              <w:spacing w:after="0"/>
            </w:pPr>
            <w:r>
              <w:rPr>
                <w:b/>
                <w:sz w:val="19"/>
              </w:rPr>
              <w:t>ESSENTIAL HOUSEHOLD PROVIDERS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7150"/>
      </w:tblGrid>
      <w:tr w:rsidR="00037E76" w14:paraId="35566ECA" w14:textId="77777777" w:rsidTr="004C2478">
        <w:trPr>
          <w:trHeight w:val="31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0C5DCBC7" w14:textId="77777777" w:rsidR="00037E76" w:rsidRDefault="00AC0D91">
            <w:r>
              <w:rPr>
                <w:b/>
                <w:sz w:val="16"/>
              </w:rPr>
              <w:t>Electricity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055F5542" w14:textId="77777777" w:rsidR="00037E76" w:rsidRDefault="00037E76"/>
        </w:tc>
      </w:tr>
      <w:tr w:rsidR="00037E76" w14:paraId="7D1FCBB5" w14:textId="77777777" w:rsidTr="004C2478">
        <w:trPr>
          <w:trHeight w:val="31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FE4FC7F" w14:textId="77777777" w:rsidR="00037E76" w:rsidRDefault="00AC0D91">
            <w:r>
              <w:rPr>
                <w:b/>
                <w:sz w:val="16"/>
              </w:rPr>
              <w:t>Water / Sewer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EB7680F" w14:textId="77777777" w:rsidR="00037E76" w:rsidRDefault="00037E76"/>
        </w:tc>
      </w:tr>
      <w:tr w:rsidR="00037E76" w14:paraId="21F7F764" w14:textId="77777777" w:rsidTr="004C2478">
        <w:trPr>
          <w:trHeight w:val="31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7D6CACD" w14:textId="77777777" w:rsidR="00037E76" w:rsidRDefault="00AC0D91">
            <w:r>
              <w:rPr>
                <w:b/>
                <w:sz w:val="16"/>
              </w:rPr>
              <w:t>Gas / Propane, if applicable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62EF19E" w14:textId="77777777" w:rsidR="00037E76" w:rsidRDefault="00037E76"/>
        </w:tc>
      </w:tr>
      <w:tr w:rsidR="00037E76" w14:paraId="6457AAB9" w14:textId="77777777" w:rsidTr="004C2478">
        <w:trPr>
          <w:trHeight w:val="31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0DA8B9F" w14:textId="77777777" w:rsidR="00037E76" w:rsidRDefault="00AC0D91">
            <w:r>
              <w:rPr>
                <w:b/>
                <w:sz w:val="16"/>
              </w:rPr>
              <w:t>Internet / Telephone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B2B39DE" w14:textId="77777777" w:rsidR="00037E76" w:rsidRDefault="00037E76"/>
        </w:tc>
      </w:tr>
      <w:tr w:rsidR="00037E76" w14:paraId="12FA96BD" w14:textId="77777777" w:rsidTr="004C2478">
        <w:trPr>
          <w:trHeight w:val="31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23D7A70" w14:textId="77777777" w:rsidR="00037E76" w:rsidRDefault="00AC0D91">
            <w:r>
              <w:rPr>
                <w:b/>
                <w:sz w:val="16"/>
              </w:rPr>
              <w:t>Primary Maintenance Contact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5B8EDE7F" w14:textId="77777777" w:rsidR="00037E76" w:rsidRDefault="00037E76"/>
        </w:tc>
      </w:tr>
      <w:tr w:rsidR="00037E76" w14:paraId="4414EB6E" w14:textId="77777777" w:rsidTr="004C2478">
        <w:trPr>
          <w:trHeight w:val="31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32759A04" w14:textId="77777777" w:rsidR="00037E76" w:rsidRDefault="00AC0D91">
            <w:r>
              <w:rPr>
                <w:b/>
                <w:sz w:val="16"/>
              </w:rPr>
              <w:t>Emergency Home-Service Contact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64A25E9F" w14:textId="77777777" w:rsidR="00037E76" w:rsidRDefault="00037E76"/>
        </w:tc>
      </w:tr>
      <w:tr w:rsidR="00037E76" w14:paraId="289F4E2A" w14:textId="77777777" w:rsidTr="004C2478">
        <w:trPr>
          <w:trHeight w:val="31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7198A37D" w14:textId="77777777" w:rsidR="00037E76" w:rsidRDefault="00AC0D91">
            <w:r>
              <w:rPr>
                <w:b/>
                <w:sz w:val="16"/>
              </w:rPr>
              <w:t>Home-Warranty Company, if applicable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07C4EC06" w14:textId="77777777" w:rsidR="00037E76" w:rsidRDefault="00037E76"/>
        </w:tc>
      </w:tr>
    </w:tbl>
    <w:p w14:paraId="02866CA4" w14:textId="77777777" w:rsidR="00037E76" w:rsidRDefault="00037E7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037E76" w14:paraId="4BDDD39B" w14:textId="77777777" w:rsidTr="004C2478">
        <w:trPr>
          <w:jc w:val="center"/>
        </w:trPr>
        <w:tc>
          <w:tcPr>
            <w:tcW w:w="10530" w:type="dxa"/>
            <w:shd w:val="clear" w:color="auto" w:fill="D9D9D9"/>
            <w:tcMar>
              <w:top w:w="42" w:type="dxa"/>
              <w:left w:w="55" w:type="dxa"/>
              <w:bottom w:w="42" w:type="dxa"/>
              <w:right w:w="55" w:type="dxa"/>
            </w:tcMar>
          </w:tcPr>
          <w:p w14:paraId="7A0278B6" w14:textId="77777777" w:rsidR="00037E76" w:rsidRDefault="00AC0D91">
            <w:pPr>
              <w:spacing w:after="0"/>
            </w:pPr>
            <w:r>
              <w:rPr>
                <w:b/>
                <w:sz w:val="19"/>
              </w:rPr>
              <w:t>PETS &amp; IMMEDIATE CARE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7150"/>
      </w:tblGrid>
      <w:tr w:rsidR="00037E76" w14:paraId="11DF3C89" w14:textId="77777777" w:rsidTr="004C2478">
        <w:trPr>
          <w:trHeight w:val="32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80BCB09" w14:textId="77777777" w:rsidR="00037E76" w:rsidRDefault="00AC0D91">
            <w:r>
              <w:rPr>
                <w:b/>
                <w:sz w:val="16"/>
              </w:rPr>
              <w:t>Veterinarian &amp; Phone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778D710" w14:textId="77777777" w:rsidR="00037E76" w:rsidRDefault="00037E76"/>
        </w:tc>
      </w:tr>
      <w:tr w:rsidR="00037E76" w14:paraId="0C2B875A" w14:textId="77777777" w:rsidTr="004C2478">
        <w:trPr>
          <w:trHeight w:val="32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3C21FE54" w14:textId="77777777" w:rsidR="00037E76" w:rsidRDefault="00AC0D91">
            <w:r>
              <w:rPr>
                <w:b/>
                <w:sz w:val="16"/>
              </w:rPr>
              <w:t>Emergency Veterinary Clinic &amp; Phone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7F26BCF2" w14:textId="77777777" w:rsidR="00037E76" w:rsidRDefault="00037E76"/>
        </w:tc>
      </w:tr>
      <w:tr w:rsidR="00037E76" w14:paraId="2704A865" w14:textId="77777777" w:rsidTr="004C2478">
        <w:trPr>
          <w:trHeight w:val="32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7CF44FD9" w14:textId="77777777" w:rsidR="00037E76" w:rsidRDefault="00AC0D91">
            <w:r>
              <w:rPr>
                <w:b/>
                <w:sz w:val="16"/>
              </w:rPr>
              <w:t>Temporary Pet Caregiver &amp; Phone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3A834F6" w14:textId="77777777" w:rsidR="00037E76" w:rsidRDefault="00037E76"/>
        </w:tc>
      </w:tr>
    </w:tbl>
    <w:p w14:paraId="78BCFB29" w14:textId="77777777" w:rsidR="00037E76" w:rsidRDefault="00037E7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037E76" w14:paraId="5FABCF65" w14:textId="77777777" w:rsidTr="004C2478">
        <w:trPr>
          <w:jc w:val="center"/>
        </w:trPr>
        <w:tc>
          <w:tcPr>
            <w:tcW w:w="10440" w:type="dxa"/>
            <w:shd w:val="clear" w:color="auto" w:fill="D9D9D9"/>
            <w:tcMar>
              <w:top w:w="42" w:type="dxa"/>
              <w:left w:w="55" w:type="dxa"/>
              <w:bottom w:w="42" w:type="dxa"/>
              <w:right w:w="55" w:type="dxa"/>
            </w:tcMar>
          </w:tcPr>
          <w:p w14:paraId="04FC573F" w14:textId="77777777" w:rsidR="00037E76" w:rsidRDefault="00AC0D91">
            <w:pPr>
              <w:spacing w:after="0"/>
            </w:pPr>
            <w:r>
              <w:rPr>
                <w:b/>
                <w:sz w:val="19"/>
              </w:rPr>
              <w:t>OTHER IMPORTANT IMMEDIATE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7150"/>
      </w:tblGrid>
      <w:tr w:rsidR="00037E76" w14:paraId="397AABCF" w14:textId="77777777" w:rsidTr="004C2478">
        <w:trPr>
          <w:trHeight w:val="36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5D4048C8" w14:textId="77777777" w:rsidR="00037E76" w:rsidRDefault="00AC0D91">
            <w:r>
              <w:rPr>
                <w:b/>
                <w:sz w:val="16"/>
              </w:rPr>
              <w:t>Emergency Shutoff / Home-System Information Location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0634FA80" w14:textId="77777777" w:rsidR="00037E76" w:rsidRDefault="00037E76"/>
        </w:tc>
      </w:tr>
      <w:tr w:rsidR="00037E76" w14:paraId="79BDE961" w14:textId="77777777" w:rsidTr="004C2478">
        <w:trPr>
          <w:trHeight w:val="365"/>
          <w:jc w:val="center"/>
        </w:trPr>
        <w:tc>
          <w:tcPr>
            <w:tcW w:w="3528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321DFD97" w14:textId="77777777" w:rsidR="00037E76" w:rsidRDefault="00AC0D91">
            <w:r>
              <w:rPr>
                <w:b/>
                <w:sz w:val="16"/>
              </w:rPr>
              <w:t>Other Particularly Important Household Contact or Instruction</w:t>
            </w:r>
          </w:p>
        </w:tc>
        <w:tc>
          <w:tcPr>
            <w:tcW w:w="6912" w:type="dxa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43965815" w14:textId="77777777" w:rsidR="00037E76" w:rsidRDefault="00037E76"/>
        </w:tc>
      </w:tr>
    </w:tbl>
    <w:p w14:paraId="05AF2095" w14:textId="77777777" w:rsidR="00037E76" w:rsidRDefault="00AC0D91" w:rsidP="00FB1213">
      <w:pPr>
        <w:spacing w:before="80" w:after="20"/>
        <w:ind w:left="180"/>
      </w:pPr>
      <w:r>
        <w:rPr>
          <w:b/>
        </w:rPr>
        <w:t xml:space="preserve">Security Reminder: </w:t>
      </w:r>
      <w:r>
        <w:t>Do not record alarm codes, Wi-Fi passwords, smart-lock credentials, safe combinations, or other sensitive security information here unless you have intentionally chosen a secure method for doing so.</w:t>
      </w:r>
    </w:p>
    <w:p w14:paraId="2A81AECD" w14:textId="77777777" w:rsidR="00037E76" w:rsidRDefault="00AC0D91" w:rsidP="00FB1213">
      <w:pPr>
        <w:spacing w:before="20" w:after="0"/>
        <w:ind w:left="180"/>
      </w:pPr>
      <w:r>
        <w:rPr>
          <w:b/>
        </w:rPr>
        <w:t xml:space="preserve">Note: </w:t>
      </w:r>
      <w:r>
        <w:t>This is a quick-reference page. Detailed utilities, maintenance, access, emergency, vehicle, delivery, routine, helper, and pet information belongs on the other Household &amp; Daily Living forms.</w:t>
      </w:r>
    </w:p>
    <w:sectPr w:rsidR="00037E76" w:rsidSect="00034616">
      <w:footerReference w:type="default" r:id="rId8"/>
      <w:pgSz w:w="12240" w:h="15840"/>
      <w:pgMar w:top="691" w:right="720" w:bottom="69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180AA" w14:textId="77777777" w:rsidR="00EC5CFB" w:rsidRDefault="00EC5CFB">
      <w:pPr>
        <w:spacing w:after="0" w:line="240" w:lineRule="auto"/>
      </w:pPr>
      <w:r>
        <w:separator/>
      </w:r>
    </w:p>
  </w:endnote>
  <w:endnote w:type="continuationSeparator" w:id="0">
    <w:p w14:paraId="241205D0" w14:textId="77777777" w:rsidR="00EC5CFB" w:rsidRDefault="00EC5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8B00" w14:textId="77777777" w:rsidR="00037E76" w:rsidRDefault="00AC0D91">
    <w:pPr>
      <w:pStyle w:val="Footer"/>
      <w:jc w:val="center"/>
    </w:pPr>
    <w:r>
      <w:rPr>
        <w:sz w:val="14"/>
      </w:rPr>
      <w:t>Legacy Binder © Sheila Keene-Lund | S13-01 — Household Quick Reference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C53C3" w14:textId="77777777" w:rsidR="00EC5CFB" w:rsidRDefault="00EC5CFB">
      <w:pPr>
        <w:spacing w:after="0" w:line="240" w:lineRule="auto"/>
      </w:pPr>
      <w:r>
        <w:separator/>
      </w:r>
    </w:p>
  </w:footnote>
  <w:footnote w:type="continuationSeparator" w:id="0">
    <w:p w14:paraId="0B41B6E9" w14:textId="77777777" w:rsidR="00EC5CFB" w:rsidRDefault="00EC5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069152">
    <w:abstractNumId w:val="8"/>
  </w:num>
  <w:num w:numId="2" w16cid:durableId="1744647046">
    <w:abstractNumId w:val="6"/>
  </w:num>
  <w:num w:numId="3" w16cid:durableId="852112188">
    <w:abstractNumId w:val="5"/>
  </w:num>
  <w:num w:numId="4" w16cid:durableId="1141579127">
    <w:abstractNumId w:val="4"/>
  </w:num>
  <w:num w:numId="5" w16cid:durableId="8873502">
    <w:abstractNumId w:val="7"/>
  </w:num>
  <w:num w:numId="6" w16cid:durableId="1223176828">
    <w:abstractNumId w:val="3"/>
  </w:num>
  <w:num w:numId="7" w16cid:durableId="613288035">
    <w:abstractNumId w:val="2"/>
  </w:num>
  <w:num w:numId="8" w16cid:durableId="1502281815">
    <w:abstractNumId w:val="1"/>
  </w:num>
  <w:num w:numId="9" w16cid:durableId="136736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9F0"/>
    <w:rsid w:val="000337FE"/>
    <w:rsid w:val="00034616"/>
    <w:rsid w:val="00037E76"/>
    <w:rsid w:val="0006063C"/>
    <w:rsid w:val="000E59EB"/>
    <w:rsid w:val="0015074B"/>
    <w:rsid w:val="0029639D"/>
    <w:rsid w:val="002B36E0"/>
    <w:rsid w:val="00326F90"/>
    <w:rsid w:val="00413DFC"/>
    <w:rsid w:val="004C2478"/>
    <w:rsid w:val="00777444"/>
    <w:rsid w:val="00AA1D8D"/>
    <w:rsid w:val="00AC0D91"/>
    <w:rsid w:val="00B201CE"/>
    <w:rsid w:val="00B47730"/>
    <w:rsid w:val="00CB0664"/>
    <w:rsid w:val="00EC5CFB"/>
    <w:rsid w:val="00FB12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3AEC4"/>
  <w14:defaultImageDpi w14:val="300"/>
  <w15:docId w15:val="{7E10FD57-B50D-4683-8461-DC9BBA0B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5</cp:revision>
  <dcterms:created xsi:type="dcterms:W3CDTF">2026-09-08T09:49:00Z</dcterms:created>
  <dcterms:modified xsi:type="dcterms:W3CDTF">2026-09-14T15:59:00Z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dc3cbca1-407e-4949-9e82-9e9bd3b96fe5</vt:lpwstr>
  </property>
</Properties>
</file>