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A5BD9" w14:textId="77777777" w:rsidR="00875956" w:rsidRDefault="00FB1026">
      <w:pPr>
        <w:spacing w:after="0"/>
        <w:jc w:val="center"/>
      </w:pPr>
      <w:r>
        <w:rPr>
          <w:b/>
          <w:sz w:val="28"/>
        </w:rPr>
        <w:t>LEGACY BINDER</w:t>
      </w:r>
    </w:p>
    <w:p w14:paraId="7A428964" w14:textId="77777777" w:rsidR="00875956" w:rsidRDefault="00FB1026">
      <w:pPr>
        <w:spacing w:after="60"/>
        <w:jc w:val="center"/>
      </w:pPr>
      <w:r>
        <w:rPr>
          <w:b/>
          <w:sz w:val="32"/>
        </w:rPr>
        <w:t>S14-01 — FIREARM INFORMATION SUMMARY</w:t>
      </w:r>
    </w:p>
    <w:p w14:paraId="659DC14E" w14:textId="77777777" w:rsidR="00875956" w:rsidRDefault="00FB1026" w:rsidP="00953E62">
      <w:pPr>
        <w:spacing w:after="100"/>
        <w:ind w:left="180"/>
        <w:jc w:val="center"/>
      </w:pPr>
      <w:r>
        <w:rPr>
          <w:i/>
          <w:sz w:val="17"/>
        </w:rPr>
        <w:t>Use one copy for each firearm or significant regulated item, as appropriate. Record identifying information, ownership and record locations, secure storage, intended disposition, special legal status, insurance and appraisal information, and useful professional contacts.</w:t>
      </w:r>
    </w:p>
    <w:tbl>
      <w:tblPr>
        <w:tblW w:w="0" w:type="auto"/>
        <w:jc w:val="center"/>
        <w:tblLook w:val="04A0" w:firstRow="1" w:lastRow="0" w:firstColumn="1" w:lastColumn="0" w:noHBand="0" w:noVBand="1"/>
      </w:tblPr>
      <w:tblGrid>
        <w:gridCol w:w="5400"/>
        <w:gridCol w:w="5220"/>
      </w:tblGrid>
      <w:tr w:rsidR="00875956" w14:paraId="6AA752CC" w14:textId="77777777" w:rsidTr="00953E62">
        <w:trPr>
          <w:jc w:val="center"/>
        </w:trPr>
        <w:tc>
          <w:tcPr>
            <w:tcW w:w="5400" w:type="dxa"/>
            <w:tcMar>
              <w:top w:w="28" w:type="dxa"/>
              <w:left w:w="40" w:type="dxa"/>
              <w:bottom w:w="28" w:type="dxa"/>
              <w:right w:w="40" w:type="dxa"/>
            </w:tcMar>
          </w:tcPr>
          <w:p w14:paraId="700DB077" w14:textId="77777777" w:rsidR="00875956" w:rsidRDefault="00FB1026">
            <w:pPr>
              <w:spacing w:after="0"/>
            </w:pPr>
            <w:r>
              <w:rPr>
                <w:b/>
              </w:rPr>
              <w:t xml:space="preserve">Owner / Responsible Person: </w:t>
            </w:r>
            <w:r>
              <w:t>____________________________</w:t>
            </w:r>
          </w:p>
        </w:tc>
        <w:tc>
          <w:tcPr>
            <w:tcW w:w="5220" w:type="dxa"/>
            <w:tcMar>
              <w:top w:w="28" w:type="dxa"/>
              <w:left w:w="40" w:type="dxa"/>
              <w:bottom w:w="28" w:type="dxa"/>
              <w:right w:w="40" w:type="dxa"/>
            </w:tcMar>
          </w:tcPr>
          <w:p w14:paraId="5837AAFB" w14:textId="77777777" w:rsidR="00875956" w:rsidRDefault="00FB1026">
            <w:pPr>
              <w:spacing w:after="0"/>
            </w:pPr>
            <w:r>
              <w:rPr>
                <w:b/>
              </w:rPr>
              <w:t xml:space="preserve">Date Last Updated: </w:t>
            </w:r>
            <w:r>
              <w:t>________________</w:t>
            </w:r>
          </w:p>
        </w:tc>
      </w:tr>
    </w:tbl>
    <w:p w14:paraId="3020405D" w14:textId="77777777" w:rsidR="00875956" w:rsidRDefault="00875956">
      <w:pPr>
        <w:spacing w:after="0"/>
      </w:pPr>
    </w:p>
    <w:tbl>
      <w:tblPr>
        <w:tblW w:w="0" w:type="auto"/>
        <w:jc w:val="center"/>
        <w:tblLook w:val="04A0" w:firstRow="1" w:lastRow="0" w:firstColumn="1" w:lastColumn="0" w:noHBand="0" w:noVBand="1"/>
      </w:tblPr>
      <w:tblGrid>
        <w:gridCol w:w="10530"/>
      </w:tblGrid>
      <w:tr w:rsidR="00875956" w14:paraId="467BCE78" w14:textId="77777777" w:rsidTr="000E3C3E">
        <w:trPr>
          <w:jc w:val="center"/>
        </w:trPr>
        <w:tc>
          <w:tcPr>
            <w:tcW w:w="10530" w:type="dxa"/>
            <w:shd w:val="clear" w:color="auto" w:fill="D9D9D9"/>
            <w:tcMar>
              <w:top w:w="44" w:type="dxa"/>
              <w:left w:w="55" w:type="dxa"/>
              <w:bottom w:w="44" w:type="dxa"/>
              <w:right w:w="55" w:type="dxa"/>
            </w:tcMar>
          </w:tcPr>
          <w:p w14:paraId="60520AF9" w14:textId="77777777" w:rsidR="00875956" w:rsidRDefault="00FB1026">
            <w:pPr>
              <w:spacing w:after="0"/>
            </w:pPr>
            <w:r>
              <w:rPr>
                <w:b/>
                <w:sz w:val="19"/>
              </w:rPr>
              <w:t>IDENTIFICATION</w:t>
            </w:r>
          </w:p>
        </w:tc>
      </w:tr>
    </w:tbl>
    <w:tbl>
      <w:tblPr>
        <w:tblStyle w:val="TableGrid"/>
        <w:tblW w:w="0" w:type="auto"/>
        <w:jc w:val="center"/>
        <w:tblLayout w:type="fixed"/>
        <w:tblLook w:val="04A0" w:firstRow="1" w:lastRow="0" w:firstColumn="1" w:lastColumn="0" w:noHBand="0" w:noVBand="1"/>
      </w:tblPr>
      <w:tblGrid>
        <w:gridCol w:w="3672"/>
        <w:gridCol w:w="6768"/>
      </w:tblGrid>
      <w:tr w:rsidR="00875956" w14:paraId="407CAEF7" w14:textId="77777777" w:rsidTr="000E3C3E">
        <w:trPr>
          <w:trHeight w:val="320"/>
          <w:jc w:val="center"/>
        </w:trPr>
        <w:tc>
          <w:tcPr>
            <w:tcW w:w="3672" w:type="dxa"/>
            <w:tcMar>
              <w:top w:w="40" w:type="dxa"/>
              <w:left w:w="32" w:type="dxa"/>
              <w:bottom w:w="40" w:type="dxa"/>
              <w:right w:w="32" w:type="dxa"/>
            </w:tcMar>
          </w:tcPr>
          <w:p w14:paraId="16ACAD89" w14:textId="77777777" w:rsidR="00875956" w:rsidRDefault="00FB1026">
            <w:r>
              <w:rPr>
                <w:b/>
                <w:sz w:val="16"/>
              </w:rPr>
              <w:t>Manufacturer</w:t>
            </w:r>
          </w:p>
        </w:tc>
        <w:tc>
          <w:tcPr>
            <w:tcW w:w="6768" w:type="dxa"/>
            <w:tcMar>
              <w:top w:w="40" w:type="dxa"/>
              <w:left w:w="32" w:type="dxa"/>
              <w:bottom w:w="40" w:type="dxa"/>
              <w:right w:w="32" w:type="dxa"/>
            </w:tcMar>
          </w:tcPr>
          <w:p w14:paraId="798A0F5F" w14:textId="77777777" w:rsidR="00875956" w:rsidRDefault="00875956"/>
        </w:tc>
      </w:tr>
      <w:tr w:rsidR="00875956" w14:paraId="3703EA0A" w14:textId="77777777" w:rsidTr="000E3C3E">
        <w:trPr>
          <w:trHeight w:val="320"/>
          <w:jc w:val="center"/>
        </w:trPr>
        <w:tc>
          <w:tcPr>
            <w:tcW w:w="3672" w:type="dxa"/>
            <w:tcMar>
              <w:top w:w="40" w:type="dxa"/>
              <w:left w:w="32" w:type="dxa"/>
              <w:bottom w:w="40" w:type="dxa"/>
              <w:right w:w="32" w:type="dxa"/>
            </w:tcMar>
          </w:tcPr>
          <w:p w14:paraId="0A511286" w14:textId="77777777" w:rsidR="00875956" w:rsidRDefault="00FB1026">
            <w:r>
              <w:rPr>
                <w:b/>
                <w:sz w:val="16"/>
              </w:rPr>
              <w:t>Model</w:t>
            </w:r>
          </w:p>
        </w:tc>
        <w:tc>
          <w:tcPr>
            <w:tcW w:w="6768" w:type="dxa"/>
            <w:tcMar>
              <w:top w:w="40" w:type="dxa"/>
              <w:left w:w="32" w:type="dxa"/>
              <w:bottom w:w="40" w:type="dxa"/>
              <w:right w:w="32" w:type="dxa"/>
            </w:tcMar>
          </w:tcPr>
          <w:p w14:paraId="63405B85" w14:textId="77777777" w:rsidR="00875956" w:rsidRDefault="00875956"/>
        </w:tc>
      </w:tr>
      <w:tr w:rsidR="00875956" w14:paraId="5E6EA27A" w14:textId="77777777" w:rsidTr="000E3C3E">
        <w:trPr>
          <w:trHeight w:val="320"/>
          <w:jc w:val="center"/>
        </w:trPr>
        <w:tc>
          <w:tcPr>
            <w:tcW w:w="3672" w:type="dxa"/>
            <w:tcMar>
              <w:top w:w="40" w:type="dxa"/>
              <w:left w:w="32" w:type="dxa"/>
              <w:bottom w:w="40" w:type="dxa"/>
              <w:right w:w="32" w:type="dxa"/>
            </w:tcMar>
          </w:tcPr>
          <w:p w14:paraId="2C364A9D" w14:textId="77777777" w:rsidR="00875956" w:rsidRDefault="00FB1026">
            <w:r>
              <w:rPr>
                <w:b/>
                <w:sz w:val="16"/>
              </w:rPr>
              <w:t>Type</w:t>
            </w:r>
          </w:p>
        </w:tc>
        <w:tc>
          <w:tcPr>
            <w:tcW w:w="6768" w:type="dxa"/>
            <w:tcMar>
              <w:top w:w="40" w:type="dxa"/>
              <w:left w:w="32" w:type="dxa"/>
              <w:bottom w:w="40" w:type="dxa"/>
              <w:right w:w="32" w:type="dxa"/>
            </w:tcMar>
          </w:tcPr>
          <w:p w14:paraId="39D93FBA" w14:textId="77777777" w:rsidR="00875956" w:rsidRDefault="00875956"/>
        </w:tc>
      </w:tr>
      <w:tr w:rsidR="00875956" w14:paraId="7A38B212" w14:textId="77777777" w:rsidTr="000E3C3E">
        <w:trPr>
          <w:trHeight w:val="320"/>
          <w:jc w:val="center"/>
        </w:trPr>
        <w:tc>
          <w:tcPr>
            <w:tcW w:w="3672" w:type="dxa"/>
            <w:tcMar>
              <w:top w:w="40" w:type="dxa"/>
              <w:left w:w="32" w:type="dxa"/>
              <w:bottom w:w="40" w:type="dxa"/>
              <w:right w:w="32" w:type="dxa"/>
            </w:tcMar>
          </w:tcPr>
          <w:p w14:paraId="555C0F57" w14:textId="77777777" w:rsidR="00875956" w:rsidRDefault="00FB1026">
            <w:r>
              <w:rPr>
                <w:b/>
                <w:sz w:val="16"/>
              </w:rPr>
              <w:t>Caliber / Gauge</w:t>
            </w:r>
          </w:p>
        </w:tc>
        <w:tc>
          <w:tcPr>
            <w:tcW w:w="6768" w:type="dxa"/>
            <w:tcMar>
              <w:top w:w="40" w:type="dxa"/>
              <w:left w:w="32" w:type="dxa"/>
              <w:bottom w:w="40" w:type="dxa"/>
              <w:right w:w="32" w:type="dxa"/>
            </w:tcMar>
          </w:tcPr>
          <w:p w14:paraId="47C56175" w14:textId="77777777" w:rsidR="00875956" w:rsidRDefault="00875956"/>
        </w:tc>
      </w:tr>
      <w:tr w:rsidR="00875956" w14:paraId="23D36B16" w14:textId="77777777" w:rsidTr="000E3C3E">
        <w:trPr>
          <w:trHeight w:val="320"/>
          <w:jc w:val="center"/>
        </w:trPr>
        <w:tc>
          <w:tcPr>
            <w:tcW w:w="3672" w:type="dxa"/>
            <w:tcMar>
              <w:top w:w="40" w:type="dxa"/>
              <w:left w:w="32" w:type="dxa"/>
              <w:bottom w:w="40" w:type="dxa"/>
              <w:right w:w="32" w:type="dxa"/>
            </w:tcMar>
          </w:tcPr>
          <w:p w14:paraId="6C14644F" w14:textId="77777777" w:rsidR="00875956" w:rsidRDefault="00FB1026">
            <w:r>
              <w:rPr>
                <w:b/>
                <w:sz w:val="16"/>
              </w:rPr>
              <w:t>Serial Number</w:t>
            </w:r>
          </w:p>
        </w:tc>
        <w:tc>
          <w:tcPr>
            <w:tcW w:w="6768" w:type="dxa"/>
            <w:tcMar>
              <w:top w:w="40" w:type="dxa"/>
              <w:left w:w="32" w:type="dxa"/>
              <w:bottom w:w="40" w:type="dxa"/>
              <w:right w:w="32" w:type="dxa"/>
            </w:tcMar>
          </w:tcPr>
          <w:p w14:paraId="655909A2" w14:textId="77777777" w:rsidR="00875956" w:rsidRDefault="00875956"/>
        </w:tc>
      </w:tr>
      <w:tr w:rsidR="00875956" w14:paraId="3B1A0EA8" w14:textId="77777777" w:rsidTr="000E3C3E">
        <w:trPr>
          <w:trHeight w:val="320"/>
          <w:jc w:val="center"/>
        </w:trPr>
        <w:tc>
          <w:tcPr>
            <w:tcW w:w="3672" w:type="dxa"/>
            <w:tcMar>
              <w:top w:w="40" w:type="dxa"/>
              <w:left w:w="32" w:type="dxa"/>
              <w:bottom w:w="40" w:type="dxa"/>
              <w:right w:w="32" w:type="dxa"/>
            </w:tcMar>
          </w:tcPr>
          <w:p w14:paraId="00BFFFAA" w14:textId="77777777" w:rsidR="00875956" w:rsidRDefault="00FB1026">
            <w:r>
              <w:rPr>
                <w:b/>
                <w:sz w:val="16"/>
              </w:rPr>
              <w:t>Approximate Value, optional</w:t>
            </w:r>
          </w:p>
        </w:tc>
        <w:tc>
          <w:tcPr>
            <w:tcW w:w="6768" w:type="dxa"/>
            <w:tcMar>
              <w:top w:w="40" w:type="dxa"/>
              <w:left w:w="32" w:type="dxa"/>
              <w:bottom w:w="40" w:type="dxa"/>
              <w:right w:w="32" w:type="dxa"/>
            </w:tcMar>
          </w:tcPr>
          <w:p w14:paraId="60BFD9F9" w14:textId="77777777" w:rsidR="00875956" w:rsidRDefault="00875956"/>
        </w:tc>
      </w:tr>
      <w:tr w:rsidR="00875956" w14:paraId="54F81AFF" w14:textId="77777777" w:rsidTr="000E3C3E">
        <w:trPr>
          <w:trHeight w:val="320"/>
          <w:jc w:val="center"/>
        </w:trPr>
        <w:tc>
          <w:tcPr>
            <w:tcW w:w="3672" w:type="dxa"/>
            <w:tcMar>
              <w:top w:w="40" w:type="dxa"/>
              <w:left w:w="32" w:type="dxa"/>
              <w:bottom w:w="40" w:type="dxa"/>
              <w:right w:w="32" w:type="dxa"/>
            </w:tcMar>
          </w:tcPr>
          <w:p w14:paraId="71B1293B" w14:textId="77777777" w:rsidR="00875956" w:rsidRDefault="00FB1026">
            <w:r>
              <w:rPr>
                <w:b/>
                <w:sz w:val="16"/>
              </w:rPr>
              <w:t>Photograph / Photograph Location</w:t>
            </w:r>
          </w:p>
        </w:tc>
        <w:tc>
          <w:tcPr>
            <w:tcW w:w="6768" w:type="dxa"/>
            <w:tcMar>
              <w:top w:w="40" w:type="dxa"/>
              <w:left w:w="32" w:type="dxa"/>
              <w:bottom w:w="40" w:type="dxa"/>
              <w:right w:w="32" w:type="dxa"/>
            </w:tcMar>
          </w:tcPr>
          <w:p w14:paraId="3487B359" w14:textId="77777777" w:rsidR="00875956" w:rsidRDefault="00875956"/>
        </w:tc>
      </w:tr>
    </w:tbl>
    <w:p w14:paraId="4D309548" w14:textId="77777777" w:rsidR="00875956" w:rsidRDefault="00875956">
      <w:pPr>
        <w:spacing w:after="0"/>
      </w:pPr>
    </w:p>
    <w:tbl>
      <w:tblPr>
        <w:tblW w:w="0" w:type="auto"/>
        <w:jc w:val="center"/>
        <w:tblLook w:val="04A0" w:firstRow="1" w:lastRow="0" w:firstColumn="1" w:lastColumn="0" w:noHBand="0" w:noVBand="1"/>
      </w:tblPr>
      <w:tblGrid>
        <w:gridCol w:w="10440"/>
      </w:tblGrid>
      <w:tr w:rsidR="00875956" w14:paraId="1B4EE339" w14:textId="77777777" w:rsidTr="000E3C3E">
        <w:trPr>
          <w:jc w:val="center"/>
        </w:trPr>
        <w:tc>
          <w:tcPr>
            <w:tcW w:w="10440" w:type="dxa"/>
            <w:shd w:val="clear" w:color="auto" w:fill="D9D9D9"/>
            <w:tcMar>
              <w:top w:w="44" w:type="dxa"/>
              <w:left w:w="55" w:type="dxa"/>
              <w:bottom w:w="44" w:type="dxa"/>
              <w:right w:w="55" w:type="dxa"/>
            </w:tcMar>
          </w:tcPr>
          <w:p w14:paraId="5BDBD388" w14:textId="77777777" w:rsidR="00875956" w:rsidRDefault="00FB1026">
            <w:pPr>
              <w:spacing w:after="0"/>
            </w:pPr>
            <w:r>
              <w:rPr>
                <w:b/>
                <w:sz w:val="19"/>
              </w:rPr>
              <w:t>OWNERSHIP &amp; RECORDS</w:t>
            </w:r>
          </w:p>
        </w:tc>
      </w:tr>
    </w:tbl>
    <w:tbl>
      <w:tblPr>
        <w:tblStyle w:val="TableGrid"/>
        <w:tblW w:w="0" w:type="auto"/>
        <w:jc w:val="center"/>
        <w:tblLayout w:type="fixed"/>
        <w:tblLook w:val="04A0" w:firstRow="1" w:lastRow="0" w:firstColumn="1" w:lastColumn="0" w:noHBand="0" w:noVBand="1"/>
      </w:tblPr>
      <w:tblGrid>
        <w:gridCol w:w="3672"/>
        <w:gridCol w:w="6768"/>
      </w:tblGrid>
      <w:tr w:rsidR="00875956" w14:paraId="1845F178" w14:textId="77777777" w:rsidTr="000E3C3E">
        <w:trPr>
          <w:trHeight w:val="335"/>
          <w:jc w:val="center"/>
        </w:trPr>
        <w:tc>
          <w:tcPr>
            <w:tcW w:w="3672" w:type="dxa"/>
            <w:tcMar>
              <w:top w:w="40" w:type="dxa"/>
              <w:left w:w="32" w:type="dxa"/>
              <w:bottom w:w="40" w:type="dxa"/>
              <w:right w:w="32" w:type="dxa"/>
            </w:tcMar>
          </w:tcPr>
          <w:p w14:paraId="3C6FBAE1" w14:textId="77777777" w:rsidR="00875956" w:rsidRDefault="00FB1026">
            <w:r>
              <w:rPr>
                <w:b/>
                <w:sz w:val="16"/>
              </w:rPr>
              <w:t>Date Acquired, optional</w:t>
            </w:r>
          </w:p>
        </w:tc>
        <w:tc>
          <w:tcPr>
            <w:tcW w:w="6768" w:type="dxa"/>
            <w:tcMar>
              <w:top w:w="40" w:type="dxa"/>
              <w:left w:w="32" w:type="dxa"/>
              <w:bottom w:w="40" w:type="dxa"/>
              <w:right w:w="32" w:type="dxa"/>
            </w:tcMar>
          </w:tcPr>
          <w:p w14:paraId="256113EB" w14:textId="77777777" w:rsidR="00875956" w:rsidRDefault="00875956"/>
        </w:tc>
      </w:tr>
      <w:tr w:rsidR="00875956" w14:paraId="6D231267" w14:textId="77777777" w:rsidTr="000E3C3E">
        <w:trPr>
          <w:trHeight w:val="335"/>
          <w:jc w:val="center"/>
        </w:trPr>
        <w:tc>
          <w:tcPr>
            <w:tcW w:w="3672" w:type="dxa"/>
            <w:tcMar>
              <w:top w:w="40" w:type="dxa"/>
              <w:left w:w="32" w:type="dxa"/>
              <w:bottom w:w="40" w:type="dxa"/>
              <w:right w:w="32" w:type="dxa"/>
            </w:tcMar>
          </w:tcPr>
          <w:p w14:paraId="4E4D4CEE" w14:textId="77777777" w:rsidR="00875956" w:rsidRDefault="00FB1026">
            <w:r>
              <w:rPr>
                <w:b/>
                <w:sz w:val="16"/>
              </w:rPr>
              <w:t>Location of Purchase Documentation</w:t>
            </w:r>
          </w:p>
        </w:tc>
        <w:tc>
          <w:tcPr>
            <w:tcW w:w="6768" w:type="dxa"/>
            <w:tcMar>
              <w:top w:w="40" w:type="dxa"/>
              <w:left w:w="32" w:type="dxa"/>
              <w:bottom w:w="40" w:type="dxa"/>
              <w:right w:w="32" w:type="dxa"/>
            </w:tcMar>
          </w:tcPr>
          <w:p w14:paraId="068D131E" w14:textId="77777777" w:rsidR="00875956" w:rsidRDefault="00875956"/>
        </w:tc>
      </w:tr>
      <w:tr w:rsidR="00875956" w14:paraId="1B197791" w14:textId="77777777" w:rsidTr="000E3C3E">
        <w:trPr>
          <w:trHeight w:val="335"/>
          <w:jc w:val="center"/>
        </w:trPr>
        <w:tc>
          <w:tcPr>
            <w:tcW w:w="3672" w:type="dxa"/>
            <w:tcMar>
              <w:top w:w="40" w:type="dxa"/>
              <w:left w:w="32" w:type="dxa"/>
              <w:bottom w:w="40" w:type="dxa"/>
              <w:right w:w="32" w:type="dxa"/>
            </w:tcMar>
          </w:tcPr>
          <w:p w14:paraId="7585F592" w14:textId="77777777" w:rsidR="00875956" w:rsidRDefault="00FB1026">
            <w:r>
              <w:rPr>
                <w:b/>
                <w:sz w:val="16"/>
              </w:rPr>
              <w:t>Location of Receipt / Bill of Sale, if available</w:t>
            </w:r>
          </w:p>
        </w:tc>
        <w:tc>
          <w:tcPr>
            <w:tcW w:w="6768" w:type="dxa"/>
            <w:tcMar>
              <w:top w:w="40" w:type="dxa"/>
              <w:left w:w="32" w:type="dxa"/>
              <w:bottom w:w="40" w:type="dxa"/>
              <w:right w:w="32" w:type="dxa"/>
            </w:tcMar>
          </w:tcPr>
          <w:p w14:paraId="2F2AE17E" w14:textId="77777777" w:rsidR="00875956" w:rsidRDefault="00875956"/>
        </w:tc>
      </w:tr>
      <w:tr w:rsidR="00875956" w14:paraId="5B21DBD4" w14:textId="77777777" w:rsidTr="000E3C3E">
        <w:trPr>
          <w:trHeight w:val="370"/>
          <w:jc w:val="center"/>
        </w:trPr>
        <w:tc>
          <w:tcPr>
            <w:tcW w:w="3672" w:type="dxa"/>
            <w:tcMar>
              <w:top w:w="40" w:type="dxa"/>
              <w:left w:w="32" w:type="dxa"/>
              <w:bottom w:w="40" w:type="dxa"/>
              <w:right w:w="32" w:type="dxa"/>
            </w:tcMar>
          </w:tcPr>
          <w:p w14:paraId="3B0CB285" w14:textId="77777777" w:rsidR="00875956" w:rsidRDefault="00FB1026">
            <w:r>
              <w:rPr>
                <w:b/>
                <w:sz w:val="16"/>
              </w:rPr>
              <w:t>Registration / Permit / Licensing Information, if applicable</w:t>
            </w:r>
          </w:p>
        </w:tc>
        <w:tc>
          <w:tcPr>
            <w:tcW w:w="6768" w:type="dxa"/>
            <w:tcMar>
              <w:top w:w="40" w:type="dxa"/>
              <w:left w:w="32" w:type="dxa"/>
              <w:bottom w:w="40" w:type="dxa"/>
              <w:right w:w="32" w:type="dxa"/>
            </w:tcMar>
          </w:tcPr>
          <w:p w14:paraId="71295EAC" w14:textId="77777777" w:rsidR="00875956" w:rsidRDefault="00875956"/>
        </w:tc>
      </w:tr>
      <w:tr w:rsidR="00875956" w14:paraId="6A4AB132" w14:textId="77777777" w:rsidTr="000E3C3E">
        <w:trPr>
          <w:trHeight w:val="335"/>
          <w:jc w:val="center"/>
        </w:trPr>
        <w:tc>
          <w:tcPr>
            <w:tcW w:w="3672" w:type="dxa"/>
            <w:tcMar>
              <w:top w:w="40" w:type="dxa"/>
              <w:left w:w="32" w:type="dxa"/>
              <w:bottom w:w="40" w:type="dxa"/>
              <w:right w:w="32" w:type="dxa"/>
            </w:tcMar>
          </w:tcPr>
          <w:p w14:paraId="3CFB2ADC" w14:textId="77777777" w:rsidR="00875956" w:rsidRDefault="00FB1026">
            <w:r>
              <w:rPr>
                <w:b/>
                <w:sz w:val="16"/>
              </w:rPr>
              <w:t>Appraisal Information / Location, if applicable</w:t>
            </w:r>
          </w:p>
        </w:tc>
        <w:tc>
          <w:tcPr>
            <w:tcW w:w="6768" w:type="dxa"/>
            <w:tcMar>
              <w:top w:w="40" w:type="dxa"/>
              <w:left w:w="32" w:type="dxa"/>
              <w:bottom w:w="40" w:type="dxa"/>
              <w:right w:w="32" w:type="dxa"/>
            </w:tcMar>
          </w:tcPr>
          <w:p w14:paraId="0AA80168" w14:textId="77777777" w:rsidR="00875956" w:rsidRDefault="00875956"/>
        </w:tc>
      </w:tr>
    </w:tbl>
    <w:p w14:paraId="4E7CB0C4" w14:textId="77777777" w:rsidR="00875956" w:rsidRDefault="00875956">
      <w:pPr>
        <w:spacing w:after="0"/>
      </w:pPr>
    </w:p>
    <w:tbl>
      <w:tblPr>
        <w:tblW w:w="0" w:type="auto"/>
        <w:jc w:val="center"/>
        <w:tblLook w:val="04A0" w:firstRow="1" w:lastRow="0" w:firstColumn="1" w:lastColumn="0" w:noHBand="0" w:noVBand="1"/>
      </w:tblPr>
      <w:tblGrid>
        <w:gridCol w:w="10440"/>
      </w:tblGrid>
      <w:tr w:rsidR="00875956" w14:paraId="3D71C87E" w14:textId="77777777" w:rsidTr="000E3C3E">
        <w:trPr>
          <w:jc w:val="center"/>
        </w:trPr>
        <w:tc>
          <w:tcPr>
            <w:tcW w:w="10440" w:type="dxa"/>
            <w:shd w:val="clear" w:color="auto" w:fill="D9D9D9"/>
            <w:tcMar>
              <w:top w:w="44" w:type="dxa"/>
              <w:left w:w="55" w:type="dxa"/>
              <w:bottom w:w="44" w:type="dxa"/>
              <w:right w:w="55" w:type="dxa"/>
            </w:tcMar>
          </w:tcPr>
          <w:p w14:paraId="209634BC" w14:textId="77777777" w:rsidR="00875956" w:rsidRDefault="00FB1026">
            <w:pPr>
              <w:spacing w:after="0"/>
            </w:pPr>
            <w:r>
              <w:rPr>
                <w:b/>
                <w:sz w:val="19"/>
              </w:rPr>
              <w:t>SECURE STORAGE</w:t>
            </w:r>
          </w:p>
        </w:tc>
      </w:tr>
    </w:tbl>
    <w:tbl>
      <w:tblPr>
        <w:tblStyle w:val="TableGrid"/>
        <w:tblW w:w="0" w:type="auto"/>
        <w:jc w:val="center"/>
        <w:tblLayout w:type="fixed"/>
        <w:tblLook w:val="04A0" w:firstRow="1" w:lastRow="0" w:firstColumn="1" w:lastColumn="0" w:noHBand="0" w:noVBand="1"/>
      </w:tblPr>
      <w:tblGrid>
        <w:gridCol w:w="3672"/>
        <w:gridCol w:w="6768"/>
      </w:tblGrid>
      <w:tr w:rsidR="00875956" w14:paraId="5E527B3D" w14:textId="77777777" w:rsidTr="000E3C3E">
        <w:trPr>
          <w:trHeight w:val="340"/>
          <w:jc w:val="center"/>
        </w:trPr>
        <w:tc>
          <w:tcPr>
            <w:tcW w:w="3672" w:type="dxa"/>
            <w:tcMar>
              <w:top w:w="40" w:type="dxa"/>
              <w:left w:w="32" w:type="dxa"/>
              <w:bottom w:w="40" w:type="dxa"/>
              <w:right w:w="32" w:type="dxa"/>
            </w:tcMar>
          </w:tcPr>
          <w:p w14:paraId="51256C74" w14:textId="77777777" w:rsidR="00875956" w:rsidRDefault="00FB1026">
            <w:r>
              <w:rPr>
                <w:b/>
                <w:sz w:val="16"/>
              </w:rPr>
              <w:t>General Storage Location</w:t>
            </w:r>
          </w:p>
        </w:tc>
        <w:tc>
          <w:tcPr>
            <w:tcW w:w="6768" w:type="dxa"/>
            <w:tcMar>
              <w:top w:w="40" w:type="dxa"/>
              <w:left w:w="32" w:type="dxa"/>
              <w:bottom w:w="40" w:type="dxa"/>
              <w:right w:w="32" w:type="dxa"/>
            </w:tcMar>
          </w:tcPr>
          <w:p w14:paraId="23BE8073" w14:textId="77777777" w:rsidR="00875956" w:rsidRDefault="00875956"/>
        </w:tc>
      </w:tr>
      <w:tr w:rsidR="00875956" w14:paraId="62F9504F" w14:textId="77777777" w:rsidTr="000E3C3E">
        <w:trPr>
          <w:trHeight w:val="340"/>
          <w:jc w:val="center"/>
        </w:trPr>
        <w:tc>
          <w:tcPr>
            <w:tcW w:w="3672" w:type="dxa"/>
            <w:tcMar>
              <w:top w:w="40" w:type="dxa"/>
              <w:left w:w="32" w:type="dxa"/>
              <w:bottom w:w="40" w:type="dxa"/>
              <w:right w:w="32" w:type="dxa"/>
            </w:tcMar>
          </w:tcPr>
          <w:p w14:paraId="1D4ECD98" w14:textId="77777777" w:rsidR="00875956" w:rsidRDefault="00FB1026">
            <w:r>
              <w:rPr>
                <w:b/>
                <w:sz w:val="16"/>
              </w:rPr>
              <w:t>Safe / Cabinet / Other Secured-Storage Location</w:t>
            </w:r>
          </w:p>
        </w:tc>
        <w:tc>
          <w:tcPr>
            <w:tcW w:w="6768" w:type="dxa"/>
            <w:tcMar>
              <w:top w:w="40" w:type="dxa"/>
              <w:left w:w="32" w:type="dxa"/>
              <w:bottom w:w="40" w:type="dxa"/>
              <w:right w:w="32" w:type="dxa"/>
            </w:tcMar>
          </w:tcPr>
          <w:p w14:paraId="7332126A" w14:textId="77777777" w:rsidR="00875956" w:rsidRDefault="00875956"/>
        </w:tc>
      </w:tr>
      <w:tr w:rsidR="00875956" w14:paraId="6201CE4E" w14:textId="77777777" w:rsidTr="000E3C3E">
        <w:trPr>
          <w:trHeight w:val="390"/>
          <w:jc w:val="center"/>
        </w:trPr>
        <w:tc>
          <w:tcPr>
            <w:tcW w:w="3672" w:type="dxa"/>
            <w:tcMar>
              <w:top w:w="40" w:type="dxa"/>
              <w:left w:w="32" w:type="dxa"/>
              <w:bottom w:w="40" w:type="dxa"/>
              <w:right w:w="32" w:type="dxa"/>
            </w:tcMar>
          </w:tcPr>
          <w:p w14:paraId="118AE4CF" w14:textId="77777777" w:rsidR="00875956" w:rsidRDefault="00FB1026">
            <w:r>
              <w:rPr>
                <w:b/>
                <w:sz w:val="16"/>
              </w:rPr>
              <w:t>Where Key / Combination / Other Access Information Is Securely Maintained</w:t>
            </w:r>
          </w:p>
        </w:tc>
        <w:tc>
          <w:tcPr>
            <w:tcW w:w="6768" w:type="dxa"/>
            <w:tcMar>
              <w:top w:w="40" w:type="dxa"/>
              <w:left w:w="32" w:type="dxa"/>
              <w:bottom w:w="40" w:type="dxa"/>
              <w:right w:w="32" w:type="dxa"/>
            </w:tcMar>
          </w:tcPr>
          <w:p w14:paraId="18788137" w14:textId="77777777" w:rsidR="00875956" w:rsidRDefault="00875956"/>
        </w:tc>
      </w:tr>
    </w:tbl>
    <w:p w14:paraId="7A54706E" w14:textId="77777777" w:rsidR="00875956" w:rsidRDefault="00FB1026" w:rsidP="000E3C3E">
      <w:pPr>
        <w:spacing w:before="80" w:after="0"/>
        <w:ind w:left="180"/>
      </w:pPr>
      <w:r>
        <w:rPr>
          <w:b/>
        </w:rPr>
        <w:t xml:space="preserve">Security Notice: </w:t>
      </w:r>
      <w:r>
        <w:t>A completed firearm inventory contains sensitive information about valuable and potentially dangerous property. Protect physical and electronic copies appropriately. Do not record safe combinations, access codes, or other security credentials here unless you have intentionally chosen a secure method for doing so.</w:t>
      </w:r>
    </w:p>
    <w:p w14:paraId="146A33F5" w14:textId="77777777" w:rsidR="00875956" w:rsidRDefault="00FB1026" w:rsidP="000E3C3E">
      <w:pPr>
        <w:ind w:left="180"/>
      </w:pPr>
      <w:r>
        <w:br w:type="page"/>
      </w:r>
    </w:p>
    <w:tbl>
      <w:tblPr>
        <w:tblW w:w="0" w:type="auto"/>
        <w:jc w:val="center"/>
        <w:tblLook w:val="04A0" w:firstRow="1" w:lastRow="0" w:firstColumn="1" w:lastColumn="0" w:noHBand="0" w:noVBand="1"/>
      </w:tblPr>
      <w:tblGrid>
        <w:gridCol w:w="10440"/>
      </w:tblGrid>
      <w:tr w:rsidR="00875956" w14:paraId="51C02059" w14:textId="77777777" w:rsidTr="000E3C3E">
        <w:trPr>
          <w:jc w:val="center"/>
        </w:trPr>
        <w:tc>
          <w:tcPr>
            <w:tcW w:w="10440" w:type="dxa"/>
            <w:shd w:val="clear" w:color="auto" w:fill="D9D9D9"/>
            <w:tcMar>
              <w:top w:w="44" w:type="dxa"/>
              <w:left w:w="55" w:type="dxa"/>
              <w:bottom w:w="44" w:type="dxa"/>
              <w:right w:w="55" w:type="dxa"/>
            </w:tcMar>
          </w:tcPr>
          <w:p w14:paraId="49580B8E" w14:textId="77777777" w:rsidR="00875956" w:rsidRDefault="00FB1026">
            <w:pPr>
              <w:spacing w:after="0"/>
            </w:pPr>
            <w:r>
              <w:rPr>
                <w:b/>
                <w:sz w:val="19"/>
              </w:rPr>
              <w:lastRenderedPageBreak/>
              <w:t>INTENDED DISPOSITION</w:t>
            </w:r>
          </w:p>
        </w:tc>
      </w:tr>
    </w:tbl>
    <w:tbl>
      <w:tblPr>
        <w:tblStyle w:val="TableGrid"/>
        <w:tblW w:w="0" w:type="auto"/>
        <w:jc w:val="center"/>
        <w:tblLayout w:type="fixed"/>
        <w:tblLook w:val="04A0" w:firstRow="1" w:lastRow="0" w:firstColumn="1" w:lastColumn="0" w:noHBand="0" w:noVBand="1"/>
      </w:tblPr>
      <w:tblGrid>
        <w:gridCol w:w="3672"/>
        <w:gridCol w:w="6768"/>
      </w:tblGrid>
      <w:tr w:rsidR="00875956" w14:paraId="5ACDB586" w14:textId="77777777" w:rsidTr="000E3C3E">
        <w:trPr>
          <w:trHeight w:val="350"/>
          <w:jc w:val="center"/>
        </w:trPr>
        <w:tc>
          <w:tcPr>
            <w:tcW w:w="3672" w:type="dxa"/>
            <w:tcMar>
              <w:top w:w="40" w:type="dxa"/>
              <w:left w:w="32" w:type="dxa"/>
              <w:bottom w:w="40" w:type="dxa"/>
              <w:right w:w="32" w:type="dxa"/>
            </w:tcMar>
          </w:tcPr>
          <w:p w14:paraId="52A5E766" w14:textId="77777777" w:rsidR="00875956" w:rsidRDefault="00FB1026">
            <w:r>
              <w:rPr>
                <w:b/>
                <w:sz w:val="16"/>
              </w:rPr>
              <w:t>Intended Recipient, if any</w:t>
            </w:r>
          </w:p>
        </w:tc>
        <w:tc>
          <w:tcPr>
            <w:tcW w:w="6768" w:type="dxa"/>
            <w:tcMar>
              <w:top w:w="40" w:type="dxa"/>
              <w:left w:w="32" w:type="dxa"/>
              <w:bottom w:w="40" w:type="dxa"/>
              <w:right w:w="32" w:type="dxa"/>
            </w:tcMar>
          </w:tcPr>
          <w:p w14:paraId="41AB1191" w14:textId="77777777" w:rsidR="00875956" w:rsidRDefault="00875956"/>
        </w:tc>
      </w:tr>
      <w:tr w:rsidR="00875956" w14:paraId="7B7B02BB" w14:textId="77777777" w:rsidTr="000E3C3E">
        <w:trPr>
          <w:trHeight w:val="350"/>
          <w:jc w:val="center"/>
        </w:trPr>
        <w:tc>
          <w:tcPr>
            <w:tcW w:w="3672" w:type="dxa"/>
            <w:tcMar>
              <w:top w:w="40" w:type="dxa"/>
              <w:left w:w="32" w:type="dxa"/>
              <w:bottom w:w="40" w:type="dxa"/>
              <w:right w:w="32" w:type="dxa"/>
            </w:tcMar>
          </w:tcPr>
          <w:p w14:paraId="20B9CB52" w14:textId="77777777" w:rsidR="00875956" w:rsidRDefault="00FB1026">
            <w:r>
              <w:rPr>
                <w:b/>
                <w:sz w:val="16"/>
              </w:rPr>
              <w:t>Alternate Recipient, if any</w:t>
            </w:r>
          </w:p>
        </w:tc>
        <w:tc>
          <w:tcPr>
            <w:tcW w:w="6768" w:type="dxa"/>
            <w:tcMar>
              <w:top w:w="40" w:type="dxa"/>
              <w:left w:w="32" w:type="dxa"/>
              <w:bottom w:w="40" w:type="dxa"/>
              <w:right w:w="32" w:type="dxa"/>
            </w:tcMar>
          </w:tcPr>
          <w:p w14:paraId="12B9C303" w14:textId="77777777" w:rsidR="00875956" w:rsidRDefault="00875956"/>
        </w:tc>
      </w:tr>
      <w:tr w:rsidR="00875956" w14:paraId="03C4F54C" w14:textId="77777777" w:rsidTr="000E3C3E">
        <w:trPr>
          <w:trHeight w:val="350"/>
          <w:jc w:val="center"/>
        </w:trPr>
        <w:tc>
          <w:tcPr>
            <w:tcW w:w="3672" w:type="dxa"/>
            <w:tcMar>
              <w:top w:w="40" w:type="dxa"/>
              <w:left w:w="32" w:type="dxa"/>
              <w:bottom w:w="40" w:type="dxa"/>
              <w:right w:w="32" w:type="dxa"/>
            </w:tcMar>
          </w:tcPr>
          <w:p w14:paraId="3924CC6D" w14:textId="77777777" w:rsidR="00875956" w:rsidRDefault="00FB1026">
            <w:r>
              <w:rPr>
                <w:b/>
                <w:sz w:val="16"/>
              </w:rPr>
              <w:t>Preference for Sale / Consignment Through a Qualified Dealer, if applicable</w:t>
            </w:r>
          </w:p>
        </w:tc>
        <w:tc>
          <w:tcPr>
            <w:tcW w:w="6768" w:type="dxa"/>
            <w:tcMar>
              <w:top w:w="40" w:type="dxa"/>
              <w:left w:w="32" w:type="dxa"/>
              <w:bottom w:w="40" w:type="dxa"/>
              <w:right w:w="32" w:type="dxa"/>
            </w:tcMar>
          </w:tcPr>
          <w:p w14:paraId="53C33B40" w14:textId="77777777" w:rsidR="00875956" w:rsidRDefault="00875956"/>
        </w:tc>
      </w:tr>
      <w:tr w:rsidR="00875956" w14:paraId="24693D6F" w14:textId="77777777" w:rsidTr="000E3C3E">
        <w:trPr>
          <w:trHeight w:val="350"/>
          <w:jc w:val="center"/>
        </w:trPr>
        <w:tc>
          <w:tcPr>
            <w:tcW w:w="3672" w:type="dxa"/>
            <w:tcMar>
              <w:top w:w="40" w:type="dxa"/>
              <w:left w:w="32" w:type="dxa"/>
              <w:bottom w:w="40" w:type="dxa"/>
              <w:right w:w="32" w:type="dxa"/>
            </w:tcMar>
          </w:tcPr>
          <w:p w14:paraId="36031F6E" w14:textId="77777777" w:rsidR="00875956" w:rsidRDefault="00FB1026">
            <w:r>
              <w:rPr>
                <w:b/>
                <w:sz w:val="16"/>
              </w:rPr>
              <w:t>Other Preferred Disposition</w:t>
            </w:r>
          </w:p>
        </w:tc>
        <w:tc>
          <w:tcPr>
            <w:tcW w:w="6768" w:type="dxa"/>
            <w:tcMar>
              <w:top w:w="40" w:type="dxa"/>
              <w:left w:w="32" w:type="dxa"/>
              <w:bottom w:w="40" w:type="dxa"/>
              <w:right w:w="32" w:type="dxa"/>
            </w:tcMar>
          </w:tcPr>
          <w:p w14:paraId="30D988FE" w14:textId="77777777" w:rsidR="00875956" w:rsidRDefault="00875956"/>
        </w:tc>
      </w:tr>
      <w:tr w:rsidR="00875956" w14:paraId="50030647" w14:textId="77777777" w:rsidTr="000E3C3E">
        <w:trPr>
          <w:trHeight w:val="420"/>
          <w:jc w:val="center"/>
        </w:trPr>
        <w:tc>
          <w:tcPr>
            <w:tcW w:w="3672" w:type="dxa"/>
            <w:tcMar>
              <w:top w:w="40" w:type="dxa"/>
              <w:left w:w="32" w:type="dxa"/>
              <w:bottom w:w="40" w:type="dxa"/>
              <w:right w:w="32" w:type="dxa"/>
            </w:tcMar>
          </w:tcPr>
          <w:p w14:paraId="746697E6" w14:textId="77777777" w:rsidR="00875956" w:rsidRDefault="00FB1026">
            <w:r>
              <w:rPr>
                <w:b/>
                <w:sz w:val="16"/>
              </w:rPr>
              <w:t>Special Instructions / General Wishes</w:t>
            </w:r>
          </w:p>
        </w:tc>
        <w:tc>
          <w:tcPr>
            <w:tcW w:w="6768" w:type="dxa"/>
            <w:tcMar>
              <w:top w:w="40" w:type="dxa"/>
              <w:left w:w="32" w:type="dxa"/>
              <w:bottom w:w="40" w:type="dxa"/>
              <w:right w:w="32" w:type="dxa"/>
            </w:tcMar>
          </w:tcPr>
          <w:p w14:paraId="1EDE44D3" w14:textId="77777777" w:rsidR="00875956" w:rsidRDefault="00875956"/>
        </w:tc>
      </w:tr>
    </w:tbl>
    <w:p w14:paraId="1F14B167" w14:textId="77777777" w:rsidR="00875956" w:rsidRDefault="00FB1026" w:rsidP="000E3C3E">
      <w:pPr>
        <w:spacing w:before="80" w:after="80"/>
        <w:ind w:left="180"/>
      </w:pPr>
      <w:r>
        <w:rPr>
          <w:b/>
        </w:rPr>
        <w:t xml:space="preserve">Important: </w:t>
      </w:r>
      <w:r>
        <w:t>Recording an intended recipient or disposition on this form does not itself legally transfer ownership or establish that the person may lawfully receive or possess the firearm. Coordinate your wishes with your estate-planning documents and verify applicable law when a transfer is actually made.</w:t>
      </w:r>
    </w:p>
    <w:tbl>
      <w:tblPr>
        <w:tblW w:w="0" w:type="auto"/>
        <w:jc w:val="center"/>
        <w:tblLook w:val="04A0" w:firstRow="1" w:lastRow="0" w:firstColumn="1" w:lastColumn="0" w:noHBand="0" w:noVBand="1"/>
      </w:tblPr>
      <w:tblGrid>
        <w:gridCol w:w="10440"/>
      </w:tblGrid>
      <w:tr w:rsidR="00875956" w14:paraId="62D1C2A6" w14:textId="77777777" w:rsidTr="000E3C3E">
        <w:trPr>
          <w:jc w:val="center"/>
        </w:trPr>
        <w:tc>
          <w:tcPr>
            <w:tcW w:w="10440" w:type="dxa"/>
            <w:shd w:val="clear" w:color="auto" w:fill="D9D9D9"/>
            <w:tcMar>
              <w:top w:w="44" w:type="dxa"/>
              <w:left w:w="55" w:type="dxa"/>
              <w:bottom w:w="44" w:type="dxa"/>
              <w:right w:w="55" w:type="dxa"/>
            </w:tcMar>
          </w:tcPr>
          <w:p w14:paraId="77E68D90" w14:textId="77777777" w:rsidR="00875956" w:rsidRDefault="00FB1026">
            <w:pPr>
              <w:spacing w:after="0"/>
            </w:pPr>
            <w:r>
              <w:rPr>
                <w:b/>
                <w:sz w:val="19"/>
              </w:rPr>
              <w:t>SPECIAL STATUS — IF APPLICABLE</w:t>
            </w:r>
          </w:p>
        </w:tc>
      </w:tr>
    </w:tbl>
    <w:tbl>
      <w:tblPr>
        <w:tblStyle w:val="TableGrid"/>
        <w:tblW w:w="0" w:type="auto"/>
        <w:jc w:val="center"/>
        <w:tblLayout w:type="fixed"/>
        <w:tblLook w:val="04A0" w:firstRow="1" w:lastRow="0" w:firstColumn="1" w:lastColumn="0" w:noHBand="0" w:noVBand="1"/>
      </w:tblPr>
      <w:tblGrid>
        <w:gridCol w:w="3672"/>
        <w:gridCol w:w="6768"/>
      </w:tblGrid>
      <w:tr w:rsidR="00875956" w14:paraId="3EF4C58F" w14:textId="77777777" w:rsidTr="000E3C3E">
        <w:trPr>
          <w:trHeight w:val="340"/>
          <w:jc w:val="center"/>
        </w:trPr>
        <w:tc>
          <w:tcPr>
            <w:tcW w:w="3672" w:type="dxa"/>
            <w:tcMar>
              <w:top w:w="40" w:type="dxa"/>
              <w:left w:w="32" w:type="dxa"/>
              <w:bottom w:w="40" w:type="dxa"/>
              <w:right w:w="32" w:type="dxa"/>
            </w:tcMar>
          </w:tcPr>
          <w:p w14:paraId="24254587" w14:textId="77777777" w:rsidR="00875956" w:rsidRDefault="00FB1026">
            <w:r>
              <w:rPr>
                <w:b/>
                <w:sz w:val="16"/>
              </w:rPr>
              <w:t>Possible NFA-Regulated Item?  ☐ Yes   ☐ No   ☐ Unknown</w:t>
            </w:r>
          </w:p>
        </w:tc>
        <w:tc>
          <w:tcPr>
            <w:tcW w:w="6768" w:type="dxa"/>
            <w:tcMar>
              <w:top w:w="40" w:type="dxa"/>
              <w:left w:w="32" w:type="dxa"/>
              <w:bottom w:w="40" w:type="dxa"/>
              <w:right w:w="32" w:type="dxa"/>
            </w:tcMar>
          </w:tcPr>
          <w:p w14:paraId="44E9231C" w14:textId="77777777" w:rsidR="00875956" w:rsidRDefault="00875956"/>
        </w:tc>
      </w:tr>
      <w:tr w:rsidR="00875956" w14:paraId="18EB098E" w14:textId="77777777" w:rsidTr="000E3C3E">
        <w:trPr>
          <w:trHeight w:val="340"/>
          <w:jc w:val="center"/>
        </w:trPr>
        <w:tc>
          <w:tcPr>
            <w:tcW w:w="3672" w:type="dxa"/>
            <w:tcMar>
              <w:top w:w="40" w:type="dxa"/>
              <w:left w:w="32" w:type="dxa"/>
              <w:bottom w:w="40" w:type="dxa"/>
              <w:right w:w="32" w:type="dxa"/>
            </w:tcMar>
          </w:tcPr>
          <w:p w14:paraId="4F4BD75D" w14:textId="77777777" w:rsidR="00875956" w:rsidRDefault="00FB1026">
            <w:r>
              <w:rPr>
                <w:b/>
                <w:sz w:val="16"/>
              </w:rPr>
              <w:t>Owned Through Firearm / Gun Trust?  ☐ Yes   ☐ No</w:t>
            </w:r>
          </w:p>
        </w:tc>
        <w:tc>
          <w:tcPr>
            <w:tcW w:w="6768" w:type="dxa"/>
            <w:tcMar>
              <w:top w:w="40" w:type="dxa"/>
              <w:left w:w="32" w:type="dxa"/>
              <w:bottom w:w="40" w:type="dxa"/>
              <w:right w:w="32" w:type="dxa"/>
            </w:tcMar>
          </w:tcPr>
          <w:p w14:paraId="2B91F183" w14:textId="77777777" w:rsidR="00875956" w:rsidRDefault="00875956"/>
        </w:tc>
      </w:tr>
      <w:tr w:rsidR="00875956" w14:paraId="3D7D08CA" w14:textId="77777777" w:rsidTr="000E3C3E">
        <w:trPr>
          <w:trHeight w:val="340"/>
          <w:jc w:val="center"/>
        </w:trPr>
        <w:tc>
          <w:tcPr>
            <w:tcW w:w="3672" w:type="dxa"/>
            <w:tcMar>
              <w:top w:w="40" w:type="dxa"/>
              <w:left w:w="32" w:type="dxa"/>
              <w:bottom w:w="40" w:type="dxa"/>
              <w:right w:w="32" w:type="dxa"/>
            </w:tcMar>
          </w:tcPr>
          <w:p w14:paraId="0BDA53B2" w14:textId="77777777" w:rsidR="00875956" w:rsidRDefault="00FB1026">
            <w:r>
              <w:rPr>
                <w:b/>
                <w:sz w:val="16"/>
              </w:rPr>
              <w:t>Firearm / Gun Trust Name or Document Location</w:t>
            </w:r>
          </w:p>
        </w:tc>
        <w:tc>
          <w:tcPr>
            <w:tcW w:w="6768" w:type="dxa"/>
            <w:tcMar>
              <w:top w:w="40" w:type="dxa"/>
              <w:left w:w="32" w:type="dxa"/>
              <w:bottom w:w="40" w:type="dxa"/>
              <w:right w:w="32" w:type="dxa"/>
            </w:tcMar>
          </w:tcPr>
          <w:p w14:paraId="51C9959A" w14:textId="77777777" w:rsidR="00875956" w:rsidRDefault="00875956"/>
        </w:tc>
      </w:tr>
      <w:tr w:rsidR="00875956" w14:paraId="50FD7D4E" w14:textId="77777777" w:rsidTr="000E3C3E">
        <w:trPr>
          <w:trHeight w:val="340"/>
          <w:jc w:val="center"/>
        </w:trPr>
        <w:tc>
          <w:tcPr>
            <w:tcW w:w="3672" w:type="dxa"/>
            <w:tcMar>
              <w:top w:w="40" w:type="dxa"/>
              <w:left w:w="32" w:type="dxa"/>
              <w:bottom w:w="40" w:type="dxa"/>
              <w:right w:w="32" w:type="dxa"/>
            </w:tcMar>
          </w:tcPr>
          <w:p w14:paraId="00C7110B" w14:textId="77777777" w:rsidR="00875956" w:rsidRDefault="00FB1026">
            <w:r>
              <w:rPr>
                <w:b/>
                <w:sz w:val="16"/>
              </w:rPr>
              <w:t>Curio &amp; Relic (C&amp;R) Status?  ☐ Yes   ☐ No   ☐ Unknown</w:t>
            </w:r>
          </w:p>
        </w:tc>
        <w:tc>
          <w:tcPr>
            <w:tcW w:w="6768" w:type="dxa"/>
            <w:tcMar>
              <w:top w:w="40" w:type="dxa"/>
              <w:left w:w="32" w:type="dxa"/>
              <w:bottom w:w="40" w:type="dxa"/>
              <w:right w:w="32" w:type="dxa"/>
            </w:tcMar>
          </w:tcPr>
          <w:p w14:paraId="6FE5766F" w14:textId="77777777" w:rsidR="00875956" w:rsidRDefault="00875956"/>
        </w:tc>
      </w:tr>
      <w:tr w:rsidR="00875956" w14:paraId="035970AF" w14:textId="77777777" w:rsidTr="000E3C3E">
        <w:trPr>
          <w:trHeight w:val="340"/>
          <w:jc w:val="center"/>
        </w:trPr>
        <w:tc>
          <w:tcPr>
            <w:tcW w:w="3672" w:type="dxa"/>
            <w:tcMar>
              <w:top w:w="40" w:type="dxa"/>
              <w:left w:w="32" w:type="dxa"/>
              <w:bottom w:w="40" w:type="dxa"/>
              <w:right w:w="32" w:type="dxa"/>
            </w:tcMar>
          </w:tcPr>
          <w:p w14:paraId="27BCFDD1" w14:textId="77777777" w:rsidR="00875956" w:rsidRDefault="00FB1026">
            <w:r>
              <w:rPr>
                <w:b/>
                <w:sz w:val="16"/>
              </w:rPr>
              <w:t>Collector License / Records Location, if applicable</w:t>
            </w:r>
          </w:p>
        </w:tc>
        <w:tc>
          <w:tcPr>
            <w:tcW w:w="6768" w:type="dxa"/>
            <w:tcMar>
              <w:top w:w="40" w:type="dxa"/>
              <w:left w:w="32" w:type="dxa"/>
              <w:bottom w:w="40" w:type="dxa"/>
              <w:right w:w="32" w:type="dxa"/>
            </w:tcMar>
          </w:tcPr>
          <w:p w14:paraId="186204A8" w14:textId="77777777" w:rsidR="00875956" w:rsidRDefault="00875956"/>
        </w:tc>
      </w:tr>
      <w:tr w:rsidR="00875956" w14:paraId="482D3E61" w14:textId="77777777" w:rsidTr="000E3C3E">
        <w:trPr>
          <w:trHeight w:val="410"/>
          <w:jc w:val="center"/>
        </w:trPr>
        <w:tc>
          <w:tcPr>
            <w:tcW w:w="3672" w:type="dxa"/>
            <w:tcMar>
              <w:top w:w="40" w:type="dxa"/>
              <w:left w:w="32" w:type="dxa"/>
              <w:bottom w:w="40" w:type="dxa"/>
              <w:right w:w="32" w:type="dxa"/>
            </w:tcMar>
          </w:tcPr>
          <w:p w14:paraId="1944A046" w14:textId="77777777" w:rsidR="00875956" w:rsidRDefault="00FB1026">
            <w:r>
              <w:rPr>
                <w:b/>
                <w:sz w:val="16"/>
              </w:rPr>
              <w:t>Other Known Legal Classification / Restriction &amp; Related Document Location</w:t>
            </w:r>
          </w:p>
        </w:tc>
        <w:tc>
          <w:tcPr>
            <w:tcW w:w="6768" w:type="dxa"/>
            <w:tcMar>
              <w:top w:w="40" w:type="dxa"/>
              <w:left w:w="32" w:type="dxa"/>
              <w:bottom w:w="40" w:type="dxa"/>
              <w:right w:w="32" w:type="dxa"/>
            </w:tcMar>
          </w:tcPr>
          <w:p w14:paraId="78C567D5" w14:textId="77777777" w:rsidR="00875956" w:rsidRDefault="00875956"/>
        </w:tc>
      </w:tr>
    </w:tbl>
    <w:p w14:paraId="0ABEED94" w14:textId="77777777" w:rsidR="00875956" w:rsidRDefault="00875956">
      <w:pPr>
        <w:spacing w:after="0"/>
      </w:pPr>
    </w:p>
    <w:tbl>
      <w:tblPr>
        <w:tblW w:w="0" w:type="auto"/>
        <w:jc w:val="center"/>
        <w:tblLook w:val="04A0" w:firstRow="1" w:lastRow="0" w:firstColumn="1" w:lastColumn="0" w:noHBand="0" w:noVBand="1"/>
      </w:tblPr>
      <w:tblGrid>
        <w:gridCol w:w="10440"/>
      </w:tblGrid>
      <w:tr w:rsidR="00875956" w14:paraId="5A3A2304" w14:textId="77777777" w:rsidTr="000E3C3E">
        <w:trPr>
          <w:jc w:val="center"/>
        </w:trPr>
        <w:tc>
          <w:tcPr>
            <w:tcW w:w="10440" w:type="dxa"/>
            <w:shd w:val="clear" w:color="auto" w:fill="D9D9D9"/>
            <w:tcMar>
              <w:top w:w="44" w:type="dxa"/>
              <w:left w:w="55" w:type="dxa"/>
              <w:bottom w:w="44" w:type="dxa"/>
              <w:right w:w="55" w:type="dxa"/>
            </w:tcMar>
          </w:tcPr>
          <w:p w14:paraId="59ACEE2D" w14:textId="77777777" w:rsidR="00875956" w:rsidRDefault="00FB1026">
            <w:pPr>
              <w:spacing w:after="0"/>
            </w:pPr>
            <w:r>
              <w:rPr>
                <w:b/>
                <w:sz w:val="19"/>
              </w:rPr>
              <w:t>INSURANCE &amp; VALUATION</w:t>
            </w:r>
          </w:p>
        </w:tc>
      </w:tr>
    </w:tbl>
    <w:tbl>
      <w:tblPr>
        <w:tblStyle w:val="TableGrid"/>
        <w:tblW w:w="0" w:type="auto"/>
        <w:jc w:val="center"/>
        <w:tblLayout w:type="fixed"/>
        <w:tblLook w:val="04A0" w:firstRow="1" w:lastRow="0" w:firstColumn="1" w:lastColumn="0" w:noHBand="0" w:noVBand="1"/>
      </w:tblPr>
      <w:tblGrid>
        <w:gridCol w:w="3672"/>
        <w:gridCol w:w="6768"/>
      </w:tblGrid>
      <w:tr w:rsidR="00875956" w14:paraId="7AD41AE7" w14:textId="77777777" w:rsidTr="000E3C3E">
        <w:trPr>
          <w:trHeight w:val="335"/>
          <w:jc w:val="center"/>
        </w:trPr>
        <w:tc>
          <w:tcPr>
            <w:tcW w:w="3672" w:type="dxa"/>
            <w:tcMar>
              <w:top w:w="40" w:type="dxa"/>
              <w:left w:w="32" w:type="dxa"/>
              <w:bottom w:w="40" w:type="dxa"/>
              <w:right w:w="32" w:type="dxa"/>
            </w:tcMar>
          </w:tcPr>
          <w:p w14:paraId="035E3529" w14:textId="77777777" w:rsidR="00875956" w:rsidRDefault="00FB1026">
            <w:r>
              <w:rPr>
                <w:b/>
                <w:sz w:val="16"/>
              </w:rPr>
              <w:t>Specifically Scheduled or Otherwise Insured?  ☐ Yes   ☐ No   ☐ Unknown</w:t>
            </w:r>
          </w:p>
        </w:tc>
        <w:tc>
          <w:tcPr>
            <w:tcW w:w="6768" w:type="dxa"/>
            <w:tcMar>
              <w:top w:w="40" w:type="dxa"/>
              <w:left w:w="32" w:type="dxa"/>
              <w:bottom w:w="40" w:type="dxa"/>
              <w:right w:w="32" w:type="dxa"/>
            </w:tcMar>
          </w:tcPr>
          <w:p w14:paraId="502A1E2A" w14:textId="77777777" w:rsidR="00875956" w:rsidRDefault="00875956"/>
        </w:tc>
      </w:tr>
      <w:tr w:rsidR="00875956" w14:paraId="6E80F5BE" w14:textId="77777777" w:rsidTr="000E3C3E">
        <w:trPr>
          <w:trHeight w:val="335"/>
          <w:jc w:val="center"/>
        </w:trPr>
        <w:tc>
          <w:tcPr>
            <w:tcW w:w="3672" w:type="dxa"/>
            <w:tcMar>
              <w:top w:w="40" w:type="dxa"/>
              <w:left w:w="32" w:type="dxa"/>
              <w:bottom w:w="40" w:type="dxa"/>
              <w:right w:w="32" w:type="dxa"/>
            </w:tcMar>
          </w:tcPr>
          <w:p w14:paraId="36191478" w14:textId="77777777" w:rsidR="00875956" w:rsidRDefault="00FB1026">
            <w:r>
              <w:rPr>
                <w:b/>
                <w:sz w:val="16"/>
              </w:rPr>
              <w:t>Insurance Information Location</w:t>
            </w:r>
          </w:p>
        </w:tc>
        <w:tc>
          <w:tcPr>
            <w:tcW w:w="6768" w:type="dxa"/>
            <w:tcMar>
              <w:top w:w="40" w:type="dxa"/>
              <w:left w:w="32" w:type="dxa"/>
              <w:bottom w:w="40" w:type="dxa"/>
              <w:right w:w="32" w:type="dxa"/>
            </w:tcMar>
          </w:tcPr>
          <w:p w14:paraId="7B32FF81" w14:textId="77777777" w:rsidR="00875956" w:rsidRDefault="00875956"/>
        </w:tc>
      </w:tr>
      <w:tr w:rsidR="00875956" w14:paraId="1C478585" w14:textId="77777777" w:rsidTr="000E3C3E">
        <w:trPr>
          <w:trHeight w:val="335"/>
          <w:jc w:val="center"/>
        </w:trPr>
        <w:tc>
          <w:tcPr>
            <w:tcW w:w="3672" w:type="dxa"/>
            <w:tcMar>
              <w:top w:w="40" w:type="dxa"/>
              <w:left w:w="32" w:type="dxa"/>
              <w:bottom w:w="40" w:type="dxa"/>
              <w:right w:w="32" w:type="dxa"/>
            </w:tcMar>
          </w:tcPr>
          <w:p w14:paraId="646059DB" w14:textId="77777777" w:rsidR="00875956" w:rsidRDefault="00FB1026">
            <w:r>
              <w:rPr>
                <w:b/>
                <w:sz w:val="16"/>
              </w:rPr>
              <w:t>Appraisal Date / Appraiser</w:t>
            </w:r>
          </w:p>
        </w:tc>
        <w:tc>
          <w:tcPr>
            <w:tcW w:w="6768" w:type="dxa"/>
            <w:tcMar>
              <w:top w:w="40" w:type="dxa"/>
              <w:left w:w="32" w:type="dxa"/>
              <w:bottom w:w="40" w:type="dxa"/>
              <w:right w:w="32" w:type="dxa"/>
            </w:tcMar>
          </w:tcPr>
          <w:p w14:paraId="5F640CAF" w14:textId="77777777" w:rsidR="00875956" w:rsidRDefault="00875956"/>
        </w:tc>
      </w:tr>
      <w:tr w:rsidR="00875956" w14:paraId="4BEBA47C" w14:textId="77777777" w:rsidTr="000E3C3E">
        <w:trPr>
          <w:trHeight w:val="335"/>
          <w:jc w:val="center"/>
        </w:trPr>
        <w:tc>
          <w:tcPr>
            <w:tcW w:w="3672" w:type="dxa"/>
            <w:tcMar>
              <w:top w:w="40" w:type="dxa"/>
              <w:left w:w="32" w:type="dxa"/>
              <w:bottom w:w="40" w:type="dxa"/>
              <w:right w:w="32" w:type="dxa"/>
            </w:tcMar>
          </w:tcPr>
          <w:p w14:paraId="7EDA0106" w14:textId="77777777" w:rsidR="00875956" w:rsidRDefault="00FB1026">
            <w:r>
              <w:rPr>
                <w:b/>
                <w:sz w:val="16"/>
              </w:rPr>
              <w:t>Appraisal Location</w:t>
            </w:r>
          </w:p>
        </w:tc>
        <w:tc>
          <w:tcPr>
            <w:tcW w:w="6768" w:type="dxa"/>
            <w:tcMar>
              <w:top w:w="40" w:type="dxa"/>
              <w:left w:w="32" w:type="dxa"/>
              <w:bottom w:w="40" w:type="dxa"/>
              <w:right w:w="32" w:type="dxa"/>
            </w:tcMar>
          </w:tcPr>
          <w:p w14:paraId="0C664ED9" w14:textId="77777777" w:rsidR="00875956" w:rsidRDefault="00875956"/>
        </w:tc>
      </w:tr>
      <w:tr w:rsidR="00875956" w14:paraId="284E772A" w14:textId="77777777" w:rsidTr="000E3C3E">
        <w:trPr>
          <w:trHeight w:val="335"/>
          <w:jc w:val="center"/>
        </w:trPr>
        <w:tc>
          <w:tcPr>
            <w:tcW w:w="3672" w:type="dxa"/>
            <w:tcMar>
              <w:top w:w="40" w:type="dxa"/>
              <w:left w:w="32" w:type="dxa"/>
              <w:bottom w:w="40" w:type="dxa"/>
              <w:right w:w="32" w:type="dxa"/>
            </w:tcMar>
          </w:tcPr>
          <w:p w14:paraId="2A121818" w14:textId="77777777" w:rsidR="00875956" w:rsidRDefault="00FB1026">
            <w:r>
              <w:rPr>
                <w:b/>
                <w:sz w:val="16"/>
              </w:rPr>
              <w:t>Photographs / Purchase Records / Other Evidence of Value Location</w:t>
            </w:r>
          </w:p>
        </w:tc>
        <w:tc>
          <w:tcPr>
            <w:tcW w:w="6768" w:type="dxa"/>
            <w:tcMar>
              <w:top w:w="40" w:type="dxa"/>
              <w:left w:w="32" w:type="dxa"/>
              <w:bottom w:w="40" w:type="dxa"/>
              <w:right w:w="32" w:type="dxa"/>
            </w:tcMar>
          </w:tcPr>
          <w:p w14:paraId="13330B8A" w14:textId="77777777" w:rsidR="00875956" w:rsidRDefault="00875956"/>
        </w:tc>
      </w:tr>
    </w:tbl>
    <w:p w14:paraId="653E4B6A" w14:textId="77777777" w:rsidR="00875956" w:rsidRDefault="00875956">
      <w:pPr>
        <w:spacing w:after="0"/>
      </w:pPr>
    </w:p>
    <w:tbl>
      <w:tblPr>
        <w:tblW w:w="0" w:type="auto"/>
        <w:jc w:val="center"/>
        <w:tblLook w:val="04A0" w:firstRow="1" w:lastRow="0" w:firstColumn="1" w:lastColumn="0" w:noHBand="0" w:noVBand="1"/>
      </w:tblPr>
      <w:tblGrid>
        <w:gridCol w:w="10440"/>
      </w:tblGrid>
      <w:tr w:rsidR="00875956" w14:paraId="2C7D4BAE" w14:textId="77777777" w:rsidTr="000E3C3E">
        <w:trPr>
          <w:jc w:val="center"/>
        </w:trPr>
        <w:tc>
          <w:tcPr>
            <w:tcW w:w="10440" w:type="dxa"/>
            <w:shd w:val="clear" w:color="auto" w:fill="D9D9D9"/>
            <w:tcMar>
              <w:top w:w="44" w:type="dxa"/>
              <w:left w:w="55" w:type="dxa"/>
              <w:bottom w:w="44" w:type="dxa"/>
              <w:right w:w="55" w:type="dxa"/>
            </w:tcMar>
          </w:tcPr>
          <w:p w14:paraId="21E01473" w14:textId="77777777" w:rsidR="00875956" w:rsidRDefault="00FB1026">
            <w:pPr>
              <w:spacing w:after="0"/>
            </w:pPr>
            <w:r>
              <w:rPr>
                <w:b/>
                <w:sz w:val="19"/>
              </w:rPr>
              <w:t>PROFESSIONAL CONTACTS</w:t>
            </w:r>
          </w:p>
        </w:tc>
      </w:tr>
    </w:tbl>
    <w:tbl>
      <w:tblPr>
        <w:tblStyle w:val="TableGrid"/>
        <w:tblW w:w="0" w:type="auto"/>
        <w:jc w:val="center"/>
        <w:tblLayout w:type="fixed"/>
        <w:tblLook w:val="04A0" w:firstRow="1" w:lastRow="0" w:firstColumn="1" w:lastColumn="0" w:noHBand="0" w:noVBand="1"/>
      </w:tblPr>
      <w:tblGrid>
        <w:gridCol w:w="3672"/>
        <w:gridCol w:w="6768"/>
      </w:tblGrid>
      <w:tr w:rsidR="00875956" w14:paraId="026B25FA" w14:textId="77777777" w:rsidTr="000E3C3E">
        <w:trPr>
          <w:trHeight w:val="335"/>
          <w:jc w:val="center"/>
        </w:trPr>
        <w:tc>
          <w:tcPr>
            <w:tcW w:w="3672" w:type="dxa"/>
            <w:tcMar>
              <w:top w:w="40" w:type="dxa"/>
              <w:left w:w="32" w:type="dxa"/>
              <w:bottom w:w="40" w:type="dxa"/>
              <w:right w:w="32" w:type="dxa"/>
            </w:tcMar>
          </w:tcPr>
          <w:p w14:paraId="5DCD2C20" w14:textId="77777777" w:rsidR="00875956" w:rsidRDefault="00FB1026">
            <w:r>
              <w:rPr>
                <w:b/>
                <w:sz w:val="16"/>
              </w:rPr>
              <w:t>Preferred Federal Firearms Licensee (FFL) / Phone</w:t>
            </w:r>
          </w:p>
        </w:tc>
        <w:tc>
          <w:tcPr>
            <w:tcW w:w="6768" w:type="dxa"/>
            <w:tcMar>
              <w:top w:w="40" w:type="dxa"/>
              <w:left w:w="32" w:type="dxa"/>
              <w:bottom w:w="40" w:type="dxa"/>
              <w:right w:w="32" w:type="dxa"/>
            </w:tcMar>
          </w:tcPr>
          <w:p w14:paraId="2322A044" w14:textId="77777777" w:rsidR="00875956" w:rsidRDefault="00875956"/>
        </w:tc>
      </w:tr>
      <w:tr w:rsidR="00875956" w14:paraId="66E3A2F2" w14:textId="77777777" w:rsidTr="000E3C3E">
        <w:trPr>
          <w:trHeight w:val="335"/>
          <w:jc w:val="center"/>
        </w:trPr>
        <w:tc>
          <w:tcPr>
            <w:tcW w:w="3672" w:type="dxa"/>
            <w:tcMar>
              <w:top w:w="40" w:type="dxa"/>
              <w:left w:w="32" w:type="dxa"/>
              <w:bottom w:w="40" w:type="dxa"/>
              <w:right w:w="32" w:type="dxa"/>
            </w:tcMar>
          </w:tcPr>
          <w:p w14:paraId="639C900E" w14:textId="77777777" w:rsidR="00875956" w:rsidRDefault="00FB1026">
            <w:r>
              <w:rPr>
                <w:b/>
                <w:sz w:val="16"/>
              </w:rPr>
              <w:t>Firearms Attorney / Phone</w:t>
            </w:r>
          </w:p>
        </w:tc>
        <w:tc>
          <w:tcPr>
            <w:tcW w:w="6768" w:type="dxa"/>
            <w:tcMar>
              <w:top w:w="40" w:type="dxa"/>
              <w:left w:w="32" w:type="dxa"/>
              <w:bottom w:w="40" w:type="dxa"/>
              <w:right w:w="32" w:type="dxa"/>
            </w:tcMar>
          </w:tcPr>
          <w:p w14:paraId="084F57B0" w14:textId="77777777" w:rsidR="00875956" w:rsidRDefault="00875956"/>
        </w:tc>
      </w:tr>
      <w:tr w:rsidR="00875956" w14:paraId="79A484A5" w14:textId="77777777" w:rsidTr="000E3C3E">
        <w:trPr>
          <w:trHeight w:val="335"/>
          <w:jc w:val="center"/>
        </w:trPr>
        <w:tc>
          <w:tcPr>
            <w:tcW w:w="3672" w:type="dxa"/>
            <w:tcMar>
              <w:top w:w="40" w:type="dxa"/>
              <w:left w:w="32" w:type="dxa"/>
              <w:bottom w:w="40" w:type="dxa"/>
              <w:right w:w="32" w:type="dxa"/>
            </w:tcMar>
          </w:tcPr>
          <w:p w14:paraId="45EF1DF7" w14:textId="77777777" w:rsidR="00875956" w:rsidRDefault="00FB1026">
            <w:r>
              <w:rPr>
                <w:b/>
                <w:sz w:val="16"/>
              </w:rPr>
              <w:t>Appraiser / Collector / Specialist / Phone</w:t>
            </w:r>
          </w:p>
        </w:tc>
        <w:tc>
          <w:tcPr>
            <w:tcW w:w="6768" w:type="dxa"/>
            <w:tcMar>
              <w:top w:w="40" w:type="dxa"/>
              <w:left w:w="32" w:type="dxa"/>
              <w:bottom w:w="40" w:type="dxa"/>
              <w:right w:w="32" w:type="dxa"/>
            </w:tcMar>
          </w:tcPr>
          <w:p w14:paraId="015D76D5" w14:textId="77777777" w:rsidR="00875956" w:rsidRDefault="00875956"/>
        </w:tc>
      </w:tr>
      <w:tr w:rsidR="00875956" w14:paraId="3D2B050D" w14:textId="77777777" w:rsidTr="000E3C3E">
        <w:trPr>
          <w:trHeight w:val="370"/>
          <w:jc w:val="center"/>
        </w:trPr>
        <w:tc>
          <w:tcPr>
            <w:tcW w:w="3672" w:type="dxa"/>
            <w:tcMar>
              <w:top w:w="40" w:type="dxa"/>
              <w:left w:w="32" w:type="dxa"/>
              <w:bottom w:w="40" w:type="dxa"/>
              <w:right w:w="32" w:type="dxa"/>
            </w:tcMar>
          </w:tcPr>
          <w:p w14:paraId="3781A1C8" w14:textId="77777777" w:rsidR="00875956" w:rsidRDefault="00FB1026">
            <w:r>
              <w:rPr>
                <w:b/>
                <w:sz w:val="16"/>
              </w:rPr>
              <w:t>Other Knowledgeable Professional / Contact</w:t>
            </w:r>
          </w:p>
        </w:tc>
        <w:tc>
          <w:tcPr>
            <w:tcW w:w="6768" w:type="dxa"/>
            <w:tcMar>
              <w:top w:w="40" w:type="dxa"/>
              <w:left w:w="32" w:type="dxa"/>
              <w:bottom w:w="40" w:type="dxa"/>
              <w:right w:w="32" w:type="dxa"/>
            </w:tcMar>
          </w:tcPr>
          <w:p w14:paraId="032853FF" w14:textId="77777777" w:rsidR="00875956" w:rsidRDefault="00875956"/>
        </w:tc>
      </w:tr>
    </w:tbl>
    <w:p w14:paraId="366D8C08" w14:textId="77777777" w:rsidR="00875956" w:rsidRDefault="00FB1026" w:rsidP="000E3C3E">
      <w:pPr>
        <w:spacing w:before="80" w:after="20"/>
        <w:ind w:left="180"/>
      </w:pPr>
      <w:r>
        <w:rPr>
          <w:b/>
        </w:rPr>
        <w:t xml:space="preserve">Coordination: </w:t>
      </w:r>
      <w:r>
        <w:t>Keep complete insurance information in Insurance Information and coordinate legally effective instructions and authority with Legal Information &amp; Decision Authority.</w:t>
      </w:r>
    </w:p>
    <w:p w14:paraId="23A1E440" w14:textId="77777777" w:rsidR="00875956" w:rsidRDefault="00FB1026" w:rsidP="000E3C3E">
      <w:pPr>
        <w:spacing w:before="20" w:after="0"/>
        <w:ind w:left="180"/>
      </w:pPr>
      <w:r>
        <w:rPr>
          <w:b/>
        </w:rPr>
        <w:t xml:space="preserve">Legal Reminder: </w:t>
      </w:r>
      <w:r>
        <w:t>Firearm laws and procedures can change. Verify current federal, state, and local requirements before any possession, transport, sale, distribution, or transfer.</w:t>
      </w:r>
    </w:p>
    <w:sectPr w:rsidR="00875956" w:rsidSect="00034616">
      <w:footerReference w:type="default" r:id="rId8"/>
      <w:pgSz w:w="12240" w:h="15840"/>
      <w:pgMar w:top="691" w:right="720" w:bottom="691"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F59BE" w14:textId="77777777" w:rsidR="000412F9" w:rsidRDefault="000412F9">
      <w:pPr>
        <w:spacing w:after="0" w:line="240" w:lineRule="auto"/>
      </w:pPr>
      <w:r>
        <w:separator/>
      </w:r>
    </w:p>
  </w:endnote>
  <w:endnote w:type="continuationSeparator" w:id="0">
    <w:p w14:paraId="7D0725C3" w14:textId="77777777" w:rsidR="000412F9" w:rsidRDefault="00041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AEBE7" w14:textId="77777777" w:rsidR="00875956" w:rsidRDefault="00FB1026">
    <w:pPr>
      <w:pStyle w:val="Footer"/>
      <w:jc w:val="center"/>
    </w:pPr>
    <w:r>
      <w:rPr>
        <w:sz w:val="14"/>
      </w:rPr>
      <w:t>Legacy Binder © Sheila Keene-Lund | S14-01 — Firearm Information Summary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2A5F5" w14:textId="77777777" w:rsidR="000412F9" w:rsidRDefault="000412F9">
      <w:pPr>
        <w:spacing w:after="0" w:line="240" w:lineRule="auto"/>
      </w:pPr>
      <w:r>
        <w:separator/>
      </w:r>
    </w:p>
  </w:footnote>
  <w:footnote w:type="continuationSeparator" w:id="0">
    <w:p w14:paraId="12623BA5" w14:textId="77777777" w:rsidR="000412F9" w:rsidRDefault="000412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8486921">
    <w:abstractNumId w:val="8"/>
  </w:num>
  <w:num w:numId="2" w16cid:durableId="2010205404">
    <w:abstractNumId w:val="6"/>
  </w:num>
  <w:num w:numId="3" w16cid:durableId="440271594">
    <w:abstractNumId w:val="5"/>
  </w:num>
  <w:num w:numId="4" w16cid:durableId="394932109">
    <w:abstractNumId w:val="4"/>
  </w:num>
  <w:num w:numId="5" w16cid:durableId="2011247188">
    <w:abstractNumId w:val="7"/>
  </w:num>
  <w:num w:numId="6" w16cid:durableId="1643926119">
    <w:abstractNumId w:val="3"/>
  </w:num>
  <w:num w:numId="7" w16cid:durableId="1196843854">
    <w:abstractNumId w:val="2"/>
  </w:num>
  <w:num w:numId="8" w16cid:durableId="1906530986">
    <w:abstractNumId w:val="1"/>
  </w:num>
  <w:num w:numId="9" w16cid:durableId="1177648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2F9"/>
    <w:rsid w:val="0006063C"/>
    <w:rsid w:val="000E3C3E"/>
    <w:rsid w:val="0015074B"/>
    <w:rsid w:val="001F2F16"/>
    <w:rsid w:val="0029639D"/>
    <w:rsid w:val="002B36E0"/>
    <w:rsid w:val="00326F90"/>
    <w:rsid w:val="003E2064"/>
    <w:rsid w:val="00413DFC"/>
    <w:rsid w:val="00875956"/>
    <w:rsid w:val="00953E62"/>
    <w:rsid w:val="00AA1D8D"/>
    <w:rsid w:val="00B47730"/>
    <w:rsid w:val="00CB0664"/>
    <w:rsid w:val="00FB102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43706C"/>
  <w14:defaultImageDpi w14:val="300"/>
  <w15:docId w15:val="{7E10FD57-B50D-4683-8461-DC9BBA0B5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2521</Characters>
  <Application>Microsoft Office Word</Application>
  <DocSecurity>0</DocSecurity>
  <Lines>109</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Ronald Kornreich</cp:lastModifiedBy>
  <cp:revision>4</cp:revision>
  <dcterms:created xsi:type="dcterms:W3CDTF">2026-09-08T09:58:00Z</dcterms:created>
  <dcterms:modified xsi:type="dcterms:W3CDTF">2026-09-14T10:42:00Z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79fbcb99-b29a-4a48-87cc-a5175f7d6ba7</vt:lpwstr>
  </property>
</Properties>
</file>