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A2420" w14:textId="77777777" w:rsidR="004A408E" w:rsidRDefault="00921378">
      <w:pPr>
        <w:spacing w:after="0"/>
        <w:jc w:val="center"/>
      </w:pPr>
      <w:r>
        <w:rPr>
          <w:b/>
          <w:sz w:val="28"/>
        </w:rPr>
        <w:t>LEGACY BINDER</w:t>
      </w:r>
    </w:p>
    <w:p w14:paraId="02C8C0A9" w14:textId="77777777" w:rsidR="004A408E" w:rsidRDefault="00921378">
      <w:pPr>
        <w:spacing w:after="60"/>
        <w:jc w:val="center"/>
      </w:pPr>
      <w:r>
        <w:rPr>
          <w:b/>
          <w:sz w:val="29"/>
        </w:rPr>
        <w:t>S15-01 — PROFESSIONAL, CREATIVE &amp; INTELLECTUAL ASSETS SUMMARY</w:t>
      </w:r>
    </w:p>
    <w:p w14:paraId="6A93CF7C" w14:textId="77777777" w:rsidR="004A408E" w:rsidRDefault="00921378">
      <w:pPr>
        <w:spacing w:after="100"/>
        <w:jc w:val="center"/>
      </w:pPr>
      <w:r>
        <w:rPr>
          <w:i/>
          <w:sz w:val="17"/>
        </w:rPr>
        <w:t>Use this form to identify significant professional, creative, business, and intellectual assets; ownership and registrations; contracts and income sources; contacts; business interests; master files and archives; platforms, websites, domains; and future-management information. Group related works when useful.</w:t>
      </w:r>
    </w:p>
    <w:tbl>
      <w:tblPr>
        <w:tblW w:w="0" w:type="auto"/>
        <w:tblLook w:val="04A0" w:firstRow="1" w:lastRow="0" w:firstColumn="1" w:lastColumn="0" w:noHBand="0" w:noVBand="1"/>
      </w:tblPr>
      <w:tblGrid>
        <w:gridCol w:w="5400"/>
        <w:gridCol w:w="5400"/>
      </w:tblGrid>
      <w:tr w:rsidR="004A408E" w14:paraId="3AF5D592" w14:textId="77777777">
        <w:tc>
          <w:tcPr>
            <w:tcW w:w="5400" w:type="dxa"/>
            <w:tcMar>
              <w:top w:w="28" w:type="dxa"/>
              <w:left w:w="40" w:type="dxa"/>
              <w:bottom w:w="28" w:type="dxa"/>
              <w:right w:w="40" w:type="dxa"/>
            </w:tcMar>
          </w:tcPr>
          <w:p w14:paraId="438BBBD0" w14:textId="77777777" w:rsidR="004A408E" w:rsidRDefault="00921378">
            <w:pPr>
              <w:spacing w:after="0"/>
            </w:pPr>
            <w:r>
              <w:rPr>
                <w:b/>
              </w:rPr>
              <w:t xml:space="preserve">Name: </w:t>
            </w:r>
            <w:r>
              <w:t>_____________________________________</w:t>
            </w:r>
          </w:p>
        </w:tc>
        <w:tc>
          <w:tcPr>
            <w:tcW w:w="5400" w:type="dxa"/>
            <w:tcMar>
              <w:top w:w="28" w:type="dxa"/>
              <w:left w:w="40" w:type="dxa"/>
              <w:bottom w:w="28" w:type="dxa"/>
              <w:right w:w="40" w:type="dxa"/>
            </w:tcMar>
          </w:tcPr>
          <w:p w14:paraId="62B0FD64" w14:textId="77777777" w:rsidR="004A408E" w:rsidRDefault="00921378">
            <w:pPr>
              <w:spacing w:after="0"/>
            </w:pPr>
            <w:r>
              <w:rPr>
                <w:b/>
              </w:rPr>
              <w:t xml:space="preserve">Date Last Updated: </w:t>
            </w:r>
            <w:r>
              <w:t>________________</w:t>
            </w:r>
          </w:p>
        </w:tc>
      </w:tr>
    </w:tbl>
    <w:p w14:paraId="040F1FA1" w14:textId="77777777" w:rsidR="004A408E" w:rsidRDefault="004A408E">
      <w:pPr>
        <w:spacing w:after="0"/>
      </w:pPr>
    </w:p>
    <w:tbl>
      <w:tblPr>
        <w:tblW w:w="0" w:type="auto"/>
        <w:jc w:val="center"/>
        <w:tblLook w:val="04A0" w:firstRow="1" w:lastRow="0" w:firstColumn="1" w:lastColumn="0" w:noHBand="0" w:noVBand="1"/>
      </w:tblPr>
      <w:tblGrid>
        <w:gridCol w:w="10800"/>
      </w:tblGrid>
      <w:tr w:rsidR="004A408E" w14:paraId="68E63C11" w14:textId="77777777" w:rsidTr="0057614B">
        <w:trPr>
          <w:jc w:val="center"/>
        </w:trPr>
        <w:tc>
          <w:tcPr>
            <w:tcW w:w="10800" w:type="dxa"/>
            <w:shd w:val="clear" w:color="auto" w:fill="D9D9D9"/>
            <w:tcMar>
              <w:top w:w="44" w:type="dxa"/>
              <w:left w:w="55" w:type="dxa"/>
              <w:bottom w:w="44" w:type="dxa"/>
              <w:right w:w="55" w:type="dxa"/>
            </w:tcMar>
          </w:tcPr>
          <w:p w14:paraId="533D11F1" w14:textId="77777777" w:rsidR="004A408E" w:rsidRDefault="00921378">
            <w:pPr>
              <w:spacing w:after="0"/>
            </w:pPr>
            <w:r>
              <w:rPr>
                <w:b/>
                <w:sz w:val="19"/>
              </w:rPr>
              <w:t>SIGNIFICANT WORKS &amp; ASSETS</w:t>
            </w:r>
          </w:p>
        </w:tc>
      </w:tr>
    </w:tbl>
    <w:tbl>
      <w:tblPr>
        <w:tblStyle w:val="TableGrid"/>
        <w:tblW w:w="10800" w:type="dxa"/>
        <w:jc w:val="center"/>
        <w:tblLayout w:type="fixed"/>
        <w:tblLook w:val="04A0" w:firstRow="1" w:lastRow="0" w:firstColumn="1" w:lastColumn="0" w:noHBand="0" w:noVBand="1"/>
      </w:tblPr>
      <w:tblGrid>
        <w:gridCol w:w="1777"/>
        <w:gridCol w:w="1383"/>
        <w:gridCol w:w="1252"/>
        <w:gridCol w:w="1776"/>
        <w:gridCol w:w="1186"/>
        <w:gridCol w:w="989"/>
        <w:gridCol w:w="1448"/>
        <w:gridCol w:w="989"/>
      </w:tblGrid>
      <w:tr w:rsidR="004A408E" w14:paraId="51E66AC1" w14:textId="77777777" w:rsidTr="0057614B">
        <w:trPr>
          <w:tblHeader/>
          <w:jc w:val="center"/>
        </w:trPr>
        <w:tc>
          <w:tcPr>
            <w:tcW w:w="1944" w:type="dxa"/>
            <w:shd w:val="clear" w:color="auto" w:fill="D9D9D9"/>
            <w:tcMar>
              <w:top w:w="48" w:type="dxa"/>
              <w:left w:w="23" w:type="dxa"/>
              <w:bottom w:w="48" w:type="dxa"/>
              <w:right w:w="23" w:type="dxa"/>
            </w:tcMar>
            <w:vAlign w:val="center"/>
          </w:tcPr>
          <w:p w14:paraId="639B3922" w14:textId="77777777" w:rsidR="004A408E" w:rsidRDefault="00921378">
            <w:pPr>
              <w:jc w:val="center"/>
            </w:pPr>
            <w:r>
              <w:rPr>
                <w:b/>
                <w:sz w:val="12"/>
              </w:rPr>
              <w:t>Title / Description</w:t>
            </w:r>
          </w:p>
        </w:tc>
        <w:tc>
          <w:tcPr>
            <w:tcW w:w="1512" w:type="dxa"/>
            <w:shd w:val="clear" w:color="auto" w:fill="D9D9D9"/>
            <w:tcMar>
              <w:top w:w="48" w:type="dxa"/>
              <w:left w:w="23" w:type="dxa"/>
              <w:bottom w:w="48" w:type="dxa"/>
              <w:right w:w="23" w:type="dxa"/>
            </w:tcMar>
            <w:vAlign w:val="center"/>
          </w:tcPr>
          <w:p w14:paraId="54EBA8D7" w14:textId="77777777" w:rsidR="004A408E" w:rsidRDefault="00921378">
            <w:pPr>
              <w:jc w:val="center"/>
            </w:pPr>
            <w:r>
              <w:rPr>
                <w:b/>
                <w:sz w:val="12"/>
              </w:rPr>
              <w:t>Type of Work / Asset</w:t>
            </w:r>
          </w:p>
        </w:tc>
        <w:tc>
          <w:tcPr>
            <w:tcW w:w="1368" w:type="dxa"/>
            <w:shd w:val="clear" w:color="auto" w:fill="D9D9D9"/>
            <w:tcMar>
              <w:top w:w="48" w:type="dxa"/>
              <w:left w:w="23" w:type="dxa"/>
              <w:bottom w:w="48" w:type="dxa"/>
              <w:right w:w="23" w:type="dxa"/>
            </w:tcMar>
            <w:vAlign w:val="center"/>
          </w:tcPr>
          <w:p w14:paraId="6FB911A0" w14:textId="77777777" w:rsidR="004A408E" w:rsidRDefault="00921378">
            <w:pPr>
              <w:jc w:val="center"/>
            </w:pPr>
            <w:r>
              <w:rPr>
                <w:b/>
                <w:sz w:val="12"/>
              </w:rPr>
              <w:t>Creator / Author</w:t>
            </w:r>
          </w:p>
        </w:tc>
        <w:tc>
          <w:tcPr>
            <w:tcW w:w="1944" w:type="dxa"/>
            <w:shd w:val="clear" w:color="auto" w:fill="D9D9D9"/>
            <w:tcMar>
              <w:top w:w="48" w:type="dxa"/>
              <w:left w:w="23" w:type="dxa"/>
              <w:bottom w:w="48" w:type="dxa"/>
              <w:right w:w="23" w:type="dxa"/>
            </w:tcMar>
            <w:vAlign w:val="center"/>
          </w:tcPr>
          <w:p w14:paraId="29E618F1" w14:textId="77777777" w:rsidR="004A408E" w:rsidRDefault="00921378">
            <w:pPr>
              <w:jc w:val="center"/>
            </w:pPr>
            <w:r>
              <w:rPr>
                <w:b/>
                <w:sz w:val="12"/>
              </w:rPr>
              <w:t>Current Owner / Ownership Form</w:t>
            </w:r>
          </w:p>
        </w:tc>
        <w:tc>
          <w:tcPr>
            <w:tcW w:w="1296" w:type="dxa"/>
            <w:shd w:val="clear" w:color="auto" w:fill="D9D9D9"/>
            <w:tcMar>
              <w:top w:w="48" w:type="dxa"/>
              <w:left w:w="23" w:type="dxa"/>
              <w:bottom w:w="48" w:type="dxa"/>
              <w:right w:w="23" w:type="dxa"/>
            </w:tcMar>
            <w:vAlign w:val="center"/>
          </w:tcPr>
          <w:p w14:paraId="7B57AC17" w14:textId="77777777" w:rsidR="004A408E" w:rsidRDefault="00921378">
            <w:pPr>
              <w:jc w:val="center"/>
            </w:pPr>
            <w:r>
              <w:rPr>
                <w:b/>
                <w:sz w:val="12"/>
              </w:rPr>
              <w:t>Current Status</w:t>
            </w:r>
          </w:p>
        </w:tc>
        <w:tc>
          <w:tcPr>
            <w:tcW w:w="1080" w:type="dxa"/>
            <w:shd w:val="clear" w:color="auto" w:fill="D9D9D9"/>
            <w:tcMar>
              <w:top w:w="48" w:type="dxa"/>
              <w:left w:w="23" w:type="dxa"/>
              <w:bottom w:w="48" w:type="dxa"/>
              <w:right w:w="23" w:type="dxa"/>
            </w:tcMar>
            <w:vAlign w:val="center"/>
          </w:tcPr>
          <w:p w14:paraId="6D71E6B0" w14:textId="77777777" w:rsidR="004A408E" w:rsidRDefault="00921378">
            <w:pPr>
              <w:jc w:val="center"/>
            </w:pPr>
            <w:r>
              <w:rPr>
                <w:b/>
                <w:sz w:val="12"/>
              </w:rPr>
              <w:t>Generates Income?</w:t>
            </w:r>
          </w:p>
        </w:tc>
        <w:tc>
          <w:tcPr>
            <w:tcW w:w="1584" w:type="dxa"/>
            <w:shd w:val="clear" w:color="auto" w:fill="D9D9D9"/>
            <w:tcMar>
              <w:top w:w="48" w:type="dxa"/>
              <w:left w:w="23" w:type="dxa"/>
              <w:bottom w:w="48" w:type="dxa"/>
              <w:right w:w="23" w:type="dxa"/>
            </w:tcMar>
            <w:vAlign w:val="center"/>
          </w:tcPr>
          <w:p w14:paraId="45ABE35A" w14:textId="77777777" w:rsidR="004A408E" w:rsidRDefault="00921378">
            <w:pPr>
              <w:jc w:val="center"/>
            </w:pPr>
            <w:r>
              <w:rPr>
                <w:b/>
                <w:sz w:val="12"/>
              </w:rPr>
              <w:t>Registration / ID</w:t>
            </w:r>
          </w:p>
        </w:tc>
        <w:tc>
          <w:tcPr>
            <w:tcW w:w="1080" w:type="dxa"/>
            <w:shd w:val="clear" w:color="auto" w:fill="D9D9D9"/>
            <w:tcMar>
              <w:top w:w="48" w:type="dxa"/>
              <w:left w:w="23" w:type="dxa"/>
              <w:bottom w:w="48" w:type="dxa"/>
              <w:right w:w="23" w:type="dxa"/>
            </w:tcMar>
            <w:vAlign w:val="center"/>
          </w:tcPr>
          <w:p w14:paraId="6E3DBF72" w14:textId="77777777" w:rsidR="004A408E" w:rsidRDefault="00921378">
            <w:pPr>
              <w:jc w:val="center"/>
            </w:pPr>
            <w:r>
              <w:rPr>
                <w:b/>
                <w:sz w:val="12"/>
              </w:rPr>
              <w:t>Last Reviewed</w:t>
            </w:r>
          </w:p>
        </w:tc>
      </w:tr>
      <w:tr w:rsidR="004A408E" w14:paraId="1D721179" w14:textId="77777777" w:rsidTr="0057614B">
        <w:trPr>
          <w:trHeight w:val="390"/>
          <w:jc w:val="center"/>
        </w:trPr>
        <w:tc>
          <w:tcPr>
            <w:tcW w:w="1944" w:type="dxa"/>
            <w:tcMar>
              <w:top w:w="34" w:type="dxa"/>
              <w:left w:w="25" w:type="dxa"/>
              <w:bottom w:w="34" w:type="dxa"/>
              <w:right w:w="25" w:type="dxa"/>
            </w:tcMar>
          </w:tcPr>
          <w:p w14:paraId="0F9A4F26" w14:textId="77777777" w:rsidR="004A408E" w:rsidRDefault="004A408E"/>
        </w:tc>
        <w:tc>
          <w:tcPr>
            <w:tcW w:w="1512" w:type="dxa"/>
            <w:tcMar>
              <w:top w:w="34" w:type="dxa"/>
              <w:left w:w="25" w:type="dxa"/>
              <w:bottom w:w="34" w:type="dxa"/>
              <w:right w:w="25" w:type="dxa"/>
            </w:tcMar>
          </w:tcPr>
          <w:p w14:paraId="2DDB20E6" w14:textId="77777777" w:rsidR="004A408E" w:rsidRDefault="004A408E"/>
        </w:tc>
        <w:tc>
          <w:tcPr>
            <w:tcW w:w="1368" w:type="dxa"/>
            <w:tcMar>
              <w:top w:w="34" w:type="dxa"/>
              <w:left w:w="25" w:type="dxa"/>
              <w:bottom w:w="34" w:type="dxa"/>
              <w:right w:w="25" w:type="dxa"/>
            </w:tcMar>
          </w:tcPr>
          <w:p w14:paraId="4A89E4F5" w14:textId="77777777" w:rsidR="004A408E" w:rsidRDefault="004A408E"/>
        </w:tc>
        <w:tc>
          <w:tcPr>
            <w:tcW w:w="1944" w:type="dxa"/>
            <w:tcMar>
              <w:top w:w="34" w:type="dxa"/>
              <w:left w:w="25" w:type="dxa"/>
              <w:bottom w:w="34" w:type="dxa"/>
              <w:right w:w="25" w:type="dxa"/>
            </w:tcMar>
          </w:tcPr>
          <w:p w14:paraId="272156D5" w14:textId="77777777" w:rsidR="004A408E" w:rsidRDefault="004A408E"/>
        </w:tc>
        <w:tc>
          <w:tcPr>
            <w:tcW w:w="1296" w:type="dxa"/>
            <w:tcMar>
              <w:top w:w="34" w:type="dxa"/>
              <w:left w:w="25" w:type="dxa"/>
              <w:bottom w:w="34" w:type="dxa"/>
              <w:right w:w="25" w:type="dxa"/>
            </w:tcMar>
          </w:tcPr>
          <w:p w14:paraId="450CFC53" w14:textId="77777777" w:rsidR="004A408E" w:rsidRDefault="004A408E"/>
        </w:tc>
        <w:tc>
          <w:tcPr>
            <w:tcW w:w="1080" w:type="dxa"/>
            <w:tcMar>
              <w:top w:w="34" w:type="dxa"/>
              <w:left w:w="25" w:type="dxa"/>
              <w:bottom w:w="34" w:type="dxa"/>
              <w:right w:w="25" w:type="dxa"/>
            </w:tcMar>
          </w:tcPr>
          <w:p w14:paraId="1E38D8EA" w14:textId="77777777" w:rsidR="004A408E" w:rsidRDefault="004A408E"/>
        </w:tc>
        <w:tc>
          <w:tcPr>
            <w:tcW w:w="1584" w:type="dxa"/>
            <w:tcMar>
              <w:top w:w="34" w:type="dxa"/>
              <w:left w:w="25" w:type="dxa"/>
              <w:bottom w:w="34" w:type="dxa"/>
              <w:right w:w="25" w:type="dxa"/>
            </w:tcMar>
          </w:tcPr>
          <w:p w14:paraId="05E65DE8" w14:textId="77777777" w:rsidR="004A408E" w:rsidRDefault="004A408E"/>
        </w:tc>
        <w:tc>
          <w:tcPr>
            <w:tcW w:w="1080" w:type="dxa"/>
            <w:tcMar>
              <w:top w:w="34" w:type="dxa"/>
              <w:left w:w="25" w:type="dxa"/>
              <w:bottom w:w="34" w:type="dxa"/>
              <w:right w:w="25" w:type="dxa"/>
            </w:tcMar>
          </w:tcPr>
          <w:p w14:paraId="71AD3909" w14:textId="77777777" w:rsidR="004A408E" w:rsidRDefault="004A408E"/>
        </w:tc>
      </w:tr>
      <w:tr w:rsidR="004A408E" w14:paraId="685B66C6" w14:textId="77777777" w:rsidTr="0057614B">
        <w:trPr>
          <w:trHeight w:val="390"/>
          <w:jc w:val="center"/>
        </w:trPr>
        <w:tc>
          <w:tcPr>
            <w:tcW w:w="1944" w:type="dxa"/>
            <w:tcMar>
              <w:top w:w="34" w:type="dxa"/>
              <w:left w:w="25" w:type="dxa"/>
              <w:bottom w:w="34" w:type="dxa"/>
              <w:right w:w="25" w:type="dxa"/>
            </w:tcMar>
          </w:tcPr>
          <w:p w14:paraId="3C150488" w14:textId="77777777" w:rsidR="004A408E" w:rsidRDefault="004A408E"/>
        </w:tc>
        <w:tc>
          <w:tcPr>
            <w:tcW w:w="1512" w:type="dxa"/>
            <w:tcMar>
              <w:top w:w="34" w:type="dxa"/>
              <w:left w:w="25" w:type="dxa"/>
              <w:bottom w:w="34" w:type="dxa"/>
              <w:right w:w="25" w:type="dxa"/>
            </w:tcMar>
          </w:tcPr>
          <w:p w14:paraId="0D5BAA61" w14:textId="77777777" w:rsidR="004A408E" w:rsidRDefault="004A408E"/>
        </w:tc>
        <w:tc>
          <w:tcPr>
            <w:tcW w:w="1368" w:type="dxa"/>
            <w:tcMar>
              <w:top w:w="34" w:type="dxa"/>
              <w:left w:w="25" w:type="dxa"/>
              <w:bottom w:w="34" w:type="dxa"/>
              <w:right w:w="25" w:type="dxa"/>
            </w:tcMar>
          </w:tcPr>
          <w:p w14:paraId="10A3FDF8" w14:textId="77777777" w:rsidR="004A408E" w:rsidRDefault="004A408E"/>
        </w:tc>
        <w:tc>
          <w:tcPr>
            <w:tcW w:w="1944" w:type="dxa"/>
            <w:tcMar>
              <w:top w:w="34" w:type="dxa"/>
              <w:left w:w="25" w:type="dxa"/>
              <w:bottom w:w="34" w:type="dxa"/>
              <w:right w:w="25" w:type="dxa"/>
            </w:tcMar>
          </w:tcPr>
          <w:p w14:paraId="7E52C571" w14:textId="77777777" w:rsidR="004A408E" w:rsidRDefault="004A408E"/>
        </w:tc>
        <w:tc>
          <w:tcPr>
            <w:tcW w:w="1296" w:type="dxa"/>
            <w:tcMar>
              <w:top w:w="34" w:type="dxa"/>
              <w:left w:w="25" w:type="dxa"/>
              <w:bottom w:w="34" w:type="dxa"/>
              <w:right w:w="25" w:type="dxa"/>
            </w:tcMar>
          </w:tcPr>
          <w:p w14:paraId="486D82A7" w14:textId="77777777" w:rsidR="004A408E" w:rsidRDefault="004A408E"/>
        </w:tc>
        <w:tc>
          <w:tcPr>
            <w:tcW w:w="1080" w:type="dxa"/>
            <w:tcMar>
              <w:top w:w="34" w:type="dxa"/>
              <w:left w:w="25" w:type="dxa"/>
              <w:bottom w:w="34" w:type="dxa"/>
              <w:right w:w="25" w:type="dxa"/>
            </w:tcMar>
          </w:tcPr>
          <w:p w14:paraId="2C3A0B39" w14:textId="77777777" w:rsidR="004A408E" w:rsidRDefault="004A408E"/>
        </w:tc>
        <w:tc>
          <w:tcPr>
            <w:tcW w:w="1584" w:type="dxa"/>
            <w:tcMar>
              <w:top w:w="34" w:type="dxa"/>
              <w:left w:w="25" w:type="dxa"/>
              <w:bottom w:w="34" w:type="dxa"/>
              <w:right w:w="25" w:type="dxa"/>
            </w:tcMar>
          </w:tcPr>
          <w:p w14:paraId="49CD5948" w14:textId="77777777" w:rsidR="004A408E" w:rsidRDefault="004A408E"/>
        </w:tc>
        <w:tc>
          <w:tcPr>
            <w:tcW w:w="1080" w:type="dxa"/>
            <w:tcMar>
              <w:top w:w="34" w:type="dxa"/>
              <w:left w:w="25" w:type="dxa"/>
              <w:bottom w:w="34" w:type="dxa"/>
              <w:right w:w="25" w:type="dxa"/>
            </w:tcMar>
          </w:tcPr>
          <w:p w14:paraId="65E6F53F" w14:textId="77777777" w:rsidR="004A408E" w:rsidRDefault="004A408E"/>
        </w:tc>
      </w:tr>
      <w:tr w:rsidR="004A408E" w14:paraId="5F1A161E" w14:textId="77777777" w:rsidTr="0057614B">
        <w:trPr>
          <w:trHeight w:val="390"/>
          <w:jc w:val="center"/>
        </w:trPr>
        <w:tc>
          <w:tcPr>
            <w:tcW w:w="1944" w:type="dxa"/>
            <w:tcMar>
              <w:top w:w="34" w:type="dxa"/>
              <w:left w:w="25" w:type="dxa"/>
              <w:bottom w:w="34" w:type="dxa"/>
              <w:right w:w="25" w:type="dxa"/>
            </w:tcMar>
          </w:tcPr>
          <w:p w14:paraId="1582A18F" w14:textId="77777777" w:rsidR="004A408E" w:rsidRDefault="004A408E"/>
        </w:tc>
        <w:tc>
          <w:tcPr>
            <w:tcW w:w="1512" w:type="dxa"/>
            <w:tcMar>
              <w:top w:w="34" w:type="dxa"/>
              <w:left w:w="25" w:type="dxa"/>
              <w:bottom w:w="34" w:type="dxa"/>
              <w:right w:w="25" w:type="dxa"/>
            </w:tcMar>
          </w:tcPr>
          <w:p w14:paraId="4F7CA671" w14:textId="77777777" w:rsidR="004A408E" w:rsidRDefault="004A408E"/>
        </w:tc>
        <w:tc>
          <w:tcPr>
            <w:tcW w:w="1368" w:type="dxa"/>
            <w:tcMar>
              <w:top w:w="34" w:type="dxa"/>
              <w:left w:w="25" w:type="dxa"/>
              <w:bottom w:w="34" w:type="dxa"/>
              <w:right w:w="25" w:type="dxa"/>
            </w:tcMar>
          </w:tcPr>
          <w:p w14:paraId="7C0A1F6E" w14:textId="77777777" w:rsidR="004A408E" w:rsidRDefault="004A408E"/>
        </w:tc>
        <w:tc>
          <w:tcPr>
            <w:tcW w:w="1944" w:type="dxa"/>
            <w:tcMar>
              <w:top w:w="34" w:type="dxa"/>
              <w:left w:w="25" w:type="dxa"/>
              <w:bottom w:w="34" w:type="dxa"/>
              <w:right w:w="25" w:type="dxa"/>
            </w:tcMar>
          </w:tcPr>
          <w:p w14:paraId="2B64ABC2" w14:textId="77777777" w:rsidR="004A408E" w:rsidRDefault="004A408E"/>
        </w:tc>
        <w:tc>
          <w:tcPr>
            <w:tcW w:w="1296" w:type="dxa"/>
            <w:tcMar>
              <w:top w:w="34" w:type="dxa"/>
              <w:left w:w="25" w:type="dxa"/>
              <w:bottom w:w="34" w:type="dxa"/>
              <w:right w:w="25" w:type="dxa"/>
            </w:tcMar>
          </w:tcPr>
          <w:p w14:paraId="501E016D" w14:textId="77777777" w:rsidR="004A408E" w:rsidRDefault="004A408E"/>
        </w:tc>
        <w:tc>
          <w:tcPr>
            <w:tcW w:w="1080" w:type="dxa"/>
            <w:tcMar>
              <w:top w:w="34" w:type="dxa"/>
              <w:left w:w="25" w:type="dxa"/>
              <w:bottom w:w="34" w:type="dxa"/>
              <w:right w:w="25" w:type="dxa"/>
            </w:tcMar>
          </w:tcPr>
          <w:p w14:paraId="2A29852C" w14:textId="77777777" w:rsidR="004A408E" w:rsidRDefault="004A408E"/>
        </w:tc>
        <w:tc>
          <w:tcPr>
            <w:tcW w:w="1584" w:type="dxa"/>
            <w:tcMar>
              <w:top w:w="34" w:type="dxa"/>
              <w:left w:w="25" w:type="dxa"/>
              <w:bottom w:w="34" w:type="dxa"/>
              <w:right w:w="25" w:type="dxa"/>
            </w:tcMar>
          </w:tcPr>
          <w:p w14:paraId="15E6A2E8" w14:textId="77777777" w:rsidR="004A408E" w:rsidRDefault="004A408E"/>
        </w:tc>
        <w:tc>
          <w:tcPr>
            <w:tcW w:w="1080" w:type="dxa"/>
            <w:tcMar>
              <w:top w:w="34" w:type="dxa"/>
              <w:left w:w="25" w:type="dxa"/>
              <w:bottom w:w="34" w:type="dxa"/>
              <w:right w:w="25" w:type="dxa"/>
            </w:tcMar>
          </w:tcPr>
          <w:p w14:paraId="4C04616B" w14:textId="77777777" w:rsidR="004A408E" w:rsidRDefault="004A408E"/>
        </w:tc>
      </w:tr>
      <w:tr w:rsidR="004A408E" w14:paraId="5E1FA3B0" w14:textId="77777777" w:rsidTr="0057614B">
        <w:trPr>
          <w:trHeight w:val="390"/>
          <w:jc w:val="center"/>
        </w:trPr>
        <w:tc>
          <w:tcPr>
            <w:tcW w:w="1944" w:type="dxa"/>
            <w:tcMar>
              <w:top w:w="34" w:type="dxa"/>
              <w:left w:w="25" w:type="dxa"/>
              <w:bottom w:w="34" w:type="dxa"/>
              <w:right w:w="25" w:type="dxa"/>
            </w:tcMar>
          </w:tcPr>
          <w:p w14:paraId="06CF6B59" w14:textId="77777777" w:rsidR="004A408E" w:rsidRDefault="004A408E"/>
        </w:tc>
        <w:tc>
          <w:tcPr>
            <w:tcW w:w="1512" w:type="dxa"/>
            <w:tcMar>
              <w:top w:w="34" w:type="dxa"/>
              <w:left w:w="25" w:type="dxa"/>
              <w:bottom w:w="34" w:type="dxa"/>
              <w:right w:w="25" w:type="dxa"/>
            </w:tcMar>
          </w:tcPr>
          <w:p w14:paraId="5E55DEC4" w14:textId="77777777" w:rsidR="004A408E" w:rsidRDefault="004A408E"/>
        </w:tc>
        <w:tc>
          <w:tcPr>
            <w:tcW w:w="1368" w:type="dxa"/>
            <w:tcMar>
              <w:top w:w="34" w:type="dxa"/>
              <w:left w:w="25" w:type="dxa"/>
              <w:bottom w:w="34" w:type="dxa"/>
              <w:right w:w="25" w:type="dxa"/>
            </w:tcMar>
          </w:tcPr>
          <w:p w14:paraId="1F4FF034" w14:textId="77777777" w:rsidR="004A408E" w:rsidRDefault="004A408E"/>
        </w:tc>
        <w:tc>
          <w:tcPr>
            <w:tcW w:w="1944" w:type="dxa"/>
            <w:tcMar>
              <w:top w:w="34" w:type="dxa"/>
              <w:left w:w="25" w:type="dxa"/>
              <w:bottom w:w="34" w:type="dxa"/>
              <w:right w:w="25" w:type="dxa"/>
            </w:tcMar>
          </w:tcPr>
          <w:p w14:paraId="58BEBD0D" w14:textId="77777777" w:rsidR="004A408E" w:rsidRDefault="004A408E"/>
        </w:tc>
        <w:tc>
          <w:tcPr>
            <w:tcW w:w="1296" w:type="dxa"/>
            <w:tcMar>
              <w:top w:w="34" w:type="dxa"/>
              <w:left w:w="25" w:type="dxa"/>
              <w:bottom w:w="34" w:type="dxa"/>
              <w:right w:w="25" w:type="dxa"/>
            </w:tcMar>
          </w:tcPr>
          <w:p w14:paraId="28678479" w14:textId="77777777" w:rsidR="004A408E" w:rsidRDefault="004A408E"/>
        </w:tc>
        <w:tc>
          <w:tcPr>
            <w:tcW w:w="1080" w:type="dxa"/>
            <w:tcMar>
              <w:top w:w="34" w:type="dxa"/>
              <w:left w:w="25" w:type="dxa"/>
              <w:bottom w:w="34" w:type="dxa"/>
              <w:right w:w="25" w:type="dxa"/>
            </w:tcMar>
          </w:tcPr>
          <w:p w14:paraId="2651ED40" w14:textId="77777777" w:rsidR="004A408E" w:rsidRDefault="004A408E"/>
        </w:tc>
        <w:tc>
          <w:tcPr>
            <w:tcW w:w="1584" w:type="dxa"/>
            <w:tcMar>
              <w:top w:w="34" w:type="dxa"/>
              <w:left w:w="25" w:type="dxa"/>
              <w:bottom w:w="34" w:type="dxa"/>
              <w:right w:w="25" w:type="dxa"/>
            </w:tcMar>
          </w:tcPr>
          <w:p w14:paraId="30077B2E" w14:textId="77777777" w:rsidR="004A408E" w:rsidRDefault="004A408E"/>
        </w:tc>
        <w:tc>
          <w:tcPr>
            <w:tcW w:w="1080" w:type="dxa"/>
            <w:tcMar>
              <w:top w:w="34" w:type="dxa"/>
              <w:left w:w="25" w:type="dxa"/>
              <w:bottom w:w="34" w:type="dxa"/>
              <w:right w:w="25" w:type="dxa"/>
            </w:tcMar>
          </w:tcPr>
          <w:p w14:paraId="2A0D5FC4" w14:textId="77777777" w:rsidR="004A408E" w:rsidRDefault="004A408E"/>
        </w:tc>
      </w:tr>
      <w:tr w:rsidR="004A408E" w14:paraId="04F2178B" w14:textId="77777777" w:rsidTr="0057614B">
        <w:trPr>
          <w:trHeight w:val="390"/>
          <w:jc w:val="center"/>
        </w:trPr>
        <w:tc>
          <w:tcPr>
            <w:tcW w:w="1944" w:type="dxa"/>
            <w:tcMar>
              <w:top w:w="34" w:type="dxa"/>
              <w:left w:w="25" w:type="dxa"/>
              <w:bottom w:w="34" w:type="dxa"/>
              <w:right w:w="25" w:type="dxa"/>
            </w:tcMar>
          </w:tcPr>
          <w:p w14:paraId="7ED78DB2" w14:textId="77777777" w:rsidR="004A408E" w:rsidRDefault="004A408E"/>
        </w:tc>
        <w:tc>
          <w:tcPr>
            <w:tcW w:w="1512" w:type="dxa"/>
            <w:tcMar>
              <w:top w:w="34" w:type="dxa"/>
              <w:left w:w="25" w:type="dxa"/>
              <w:bottom w:w="34" w:type="dxa"/>
              <w:right w:w="25" w:type="dxa"/>
            </w:tcMar>
          </w:tcPr>
          <w:p w14:paraId="2E63E20C" w14:textId="77777777" w:rsidR="004A408E" w:rsidRDefault="004A408E"/>
        </w:tc>
        <w:tc>
          <w:tcPr>
            <w:tcW w:w="1368" w:type="dxa"/>
            <w:tcMar>
              <w:top w:w="34" w:type="dxa"/>
              <w:left w:w="25" w:type="dxa"/>
              <w:bottom w:w="34" w:type="dxa"/>
              <w:right w:w="25" w:type="dxa"/>
            </w:tcMar>
          </w:tcPr>
          <w:p w14:paraId="48E3ADEA" w14:textId="77777777" w:rsidR="004A408E" w:rsidRDefault="004A408E"/>
        </w:tc>
        <w:tc>
          <w:tcPr>
            <w:tcW w:w="1944" w:type="dxa"/>
            <w:tcMar>
              <w:top w:w="34" w:type="dxa"/>
              <w:left w:w="25" w:type="dxa"/>
              <w:bottom w:w="34" w:type="dxa"/>
              <w:right w:w="25" w:type="dxa"/>
            </w:tcMar>
          </w:tcPr>
          <w:p w14:paraId="6193D5C1" w14:textId="77777777" w:rsidR="004A408E" w:rsidRDefault="004A408E"/>
        </w:tc>
        <w:tc>
          <w:tcPr>
            <w:tcW w:w="1296" w:type="dxa"/>
            <w:tcMar>
              <w:top w:w="34" w:type="dxa"/>
              <w:left w:w="25" w:type="dxa"/>
              <w:bottom w:w="34" w:type="dxa"/>
              <w:right w:w="25" w:type="dxa"/>
            </w:tcMar>
          </w:tcPr>
          <w:p w14:paraId="7F7C2E97" w14:textId="77777777" w:rsidR="004A408E" w:rsidRDefault="004A408E"/>
        </w:tc>
        <w:tc>
          <w:tcPr>
            <w:tcW w:w="1080" w:type="dxa"/>
            <w:tcMar>
              <w:top w:w="34" w:type="dxa"/>
              <w:left w:w="25" w:type="dxa"/>
              <w:bottom w:w="34" w:type="dxa"/>
              <w:right w:w="25" w:type="dxa"/>
            </w:tcMar>
          </w:tcPr>
          <w:p w14:paraId="5A14631F" w14:textId="77777777" w:rsidR="004A408E" w:rsidRDefault="004A408E"/>
        </w:tc>
        <w:tc>
          <w:tcPr>
            <w:tcW w:w="1584" w:type="dxa"/>
            <w:tcMar>
              <w:top w:w="34" w:type="dxa"/>
              <w:left w:w="25" w:type="dxa"/>
              <w:bottom w:w="34" w:type="dxa"/>
              <w:right w:w="25" w:type="dxa"/>
            </w:tcMar>
          </w:tcPr>
          <w:p w14:paraId="5B2B774C" w14:textId="77777777" w:rsidR="004A408E" w:rsidRDefault="004A408E"/>
        </w:tc>
        <w:tc>
          <w:tcPr>
            <w:tcW w:w="1080" w:type="dxa"/>
            <w:tcMar>
              <w:top w:w="34" w:type="dxa"/>
              <w:left w:w="25" w:type="dxa"/>
              <w:bottom w:w="34" w:type="dxa"/>
              <w:right w:w="25" w:type="dxa"/>
            </w:tcMar>
          </w:tcPr>
          <w:p w14:paraId="2D8C930D" w14:textId="77777777" w:rsidR="004A408E" w:rsidRDefault="004A408E"/>
        </w:tc>
      </w:tr>
      <w:tr w:rsidR="004A408E" w14:paraId="7712482F" w14:textId="77777777" w:rsidTr="0057614B">
        <w:trPr>
          <w:trHeight w:val="390"/>
          <w:jc w:val="center"/>
        </w:trPr>
        <w:tc>
          <w:tcPr>
            <w:tcW w:w="1944" w:type="dxa"/>
            <w:tcMar>
              <w:top w:w="34" w:type="dxa"/>
              <w:left w:w="25" w:type="dxa"/>
              <w:bottom w:w="34" w:type="dxa"/>
              <w:right w:w="25" w:type="dxa"/>
            </w:tcMar>
          </w:tcPr>
          <w:p w14:paraId="567DDD5A" w14:textId="77777777" w:rsidR="004A408E" w:rsidRDefault="004A408E"/>
        </w:tc>
        <w:tc>
          <w:tcPr>
            <w:tcW w:w="1512" w:type="dxa"/>
            <w:tcMar>
              <w:top w:w="34" w:type="dxa"/>
              <w:left w:w="25" w:type="dxa"/>
              <w:bottom w:w="34" w:type="dxa"/>
              <w:right w:w="25" w:type="dxa"/>
            </w:tcMar>
          </w:tcPr>
          <w:p w14:paraId="35A1A5D4" w14:textId="77777777" w:rsidR="004A408E" w:rsidRDefault="004A408E"/>
        </w:tc>
        <w:tc>
          <w:tcPr>
            <w:tcW w:w="1368" w:type="dxa"/>
            <w:tcMar>
              <w:top w:w="34" w:type="dxa"/>
              <w:left w:w="25" w:type="dxa"/>
              <w:bottom w:w="34" w:type="dxa"/>
              <w:right w:w="25" w:type="dxa"/>
            </w:tcMar>
          </w:tcPr>
          <w:p w14:paraId="15639195" w14:textId="77777777" w:rsidR="004A408E" w:rsidRDefault="004A408E"/>
        </w:tc>
        <w:tc>
          <w:tcPr>
            <w:tcW w:w="1944" w:type="dxa"/>
            <w:tcMar>
              <w:top w:w="34" w:type="dxa"/>
              <w:left w:w="25" w:type="dxa"/>
              <w:bottom w:w="34" w:type="dxa"/>
              <w:right w:w="25" w:type="dxa"/>
            </w:tcMar>
          </w:tcPr>
          <w:p w14:paraId="27D4B342" w14:textId="77777777" w:rsidR="004A408E" w:rsidRDefault="004A408E"/>
        </w:tc>
        <w:tc>
          <w:tcPr>
            <w:tcW w:w="1296" w:type="dxa"/>
            <w:tcMar>
              <w:top w:w="34" w:type="dxa"/>
              <w:left w:w="25" w:type="dxa"/>
              <w:bottom w:w="34" w:type="dxa"/>
              <w:right w:w="25" w:type="dxa"/>
            </w:tcMar>
          </w:tcPr>
          <w:p w14:paraId="25EDB24F" w14:textId="77777777" w:rsidR="004A408E" w:rsidRDefault="004A408E"/>
        </w:tc>
        <w:tc>
          <w:tcPr>
            <w:tcW w:w="1080" w:type="dxa"/>
            <w:tcMar>
              <w:top w:w="34" w:type="dxa"/>
              <w:left w:w="25" w:type="dxa"/>
              <w:bottom w:w="34" w:type="dxa"/>
              <w:right w:w="25" w:type="dxa"/>
            </w:tcMar>
          </w:tcPr>
          <w:p w14:paraId="2ADE578B" w14:textId="77777777" w:rsidR="004A408E" w:rsidRDefault="004A408E"/>
        </w:tc>
        <w:tc>
          <w:tcPr>
            <w:tcW w:w="1584" w:type="dxa"/>
            <w:tcMar>
              <w:top w:w="34" w:type="dxa"/>
              <w:left w:w="25" w:type="dxa"/>
              <w:bottom w:w="34" w:type="dxa"/>
              <w:right w:w="25" w:type="dxa"/>
            </w:tcMar>
          </w:tcPr>
          <w:p w14:paraId="2ED136FB" w14:textId="77777777" w:rsidR="004A408E" w:rsidRDefault="004A408E"/>
        </w:tc>
        <w:tc>
          <w:tcPr>
            <w:tcW w:w="1080" w:type="dxa"/>
            <w:tcMar>
              <w:top w:w="34" w:type="dxa"/>
              <w:left w:w="25" w:type="dxa"/>
              <w:bottom w:w="34" w:type="dxa"/>
              <w:right w:w="25" w:type="dxa"/>
            </w:tcMar>
          </w:tcPr>
          <w:p w14:paraId="2B36F99A" w14:textId="77777777" w:rsidR="004A408E" w:rsidRDefault="004A408E"/>
        </w:tc>
      </w:tr>
    </w:tbl>
    <w:p w14:paraId="1368189B" w14:textId="77777777" w:rsidR="004A408E" w:rsidRDefault="00921378">
      <w:pPr>
        <w:spacing w:before="60" w:after="80"/>
      </w:pPr>
      <w:r>
        <w:t>Examples: books, articles, research, artwork, photography, music, videos, courses, software, websites, inventions, patents, trademarks, copyrights, licensing rights, royalties, business interests, databases, archives, and other significant creative or intellectual property.</w:t>
      </w:r>
    </w:p>
    <w:tbl>
      <w:tblPr>
        <w:tblW w:w="0" w:type="auto"/>
        <w:tblLook w:val="04A0" w:firstRow="1" w:lastRow="0" w:firstColumn="1" w:lastColumn="0" w:noHBand="0" w:noVBand="1"/>
      </w:tblPr>
      <w:tblGrid>
        <w:gridCol w:w="10800"/>
      </w:tblGrid>
      <w:tr w:rsidR="004A408E" w14:paraId="4B90D96A" w14:textId="77777777">
        <w:tc>
          <w:tcPr>
            <w:tcW w:w="10800" w:type="dxa"/>
            <w:shd w:val="clear" w:color="auto" w:fill="D9D9D9"/>
            <w:tcMar>
              <w:top w:w="44" w:type="dxa"/>
              <w:left w:w="55" w:type="dxa"/>
              <w:bottom w:w="44" w:type="dxa"/>
              <w:right w:w="55" w:type="dxa"/>
            </w:tcMar>
          </w:tcPr>
          <w:p w14:paraId="1B84AA95" w14:textId="77777777" w:rsidR="004A408E" w:rsidRDefault="00921378">
            <w:pPr>
              <w:spacing w:after="0"/>
            </w:pPr>
            <w:r>
              <w:rPr>
                <w:b/>
                <w:sz w:val="19"/>
              </w:rPr>
              <w:t>OWNERSHIP, REGISTRATIONS &amp; SUPPORTING RECORDS</w:t>
            </w:r>
          </w:p>
        </w:tc>
      </w:tr>
    </w:tbl>
    <w:tbl>
      <w:tblPr>
        <w:tblStyle w:val="TableGrid"/>
        <w:tblW w:w="10800" w:type="dxa"/>
        <w:jc w:val="center"/>
        <w:tblLayout w:type="fixed"/>
        <w:tblLook w:val="04A0" w:firstRow="1" w:lastRow="0" w:firstColumn="1" w:lastColumn="0" w:noHBand="0" w:noVBand="1"/>
      </w:tblPr>
      <w:tblGrid>
        <w:gridCol w:w="1998"/>
        <w:gridCol w:w="2293"/>
        <w:gridCol w:w="2293"/>
        <w:gridCol w:w="2293"/>
        <w:gridCol w:w="1923"/>
      </w:tblGrid>
      <w:tr w:rsidR="004A408E" w14:paraId="646608F9" w14:textId="77777777" w:rsidTr="0057614B">
        <w:trPr>
          <w:tblHeader/>
          <w:jc w:val="center"/>
        </w:trPr>
        <w:tc>
          <w:tcPr>
            <w:tcW w:w="1944" w:type="dxa"/>
            <w:shd w:val="clear" w:color="auto" w:fill="D9D9D9"/>
            <w:tcMar>
              <w:top w:w="48" w:type="dxa"/>
              <w:left w:w="23" w:type="dxa"/>
              <w:bottom w:w="48" w:type="dxa"/>
              <w:right w:w="23" w:type="dxa"/>
            </w:tcMar>
            <w:vAlign w:val="center"/>
          </w:tcPr>
          <w:p w14:paraId="0EF195B2" w14:textId="77777777" w:rsidR="004A408E" w:rsidRDefault="00921378">
            <w:pPr>
              <w:jc w:val="center"/>
            </w:pPr>
            <w:r>
              <w:rPr>
                <w:b/>
                <w:sz w:val="13"/>
              </w:rPr>
              <w:t>Asset / Work</w:t>
            </w:r>
          </w:p>
        </w:tc>
        <w:tc>
          <w:tcPr>
            <w:tcW w:w="2232" w:type="dxa"/>
            <w:shd w:val="clear" w:color="auto" w:fill="D9D9D9"/>
            <w:tcMar>
              <w:top w:w="48" w:type="dxa"/>
              <w:left w:w="23" w:type="dxa"/>
              <w:bottom w:w="48" w:type="dxa"/>
              <w:right w:w="23" w:type="dxa"/>
            </w:tcMar>
            <w:vAlign w:val="center"/>
          </w:tcPr>
          <w:p w14:paraId="65088D80" w14:textId="77777777" w:rsidR="004A408E" w:rsidRDefault="00921378">
            <w:pPr>
              <w:jc w:val="center"/>
            </w:pPr>
            <w:r>
              <w:rPr>
                <w:b/>
                <w:sz w:val="13"/>
              </w:rPr>
              <w:t>Ownership / Assignment Document Location</w:t>
            </w:r>
          </w:p>
        </w:tc>
        <w:tc>
          <w:tcPr>
            <w:tcW w:w="2232" w:type="dxa"/>
            <w:shd w:val="clear" w:color="auto" w:fill="D9D9D9"/>
            <w:tcMar>
              <w:top w:w="48" w:type="dxa"/>
              <w:left w:w="23" w:type="dxa"/>
              <w:bottom w:w="48" w:type="dxa"/>
              <w:right w:w="23" w:type="dxa"/>
            </w:tcMar>
            <w:vAlign w:val="center"/>
          </w:tcPr>
          <w:p w14:paraId="14295E6A" w14:textId="77777777" w:rsidR="004A408E" w:rsidRDefault="00921378">
            <w:pPr>
              <w:jc w:val="center"/>
            </w:pPr>
            <w:r>
              <w:rPr>
                <w:b/>
                <w:sz w:val="13"/>
              </w:rPr>
              <w:t>Copyright / Trademark / Patent / Other Registration</w:t>
            </w:r>
          </w:p>
        </w:tc>
        <w:tc>
          <w:tcPr>
            <w:tcW w:w="2232" w:type="dxa"/>
            <w:shd w:val="clear" w:color="auto" w:fill="D9D9D9"/>
            <w:tcMar>
              <w:top w:w="48" w:type="dxa"/>
              <w:left w:w="23" w:type="dxa"/>
              <w:bottom w:w="48" w:type="dxa"/>
              <w:right w:w="23" w:type="dxa"/>
            </w:tcMar>
            <w:vAlign w:val="center"/>
          </w:tcPr>
          <w:p w14:paraId="1217C61A" w14:textId="77777777" w:rsidR="004A408E" w:rsidRDefault="00921378">
            <w:pPr>
              <w:jc w:val="center"/>
            </w:pPr>
            <w:r>
              <w:rPr>
                <w:b/>
                <w:sz w:val="13"/>
              </w:rPr>
              <w:t>Contract / License / Agreement Location</w:t>
            </w:r>
          </w:p>
        </w:tc>
        <w:tc>
          <w:tcPr>
            <w:tcW w:w="1872" w:type="dxa"/>
            <w:shd w:val="clear" w:color="auto" w:fill="D9D9D9"/>
            <w:tcMar>
              <w:top w:w="48" w:type="dxa"/>
              <w:left w:w="23" w:type="dxa"/>
              <w:bottom w:w="48" w:type="dxa"/>
              <w:right w:w="23" w:type="dxa"/>
            </w:tcMar>
            <w:vAlign w:val="center"/>
          </w:tcPr>
          <w:p w14:paraId="351792C3" w14:textId="77777777" w:rsidR="004A408E" w:rsidRDefault="00921378">
            <w:pPr>
              <w:jc w:val="center"/>
            </w:pPr>
            <w:r>
              <w:rPr>
                <w:b/>
                <w:sz w:val="13"/>
              </w:rPr>
              <w:t>Important Notes</w:t>
            </w:r>
          </w:p>
        </w:tc>
      </w:tr>
      <w:tr w:rsidR="004A408E" w14:paraId="0D2DCC9E" w14:textId="77777777" w:rsidTr="0057614B">
        <w:trPr>
          <w:trHeight w:val="380"/>
          <w:jc w:val="center"/>
        </w:trPr>
        <w:tc>
          <w:tcPr>
            <w:tcW w:w="1944" w:type="dxa"/>
            <w:tcMar>
              <w:top w:w="34" w:type="dxa"/>
              <w:left w:w="25" w:type="dxa"/>
              <w:bottom w:w="34" w:type="dxa"/>
              <w:right w:w="25" w:type="dxa"/>
            </w:tcMar>
          </w:tcPr>
          <w:p w14:paraId="397312E5" w14:textId="77777777" w:rsidR="004A408E" w:rsidRDefault="004A408E"/>
        </w:tc>
        <w:tc>
          <w:tcPr>
            <w:tcW w:w="2232" w:type="dxa"/>
            <w:tcMar>
              <w:top w:w="34" w:type="dxa"/>
              <w:left w:w="25" w:type="dxa"/>
              <w:bottom w:w="34" w:type="dxa"/>
              <w:right w:w="25" w:type="dxa"/>
            </w:tcMar>
          </w:tcPr>
          <w:p w14:paraId="0EA8BE40" w14:textId="77777777" w:rsidR="004A408E" w:rsidRDefault="004A408E"/>
        </w:tc>
        <w:tc>
          <w:tcPr>
            <w:tcW w:w="2232" w:type="dxa"/>
            <w:tcMar>
              <w:top w:w="34" w:type="dxa"/>
              <w:left w:w="25" w:type="dxa"/>
              <w:bottom w:w="34" w:type="dxa"/>
              <w:right w:w="25" w:type="dxa"/>
            </w:tcMar>
          </w:tcPr>
          <w:p w14:paraId="7A9755AB" w14:textId="77777777" w:rsidR="004A408E" w:rsidRDefault="004A408E"/>
        </w:tc>
        <w:tc>
          <w:tcPr>
            <w:tcW w:w="2232" w:type="dxa"/>
            <w:tcMar>
              <w:top w:w="34" w:type="dxa"/>
              <w:left w:w="25" w:type="dxa"/>
              <w:bottom w:w="34" w:type="dxa"/>
              <w:right w:w="25" w:type="dxa"/>
            </w:tcMar>
          </w:tcPr>
          <w:p w14:paraId="1ABE78B6" w14:textId="77777777" w:rsidR="004A408E" w:rsidRDefault="004A408E"/>
        </w:tc>
        <w:tc>
          <w:tcPr>
            <w:tcW w:w="1872" w:type="dxa"/>
            <w:tcMar>
              <w:top w:w="34" w:type="dxa"/>
              <w:left w:w="25" w:type="dxa"/>
              <w:bottom w:w="34" w:type="dxa"/>
              <w:right w:w="25" w:type="dxa"/>
            </w:tcMar>
          </w:tcPr>
          <w:p w14:paraId="18298DB3" w14:textId="77777777" w:rsidR="004A408E" w:rsidRDefault="004A408E"/>
        </w:tc>
      </w:tr>
      <w:tr w:rsidR="004A408E" w14:paraId="0E1DA69E" w14:textId="77777777" w:rsidTr="0057614B">
        <w:trPr>
          <w:trHeight w:val="380"/>
          <w:jc w:val="center"/>
        </w:trPr>
        <w:tc>
          <w:tcPr>
            <w:tcW w:w="1944" w:type="dxa"/>
            <w:tcMar>
              <w:top w:w="34" w:type="dxa"/>
              <w:left w:w="25" w:type="dxa"/>
              <w:bottom w:w="34" w:type="dxa"/>
              <w:right w:w="25" w:type="dxa"/>
            </w:tcMar>
          </w:tcPr>
          <w:p w14:paraId="310F92E8" w14:textId="77777777" w:rsidR="004A408E" w:rsidRDefault="004A408E"/>
        </w:tc>
        <w:tc>
          <w:tcPr>
            <w:tcW w:w="2232" w:type="dxa"/>
            <w:tcMar>
              <w:top w:w="34" w:type="dxa"/>
              <w:left w:w="25" w:type="dxa"/>
              <w:bottom w:w="34" w:type="dxa"/>
              <w:right w:w="25" w:type="dxa"/>
            </w:tcMar>
          </w:tcPr>
          <w:p w14:paraId="3D838907" w14:textId="77777777" w:rsidR="004A408E" w:rsidRDefault="004A408E"/>
        </w:tc>
        <w:tc>
          <w:tcPr>
            <w:tcW w:w="2232" w:type="dxa"/>
            <w:tcMar>
              <w:top w:w="34" w:type="dxa"/>
              <w:left w:w="25" w:type="dxa"/>
              <w:bottom w:w="34" w:type="dxa"/>
              <w:right w:w="25" w:type="dxa"/>
            </w:tcMar>
          </w:tcPr>
          <w:p w14:paraId="7A2C949A" w14:textId="77777777" w:rsidR="004A408E" w:rsidRDefault="004A408E"/>
        </w:tc>
        <w:tc>
          <w:tcPr>
            <w:tcW w:w="2232" w:type="dxa"/>
            <w:tcMar>
              <w:top w:w="34" w:type="dxa"/>
              <w:left w:w="25" w:type="dxa"/>
              <w:bottom w:w="34" w:type="dxa"/>
              <w:right w:w="25" w:type="dxa"/>
            </w:tcMar>
          </w:tcPr>
          <w:p w14:paraId="1B4DC797" w14:textId="77777777" w:rsidR="004A408E" w:rsidRDefault="004A408E"/>
        </w:tc>
        <w:tc>
          <w:tcPr>
            <w:tcW w:w="1872" w:type="dxa"/>
            <w:tcMar>
              <w:top w:w="34" w:type="dxa"/>
              <w:left w:w="25" w:type="dxa"/>
              <w:bottom w:w="34" w:type="dxa"/>
              <w:right w:w="25" w:type="dxa"/>
            </w:tcMar>
          </w:tcPr>
          <w:p w14:paraId="11EEB836" w14:textId="77777777" w:rsidR="004A408E" w:rsidRDefault="004A408E"/>
        </w:tc>
      </w:tr>
      <w:tr w:rsidR="004A408E" w14:paraId="15887CAB" w14:textId="77777777" w:rsidTr="0057614B">
        <w:trPr>
          <w:trHeight w:val="380"/>
          <w:jc w:val="center"/>
        </w:trPr>
        <w:tc>
          <w:tcPr>
            <w:tcW w:w="1944" w:type="dxa"/>
            <w:tcMar>
              <w:top w:w="34" w:type="dxa"/>
              <w:left w:w="25" w:type="dxa"/>
              <w:bottom w:w="34" w:type="dxa"/>
              <w:right w:w="25" w:type="dxa"/>
            </w:tcMar>
          </w:tcPr>
          <w:p w14:paraId="228DBB50" w14:textId="77777777" w:rsidR="004A408E" w:rsidRDefault="004A408E"/>
        </w:tc>
        <w:tc>
          <w:tcPr>
            <w:tcW w:w="2232" w:type="dxa"/>
            <w:tcMar>
              <w:top w:w="34" w:type="dxa"/>
              <w:left w:w="25" w:type="dxa"/>
              <w:bottom w:w="34" w:type="dxa"/>
              <w:right w:w="25" w:type="dxa"/>
            </w:tcMar>
          </w:tcPr>
          <w:p w14:paraId="3257C394" w14:textId="77777777" w:rsidR="004A408E" w:rsidRDefault="004A408E"/>
        </w:tc>
        <w:tc>
          <w:tcPr>
            <w:tcW w:w="2232" w:type="dxa"/>
            <w:tcMar>
              <w:top w:w="34" w:type="dxa"/>
              <w:left w:w="25" w:type="dxa"/>
              <w:bottom w:w="34" w:type="dxa"/>
              <w:right w:w="25" w:type="dxa"/>
            </w:tcMar>
          </w:tcPr>
          <w:p w14:paraId="6BF6E499" w14:textId="77777777" w:rsidR="004A408E" w:rsidRDefault="004A408E"/>
        </w:tc>
        <w:tc>
          <w:tcPr>
            <w:tcW w:w="2232" w:type="dxa"/>
            <w:tcMar>
              <w:top w:w="34" w:type="dxa"/>
              <w:left w:w="25" w:type="dxa"/>
              <w:bottom w:w="34" w:type="dxa"/>
              <w:right w:w="25" w:type="dxa"/>
            </w:tcMar>
          </w:tcPr>
          <w:p w14:paraId="79ACA7A2" w14:textId="77777777" w:rsidR="004A408E" w:rsidRDefault="004A408E"/>
        </w:tc>
        <w:tc>
          <w:tcPr>
            <w:tcW w:w="1872" w:type="dxa"/>
            <w:tcMar>
              <w:top w:w="34" w:type="dxa"/>
              <w:left w:w="25" w:type="dxa"/>
              <w:bottom w:w="34" w:type="dxa"/>
              <w:right w:w="25" w:type="dxa"/>
            </w:tcMar>
          </w:tcPr>
          <w:p w14:paraId="6FA7DAF9" w14:textId="77777777" w:rsidR="004A408E" w:rsidRDefault="004A408E"/>
        </w:tc>
      </w:tr>
      <w:tr w:rsidR="004A408E" w14:paraId="1008514D" w14:textId="77777777" w:rsidTr="0057614B">
        <w:trPr>
          <w:trHeight w:val="380"/>
          <w:jc w:val="center"/>
        </w:trPr>
        <w:tc>
          <w:tcPr>
            <w:tcW w:w="1944" w:type="dxa"/>
            <w:tcMar>
              <w:top w:w="34" w:type="dxa"/>
              <w:left w:w="25" w:type="dxa"/>
              <w:bottom w:w="34" w:type="dxa"/>
              <w:right w:w="25" w:type="dxa"/>
            </w:tcMar>
          </w:tcPr>
          <w:p w14:paraId="3023697D" w14:textId="77777777" w:rsidR="004A408E" w:rsidRDefault="004A408E"/>
        </w:tc>
        <w:tc>
          <w:tcPr>
            <w:tcW w:w="2232" w:type="dxa"/>
            <w:tcMar>
              <w:top w:w="34" w:type="dxa"/>
              <w:left w:w="25" w:type="dxa"/>
              <w:bottom w:w="34" w:type="dxa"/>
              <w:right w:w="25" w:type="dxa"/>
            </w:tcMar>
          </w:tcPr>
          <w:p w14:paraId="5992B12E" w14:textId="77777777" w:rsidR="004A408E" w:rsidRDefault="004A408E"/>
        </w:tc>
        <w:tc>
          <w:tcPr>
            <w:tcW w:w="2232" w:type="dxa"/>
            <w:tcMar>
              <w:top w:w="34" w:type="dxa"/>
              <w:left w:w="25" w:type="dxa"/>
              <w:bottom w:w="34" w:type="dxa"/>
              <w:right w:w="25" w:type="dxa"/>
            </w:tcMar>
          </w:tcPr>
          <w:p w14:paraId="6BA42A91" w14:textId="77777777" w:rsidR="004A408E" w:rsidRDefault="004A408E"/>
        </w:tc>
        <w:tc>
          <w:tcPr>
            <w:tcW w:w="2232" w:type="dxa"/>
            <w:tcMar>
              <w:top w:w="34" w:type="dxa"/>
              <w:left w:w="25" w:type="dxa"/>
              <w:bottom w:w="34" w:type="dxa"/>
              <w:right w:w="25" w:type="dxa"/>
            </w:tcMar>
          </w:tcPr>
          <w:p w14:paraId="1401FC5B" w14:textId="77777777" w:rsidR="004A408E" w:rsidRDefault="004A408E"/>
        </w:tc>
        <w:tc>
          <w:tcPr>
            <w:tcW w:w="1872" w:type="dxa"/>
            <w:tcMar>
              <w:top w:w="34" w:type="dxa"/>
              <w:left w:w="25" w:type="dxa"/>
              <w:bottom w:w="34" w:type="dxa"/>
              <w:right w:w="25" w:type="dxa"/>
            </w:tcMar>
          </w:tcPr>
          <w:p w14:paraId="2B3AF651" w14:textId="77777777" w:rsidR="004A408E" w:rsidRDefault="004A408E"/>
        </w:tc>
      </w:tr>
      <w:tr w:rsidR="004A408E" w14:paraId="2F575D58" w14:textId="77777777" w:rsidTr="0057614B">
        <w:trPr>
          <w:trHeight w:val="380"/>
          <w:jc w:val="center"/>
        </w:trPr>
        <w:tc>
          <w:tcPr>
            <w:tcW w:w="1944" w:type="dxa"/>
            <w:tcMar>
              <w:top w:w="34" w:type="dxa"/>
              <w:left w:w="25" w:type="dxa"/>
              <w:bottom w:w="34" w:type="dxa"/>
              <w:right w:w="25" w:type="dxa"/>
            </w:tcMar>
          </w:tcPr>
          <w:p w14:paraId="2A23C294" w14:textId="77777777" w:rsidR="004A408E" w:rsidRDefault="004A408E"/>
        </w:tc>
        <w:tc>
          <w:tcPr>
            <w:tcW w:w="2232" w:type="dxa"/>
            <w:tcMar>
              <w:top w:w="34" w:type="dxa"/>
              <w:left w:w="25" w:type="dxa"/>
              <w:bottom w:w="34" w:type="dxa"/>
              <w:right w:w="25" w:type="dxa"/>
            </w:tcMar>
          </w:tcPr>
          <w:p w14:paraId="38EC65CF" w14:textId="77777777" w:rsidR="004A408E" w:rsidRDefault="004A408E"/>
        </w:tc>
        <w:tc>
          <w:tcPr>
            <w:tcW w:w="2232" w:type="dxa"/>
            <w:tcMar>
              <w:top w:w="34" w:type="dxa"/>
              <w:left w:w="25" w:type="dxa"/>
              <w:bottom w:w="34" w:type="dxa"/>
              <w:right w:w="25" w:type="dxa"/>
            </w:tcMar>
          </w:tcPr>
          <w:p w14:paraId="600A78F5" w14:textId="77777777" w:rsidR="004A408E" w:rsidRDefault="004A408E"/>
        </w:tc>
        <w:tc>
          <w:tcPr>
            <w:tcW w:w="2232" w:type="dxa"/>
            <w:tcMar>
              <w:top w:w="34" w:type="dxa"/>
              <w:left w:w="25" w:type="dxa"/>
              <w:bottom w:w="34" w:type="dxa"/>
              <w:right w:w="25" w:type="dxa"/>
            </w:tcMar>
          </w:tcPr>
          <w:p w14:paraId="0CCF4924" w14:textId="77777777" w:rsidR="004A408E" w:rsidRDefault="004A408E"/>
        </w:tc>
        <w:tc>
          <w:tcPr>
            <w:tcW w:w="1872" w:type="dxa"/>
            <w:tcMar>
              <w:top w:w="34" w:type="dxa"/>
              <w:left w:w="25" w:type="dxa"/>
              <w:bottom w:w="34" w:type="dxa"/>
              <w:right w:w="25" w:type="dxa"/>
            </w:tcMar>
          </w:tcPr>
          <w:p w14:paraId="0735A068" w14:textId="77777777" w:rsidR="004A408E" w:rsidRDefault="004A408E"/>
        </w:tc>
      </w:tr>
    </w:tbl>
    <w:p w14:paraId="45A4CF36" w14:textId="77777777" w:rsidR="004A408E" w:rsidRDefault="00921378">
      <w:pPr>
        <w:spacing w:before="60" w:after="0"/>
      </w:pPr>
      <w:r>
        <w:rPr>
          <w:b/>
        </w:rPr>
        <w:t xml:space="preserve">Important: </w:t>
      </w:r>
      <w:r>
        <w:t>Creating or possessing a work does not necessarily mean you currently own every related right. Contracts, licenses, assignments, employment arrangements, and business agreements may affect ownership.</w:t>
      </w:r>
    </w:p>
    <w:p w14:paraId="5EAE2714" w14:textId="77777777" w:rsidR="004A408E" w:rsidRDefault="00921378">
      <w:r>
        <w:br w:type="page"/>
      </w:r>
    </w:p>
    <w:tbl>
      <w:tblPr>
        <w:tblW w:w="0" w:type="auto"/>
        <w:tblLook w:val="04A0" w:firstRow="1" w:lastRow="0" w:firstColumn="1" w:lastColumn="0" w:noHBand="0" w:noVBand="1"/>
      </w:tblPr>
      <w:tblGrid>
        <w:gridCol w:w="10800"/>
      </w:tblGrid>
      <w:tr w:rsidR="004A408E" w14:paraId="4D6507E9" w14:textId="77777777">
        <w:tc>
          <w:tcPr>
            <w:tcW w:w="10800" w:type="dxa"/>
            <w:shd w:val="clear" w:color="auto" w:fill="D9D9D9"/>
            <w:tcMar>
              <w:top w:w="44" w:type="dxa"/>
              <w:left w:w="55" w:type="dxa"/>
              <w:bottom w:w="44" w:type="dxa"/>
              <w:right w:w="55" w:type="dxa"/>
            </w:tcMar>
          </w:tcPr>
          <w:p w14:paraId="5A1E09A6" w14:textId="77777777" w:rsidR="004A408E" w:rsidRDefault="00921378">
            <w:pPr>
              <w:spacing w:after="0"/>
            </w:pPr>
            <w:r>
              <w:rPr>
                <w:b/>
                <w:sz w:val="19"/>
              </w:rPr>
              <w:lastRenderedPageBreak/>
              <w:t>CONTRACTS, LICENSES &amp; AGREEMENTS</w:t>
            </w:r>
          </w:p>
        </w:tc>
      </w:tr>
    </w:tbl>
    <w:tbl>
      <w:tblPr>
        <w:tblStyle w:val="TableGrid"/>
        <w:tblW w:w="10800" w:type="dxa"/>
        <w:jc w:val="center"/>
        <w:tblLayout w:type="fixed"/>
        <w:tblLook w:val="04A0" w:firstRow="1" w:lastRow="0" w:firstColumn="1" w:lastColumn="0" w:noHBand="0" w:noVBand="1"/>
      </w:tblPr>
      <w:tblGrid>
        <w:gridCol w:w="1440"/>
        <w:gridCol w:w="1506"/>
        <w:gridCol w:w="1506"/>
        <w:gridCol w:w="1701"/>
        <w:gridCol w:w="1310"/>
        <w:gridCol w:w="2027"/>
        <w:gridCol w:w="1310"/>
      </w:tblGrid>
      <w:tr w:rsidR="004A408E" w14:paraId="2328790B" w14:textId="77777777" w:rsidTr="0057614B">
        <w:trPr>
          <w:tblHeader/>
          <w:jc w:val="center"/>
        </w:trPr>
        <w:tc>
          <w:tcPr>
            <w:tcW w:w="1584" w:type="dxa"/>
            <w:shd w:val="clear" w:color="auto" w:fill="D9D9D9"/>
            <w:tcMar>
              <w:top w:w="48" w:type="dxa"/>
              <w:left w:w="23" w:type="dxa"/>
              <w:bottom w:w="48" w:type="dxa"/>
              <w:right w:w="23" w:type="dxa"/>
            </w:tcMar>
            <w:vAlign w:val="center"/>
          </w:tcPr>
          <w:p w14:paraId="37ED50FC" w14:textId="77777777" w:rsidR="004A408E" w:rsidRDefault="00921378">
            <w:pPr>
              <w:jc w:val="center"/>
            </w:pPr>
            <w:r>
              <w:rPr>
                <w:b/>
                <w:sz w:val="12"/>
              </w:rPr>
              <w:t>Agreement / Asset</w:t>
            </w:r>
          </w:p>
        </w:tc>
        <w:tc>
          <w:tcPr>
            <w:tcW w:w="1656" w:type="dxa"/>
            <w:shd w:val="clear" w:color="auto" w:fill="D9D9D9"/>
            <w:tcMar>
              <w:top w:w="48" w:type="dxa"/>
              <w:left w:w="23" w:type="dxa"/>
              <w:bottom w:w="48" w:type="dxa"/>
              <w:right w:w="23" w:type="dxa"/>
            </w:tcMar>
            <w:vAlign w:val="center"/>
          </w:tcPr>
          <w:p w14:paraId="26489722" w14:textId="77777777" w:rsidR="004A408E" w:rsidRDefault="00921378">
            <w:pPr>
              <w:jc w:val="center"/>
            </w:pPr>
            <w:r>
              <w:rPr>
                <w:b/>
                <w:sz w:val="12"/>
              </w:rPr>
              <w:t>Other Party / Organization</w:t>
            </w:r>
          </w:p>
        </w:tc>
        <w:tc>
          <w:tcPr>
            <w:tcW w:w="1656" w:type="dxa"/>
            <w:shd w:val="clear" w:color="auto" w:fill="D9D9D9"/>
            <w:tcMar>
              <w:top w:w="48" w:type="dxa"/>
              <w:left w:w="23" w:type="dxa"/>
              <w:bottom w:w="48" w:type="dxa"/>
              <w:right w:w="23" w:type="dxa"/>
            </w:tcMar>
            <w:vAlign w:val="center"/>
          </w:tcPr>
          <w:p w14:paraId="49DAC70C" w14:textId="77777777" w:rsidR="004A408E" w:rsidRDefault="00921378">
            <w:pPr>
              <w:jc w:val="center"/>
            </w:pPr>
            <w:r>
              <w:rPr>
                <w:b/>
                <w:sz w:val="12"/>
              </w:rPr>
              <w:t>What It Covers</w:t>
            </w:r>
          </w:p>
        </w:tc>
        <w:tc>
          <w:tcPr>
            <w:tcW w:w="1872" w:type="dxa"/>
            <w:shd w:val="clear" w:color="auto" w:fill="D9D9D9"/>
            <w:tcMar>
              <w:top w:w="48" w:type="dxa"/>
              <w:left w:w="23" w:type="dxa"/>
              <w:bottom w:w="48" w:type="dxa"/>
              <w:right w:w="23" w:type="dxa"/>
            </w:tcMar>
            <w:vAlign w:val="center"/>
          </w:tcPr>
          <w:p w14:paraId="6912ED13" w14:textId="77777777" w:rsidR="004A408E" w:rsidRDefault="00921378">
            <w:pPr>
              <w:jc w:val="center"/>
            </w:pPr>
            <w:r>
              <w:rPr>
                <w:b/>
                <w:sz w:val="12"/>
              </w:rPr>
              <w:t>Signed Agreement Location</w:t>
            </w:r>
          </w:p>
        </w:tc>
        <w:tc>
          <w:tcPr>
            <w:tcW w:w="1440" w:type="dxa"/>
            <w:shd w:val="clear" w:color="auto" w:fill="D9D9D9"/>
            <w:tcMar>
              <w:top w:w="48" w:type="dxa"/>
              <w:left w:w="23" w:type="dxa"/>
              <w:bottom w:w="48" w:type="dxa"/>
              <w:right w:w="23" w:type="dxa"/>
            </w:tcMar>
            <w:vAlign w:val="center"/>
          </w:tcPr>
          <w:p w14:paraId="161DEA51" w14:textId="77777777" w:rsidR="004A408E" w:rsidRDefault="00921378">
            <w:pPr>
              <w:jc w:val="center"/>
            </w:pPr>
            <w:r>
              <w:rPr>
                <w:b/>
                <w:sz w:val="12"/>
              </w:rPr>
              <w:t>Important Term / Renewal Date</w:t>
            </w:r>
          </w:p>
        </w:tc>
        <w:tc>
          <w:tcPr>
            <w:tcW w:w="2232" w:type="dxa"/>
            <w:shd w:val="clear" w:color="auto" w:fill="D9D9D9"/>
            <w:tcMar>
              <w:top w:w="48" w:type="dxa"/>
              <w:left w:w="23" w:type="dxa"/>
              <w:bottom w:w="48" w:type="dxa"/>
              <w:right w:w="23" w:type="dxa"/>
            </w:tcMar>
            <w:vAlign w:val="center"/>
          </w:tcPr>
          <w:p w14:paraId="14B2D4EF" w14:textId="77777777" w:rsidR="004A408E" w:rsidRDefault="00921378">
            <w:pPr>
              <w:jc w:val="center"/>
            </w:pPr>
            <w:r>
              <w:rPr>
                <w:b/>
                <w:sz w:val="12"/>
              </w:rPr>
              <w:t>Income / Rights / Incapacity-Death Notes</w:t>
            </w:r>
          </w:p>
        </w:tc>
        <w:tc>
          <w:tcPr>
            <w:tcW w:w="1440" w:type="dxa"/>
            <w:shd w:val="clear" w:color="auto" w:fill="D9D9D9"/>
            <w:tcMar>
              <w:top w:w="48" w:type="dxa"/>
              <w:left w:w="23" w:type="dxa"/>
              <w:bottom w:w="48" w:type="dxa"/>
              <w:right w:w="23" w:type="dxa"/>
            </w:tcMar>
            <w:vAlign w:val="center"/>
          </w:tcPr>
          <w:p w14:paraId="2B9F8E72" w14:textId="77777777" w:rsidR="004A408E" w:rsidRDefault="00921378">
            <w:pPr>
              <w:jc w:val="center"/>
            </w:pPr>
            <w:r>
              <w:rPr>
                <w:b/>
                <w:sz w:val="12"/>
              </w:rPr>
              <w:t>Primary Contact</w:t>
            </w:r>
          </w:p>
        </w:tc>
      </w:tr>
      <w:tr w:rsidR="004A408E" w14:paraId="6A681941" w14:textId="77777777" w:rsidTr="0057614B">
        <w:trPr>
          <w:trHeight w:val="390"/>
          <w:jc w:val="center"/>
        </w:trPr>
        <w:tc>
          <w:tcPr>
            <w:tcW w:w="1584" w:type="dxa"/>
            <w:tcMar>
              <w:top w:w="34" w:type="dxa"/>
              <w:left w:w="25" w:type="dxa"/>
              <w:bottom w:w="34" w:type="dxa"/>
              <w:right w:w="25" w:type="dxa"/>
            </w:tcMar>
          </w:tcPr>
          <w:p w14:paraId="62B8555D" w14:textId="77777777" w:rsidR="004A408E" w:rsidRDefault="004A408E"/>
        </w:tc>
        <w:tc>
          <w:tcPr>
            <w:tcW w:w="1656" w:type="dxa"/>
            <w:tcMar>
              <w:top w:w="34" w:type="dxa"/>
              <w:left w:w="25" w:type="dxa"/>
              <w:bottom w:w="34" w:type="dxa"/>
              <w:right w:w="25" w:type="dxa"/>
            </w:tcMar>
          </w:tcPr>
          <w:p w14:paraId="54AFBDBB" w14:textId="77777777" w:rsidR="004A408E" w:rsidRDefault="004A408E"/>
        </w:tc>
        <w:tc>
          <w:tcPr>
            <w:tcW w:w="1656" w:type="dxa"/>
            <w:tcMar>
              <w:top w:w="34" w:type="dxa"/>
              <w:left w:w="25" w:type="dxa"/>
              <w:bottom w:w="34" w:type="dxa"/>
              <w:right w:w="25" w:type="dxa"/>
            </w:tcMar>
          </w:tcPr>
          <w:p w14:paraId="750E8CD1" w14:textId="77777777" w:rsidR="004A408E" w:rsidRDefault="004A408E"/>
        </w:tc>
        <w:tc>
          <w:tcPr>
            <w:tcW w:w="1872" w:type="dxa"/>
            <w:tcMar>
              <w:top w:w="34" w:type="dxa"/>
              <w:left w:w="25" w:type="dxa"/>
              <w:bottom w:w="34" w:type="dxa"/>
              <w:right w:w="25" w:type="dxa"/>
            </w:tcMar>
          </w:tcPr>
          <w:p w14:paraId="4A3D1E9E" w14:textId="77777777" w:rsidR="004A408E" w:rsidRDefault="004A408E"/>
        </w:tc>
        <w:tc>
          <w:tcPr>
            <w:tcW w:w="1440" w:type="dxa"/>
            <w:tcMar>
              <w:top w:w="34" w:type="dxa"/>
              <w:left w:w="25" w:type="dxa"/>
              <w:bottom w:w="34" w:type="dxa"/>
              <w:right w:w="25" w:type="dxa"/>
            </w:tcMar>
          </w:tcPr>
          <w:p w14:paraId="25CC746F" w14:textId="77777777" w:rsidR="004A408E" w:rsidRDefault="004A408E"/>
        </w:tc>
        <w:tc>
          <w:tcPr>
            <w:tcW w:w="2232" w:type="dxa"/>
            <w:tcMar>
              <w:top w:w="34" w:type="dxa"/>
              <w:left w:w="25" w:type="dxa"/>
              <w:bottom w:w="34" w:type="dxa"/>
              <w:right w:w="25" w:type="dxa"/>
            </w:tcMar>
          </w:tcPr>
          <w:p w14:paraId="2F9B826B" w14:textId="77777777" w:rsidR="004A408E" w:rsidRDefault="004A408E"/>
        </w:tc>
        <w:tc>
          <w:tcPr>
            <w:tcW w:w="1440" w:type="dxa"/>
            <w:tcMar>
              <w:top w:w="34" w:type="dxa"/>
              <w:left w:w="25" w:type="dxa"/>
              <w:bottom w:w="34" w:type="dxa"/>
              <w:right w:w="25" w:type="dxa"/>
            </w:tcMar>
          </w:tcPr>
          <w:p w14:paraId="7BE71045" w14:textId="77777777" w:rsidR="004A408E" w:rsidRDefault="004A408E"/>
        </w:tc>
      </w:tr>
      <w:tr w:rsidR="004A408E" w14:paraId="70CED29F" w14:textId="77777777" w:rsidTr="0057614B">
        <w:trPr>
          <w:trHeight w:val="390"/>
          <w:jc w:val="center"/>
        </w:trPr>
        <w:tc>
          <w:tcPr>
            <w:tcW w:w="1584" w:type="dxa"/>
            <w:tcMar>
              <w:top w:w="34" w:type="dxa"/>
              <w:left w:w="25" w:type="dxa"/>
              <w:bottom w:w="34" w:type="dxa"/>
              <w:right w:w="25" w:type="dxa"/>
            </w:tcMar>
          </w:tcPr>
          <w:p w14:paraId="369DCBEC" w14:textId="77777777" w:rsidR="004A408E" w:rsidRDefault="004A408E"/>
        </w:tc>
        <w:tc>
          <w:tcPr>
            <w:tcW w:w="1656" w:type="dxa"/>
            <w:tcMar>
              <w:top w:w="34" w:type="dxa"/>
              <w:left w:w="25" w:type="dxa"/>
              <w:bottom w:w="34" w:type="dxa"/>
              <w:right w:w="25" w:type="dxa"/>
            </w:tcMar>
          </w:tcPr>
          <w:p w14:paraId="5EA4F97E" w14:textId="77777777" w:rsidR="004A408E" w:rsidRDefault="004A408E"/>
        </w:tc>
        <w:tc>
          <w:tcPr>
            <w:tcW w:w="1656" w:type="dxa"/>
            <w:tcMar>
              <w:top w:w="34" w:type="dxa"/>
              <w:left w:w="25" w:type="dxa"/>
              <w:bottom w:w="34" w:type="dxa"/>
              <w:right w:w="25" w:type="dxa"/>
            </w:tcMar>
          </w:tcPr>
          <w:p w14:paraId="7A045207" w14:textId="77777777" w:rsidR="004A408E" w:rsidRDefault="004A408E"/>
        </w:tc>
        <w:tc>
          <w:tcPr>
            <w:tcW w:w="1872" w:type="dxa"/>
            <w:tcMar>
              <w:top w:w="34" w:type="dxa"/>
              <w:left w:w="25" w:type="dxa"/>
              <w:bottom w:w="34" w:type="dxa"/>
              <w:right w:w="25" w:type="dxa"/>
            </w:tcMar>
          </w:tcPr>
          <w:p w14:paraId="12CBCF08" w14:textId="77777777" w:rsidR="004A408E" w:rsidRDefault="004A408E"/>
        </w:tc>
        <w:tc>
          <w:tcPr>
            <w:tcW w:w="1440" w:type="dxa"/>
            <w:tcMar>
              <w:top w:w="34" w:type="dxa"/>
              <w:left w:w="25" w:type="dxa"/>
              <w:bottom w:w="34" w:type="dxa"/>
              <w:right w:w="25" w:type="dxa"/>
            </w:tcMar>
          </w:tcPr>
          <w:p w14:paraId="2FD21C61" w14:textId="77777777" w:rsidR="004A408E" w:rsidRDefault="004A408E"/>
        </w:tc>
        <w:tc>
          <w:tcPr>
            <w:tcW w:w="2232" w:type="dxa"/>
            <w:tcMar>
              <w:top w:w="34" w:type="dxa"/>
              <w:left w:w="25" w:type="dxa"/>
              <w:bottom w:w="34" w:type="dxa"/>
              <w:right w:w="25" w:type="dxa"/>
            </w:tcMar>
          </w:tcPr>
          <w:p w14:paraId="2A97911A" w14:textId="77777777" w:rsidR="004A408E" w:rsidRDefault="004A408E"/>
        </w:tc>
        <w:tc>
          <w:tcPr>
            <w:tcW w:w="1440" w:type="dxa"/>
            <w:tcMar>
              <w:top w:w="34" w:type="dxa"/>
              <w:left w:w="25" w:type="dxa"/>
              <w:bottom w:w="34" w:type="dxa"/>
              <w:right w:w="25" w:type="dxa"/>
            </w:tcMar>
          </w:tcPr>
          <w:p w14:paraId="13A66073" w14:textId="77777777" w:rsidR="004A408E" w:rsidRDefault="004A408E"/>
        </w:tc>
      </w:tr>
      <w:tr w:rsidR="004A408E" w14:paraId="0EFC195D" w14:textId="77777777" w:rsidTr="0057614B">
        <w:trPr>
          <w:trHeight w:val="390"/>
          <w:jc w:val="center"/>
        </w:trPr>
        <w:tc>
          <w:tcPr>
            <w:tcW w:w="1584" w:type="dxa"/>
            <w:tcMar>
              <w:top w:w="34" w:type="dxa"/>
              <w:left w:w="25" w:type="dxa"/>
              <w:bottom w:w="34" w:type="dxa"/>
              <w:right w:w="25" w:type="dxa"/>
            </w:tcMar>
          </w:tcPr>
          <w:p w14:paraId="49731C77" w14:textId="77777777" w:rsidR="004A408E" w:rsidRDefault="004A408E"/>
        </w:tc>
        <w:tc>
          <w:tcPr>
            <w:tcW w:w="1656" w:type="dxa"/>
            <w:tcMar>
              <w:top w:w="34" w:type="dxa"/>
              <w:left w:w="25" w:type="dxa"/>
              <w:bottom w:w="34" w:type="dxa"/>
              <w:right w:w="25" w:type="dxa"/>
            </w:tcMar>
          </w:tcPr>
          <w:p w14:paraId="6017E110" w14:textId="77777777" w:rsidR="004A408E" w:rsidRDefault="004A408E"/>
        </w:tc>
        <w:tc>
          <w:tcPr>
            <w:tcW w:w="1656" w:type="dxa"/>
            <w:tcMar>
              <w:top w:w="34" w:type="dxa"/>
              <w:left w:w="25" w:type="dxa"/>
              <w:bottom w:w="34" w:type="dxa"/>
              <w:right w:w="25" w:type="dxa"/>
            </w:tcMar>
          </w:tcPr>
          <w:p w14:paraId="0F2208DE" w14:textId="77777777" w:rsidR="004A408E" w:rsidRDefault="004A408E"/>
        </w:tc>
        <w:tc>
          <w:tcPr>
            <w:tcW w:w="1872" w:type="dxa"/>
            <w:tcMar>
              <w:top w:w="34" w:type="dxa"/>
              <w:left w:w="25" w:type="dxa"/>
              <w:bottom w:w="34" w:type="dxa"/>
              <w:right w:w="25" w:type="dxa"/>
            </w:tcMar>
          </w:tcPr>
          <w:p w14:paraId="27BAEF43" w14:textId="77777777" w:rsidR="004A408E" w:rsidRDefault="004A408E"/>
        </w:tc>
        <w:tc>
          <w:tcPr>
            <w:tcW w:w="1440" w:type="dxa"/>
            <w:tcMar>
              <w:top w:w="34" w:type="dxa"/>
              <w:left w:w="25" w:type="dxa"/>
              <w:bottom w:w="34" w:type="dxa"/>
              <w:right w:w="25" w:type="dxa"/>
            </w:tcMar>
          </w:tcPr>
          <w:p w14:paraId="4979A32C" w14:textId="77777777" w:rsidR="004A408E" w:rsidRDefault="004A408E"/>
        </w:tc>
        <w:tc>
          <w:tcPr>
            <w:tcW w:w="2232" w:type="dxa"/>
            <w:tcMar>
              <w:top w:w="34" w:type="dxa"/>
              <w:left w:w="25" w:type="dxa"/>
              <w:bottom w:w="34" w:type="dxa"/>
              <w:right w:w="25" w:type="dxa"/>
            </w:tcMar>
          </w:tcPr>
          <w:p w14:paraId="5A75B3E9" w14:textId="77777777" w:rsidR="004A408E" w:rsidRDefault="004A408E"/>
        </w:tc>
        <w:tc>
          <w:tcPr>
            <w:tcW w:w="1440" w:type="dxa"/>
            <w:tcMar>
              <w:top w:w="34" w:type="dxa"/>
              <w:left w:w="25" w:type="dxa"/>
              <w:bottom w:w="34" w:type="dxa"/>
              <w:right w:w="25" w:type="dxa"/>
            </w:tcMar>
          </w:tcPr>
          <w:p w14:paraId="7083E52E" w14:textId="77777777" w:rsidR="004A408E" w:rsidRDefault="004A408E"/>
        </w:tc>
      </w:tr>
      <w:tr w:rsidR="004A408E" w14:paraId="33CDCB95" w14:textId="77777777" w:rsidTr="0057614B">
        <w:trPr>
          <w:trHeight w:val="390"/>
          <w:jc w:val="center"/>
        </w:trPr>
        <w:tc>
          <w:tcPr>
            <w:tcW w:w="1584" w:type="dxa"/>
            <w:tcMar>
              <w:top w:w="34" w:type="dxa"/>
              <w:left w:w="25" w:type="dxa"/>
              <w:bottom w:w="34" w:type="dxa"/>
              <w:right w:w="25" w:type="dxa"/>
            </w:tcMar>
          </w:tcPr>
          <w:p w14:paraId="7865BDCD" w14:textId="77777777" w:rsidR="004A408E" w:rsidRDefault="004A408E"/>
        </w:tc>
        <w:tc>
          <w:tcPr>
            <w:tcW w:w="1656" w:type="dxa"/>
            <w:tcMar>
              <w:top w:w="34" w:type="dxa"/>
              <w:left w:w="25" w:type="dxa"/>
              <w:bottom w:w="34" w:type="dxa"/>
              <w:right w:w="25" w:type="dxa"/>
            </w:tcMar>
          </w:tcPr>
          <w:p w14:paraId="722F6A70" w14:textId="77777777" w:rsidR="004A408E" w:rsidRDefault="004A408E"/>
        </w:tc>
        <w:tc>
          <w:tcPr>
            <w:tcW w:w="1656" w:type="dxa"/>
            <w:tcMar>
              <w:top w:w="34" w:type="dxa"/>
              <w:left w:w="25" w:type="dxa"/>
              <w:bottom w:w="34" w:type="dxa"/>
              <w:right w:w="25" w:type="dxa"/>
            </w:tcMar>
          </w:tcPr>
          <w:p w14:paraId="20134C64" w14:textId="77777777" w:rsidR="004A408E" w:rsidRDefault="004A408E"/>
        </w:tc>
        <w:tc>
          <w:tcPr>
            <w:tcW w:w="1872" w:type="dxa"/>
            <w:tcMar>
              <w:top w:w="34" w:type="dxa"/>
              <w:left w:w="25" w:type="dxa"/>
              <w:bottom w:w="34" w:type="dxa"/>
              <w:right w:w="25" w:type="dxa"/>
            </w:tcMar>
          </w:tcPr>
          <w:p w14:paraId="1F665BFE" w14:textId="77777777" w:rsidR="004A408E" w:rsidRDefault="004A408E"/>
        </w:tc>
        <w:tc>
          <w:tcPr>
            <w:tcW w:w="1440" w:type="dxa"/>
            <w:tcMar>
              <w:top w:w="34" w:type="dxa"/>
              <w:left w:w="25" w:type="dxa"/>
              <w:bottom w:w="34" w:type="dxa"/>
              <w:right w:w="25" w:type="dxa"/>
            </w:tcMar>
          </w:tcPr>
          <w:p w14:paraId="34E3D393" w14:textId="77777777" w:rsidR="004A408E" w:rsidRDefault="004A408E"/>
        </w:tc>
        <w:tc>
          <w:tcPr>
            <w:tcW w:w="2232" w:type="dxa"/>
            <w:tcMar>
              <w:top w:w="34" w:type="dxa"/>
              <w:left w:w="25" w:type="dxa"/>
              <w:bottom w:w="34" w:type="dxa"/>
              <w:right w:w="25" w:type="dxa"/>
            </w:tcMar>
          </w:tcPr>
          <w:p w14:paraId="23388000" w14:textId="77777777" w:rsidR="004A408E" w:rsidRDefault="004A408E"/>
        </w:tc>
        <w:tc>
          <w:tcPr>
            <w:tcW w:w="1440" w:type="dxa"/>
            <w:tcMar>
              <w:top w:w="34" w:type="dxa"/>
              <w:left w:w="25" w:type="dxa"/>
              <w:bottom w:w="34" w:type="dxa"/>
              <w:right w:w="25" w:type="dxa"/>
            </w:tcMar>
          </w:tcPr>
          <w:p w14:paraId="4993526C" w14:textId="77777777" w:rsidR="004A408E" w:rsidRDefault="004A408E"/>
        </w:tc>
      </w:tr>
      <w:tr w:rsidR="004A408E" w14:paraId="1F4C0A80" w14:textId="77777777" w:rsidTr="0057614B">
        <w:trPr>
          <w:trHeight w:val="390"/>
          <w:jc w:val="center"/>
        </w:trPr>
        <w:tc>
          <w:tcPr>
            <w:tcW w:w="1584" w:type="dxa"/>
            <w:tcMar>
              <w:top w:w="34" w:type="dxa"/>
              <w:left w:w="25" w:type="dxa"/>
              <w:bottom w:w="34" w:type="dxa"/>
              <w:right w:w="25" w:type="dxa"/>
            </w:tcMar>
          </w:tcPr>
          <w:p w14:paraId="7907DE81" w14:textId="77777777" w:rsidR="004A408E" w:rsidRDefault="004A408E"/>
        </w:tc>
        <w:tc>
          <w:tcPr>
            <w:tcW w:w="1656" w:type="dxa"/>
            <w:tcMar>
              <w:top w:w="34" w:type="dxa"/>
              <w:left w:w="25" w:type="dxa"/>
              <w:bottom w:w="34" w:type="dxa"/>
              <w:right w:w="25" w:type="dxa"/>
            </w:tcMar>
          </w:tcPr>
          <w:p w14:paraId="3DEFF0BA" w14:textId="77777777" w:rsidR="004A408E" w:rsidRDefault="004A408E"/>
        </w:tc>
        <w:tc>
          <w:tcPr>
            <w:tcW w:w="1656" w:type="dxa"/>
            <w:tcMar>
              <w:top w:w="34" w:type="dxa"/>
              <w:left w:w="25" w:type="dxa"/>
              <w:bottom w:w="34" w:type="dxa"/>
              <w:right w:w="25" w:type="dxa"/>
            </w:tcMar>
          </w:tcPr>
          <w:p w14:paraId="38F2DEC5" w14:textId="77777777" w:rsidR="004A408E" w:rsidRDefault="004A408E"/>
        </w:tc>
        <w:tc>
          <w:tcPr>
            <w:tcW w:w="1872" w:type="dxa"/>
            <w:tcMar>
              <w:top w:w="34" w:type="dxa"/>
              <w:left w:w="25" w:type="dxa"/>
              <w:bottom w:w="34" w:type="dxa"/>
              <w:right w:w="25" w:type="dxa"/>
            </w:tcMar>
          </w:tcPr>
          <w:p w14:paraId="5859052E" w14:textId="77777777" w:rsidR="004A408E" w:rsidRDefault="004A408E"/>
        </w:tc>
        <w:tc>
          <w:tcPr>
            <w:tcW w:w="1440" w:type="dxa"/>
            <w:tcMar>
              <w:top w:w="34" w:type="dxa"/>
              <w:left w:w="25" w:type="dxa"/>
              <w:bottom w:w="34" w:type="dxa"/>
              <w:right w:w="25" w:type="dxa"/>
            </w:tcMar>
          </w:tcPr>
          <w:p w14:paraId="6A2898D7" w14:textId="77777777" w:rsidR="004A408E" w:rsidRDefault="004A408E"/>
        </w:tc>
        <w:tc>
          <w:tcPr>
            <w:tcW w:w="2232" w:type="dxa"/>
            <w:tcMar>
              <w:top w:w="34" w:type="dxa"/>
              <w:left w:w="25" w:type="dxa"/>
              <w:bottom w:w="34" w:type="dxa"/>
              <w:right w:w="25" w:type="dxa"/>
            </w:tcMar>
          </w:tcPr>
          <w:p w14:paraId="327C55DC" w14:textId="77777777" w:rsidR="004A408E" w:rsidRDefault="004A408E"/>
        </w:tc>
        <w:tc>
          <w:tcPr>
            <w:tcW w:w="1440" w:type="dxa"/>
            <w:tcMar>
              <w:top w:w="34" w:type="dxa"/>
              <w:left w:w="25" w:type="dxa"/>
              <w:bottom w:w="34" w:type="dxa"/>
              <w:right w:w="25" w:type="dxa"/>
            </w:tcMar>
          </w:tcPr>
          <w:p w14:paraId="66F6A605" w14:textId="77777777" w:rsidR="004A408E" w:rsidRDefault="004A408E"/>
        </w:tc>
      </w:tr>
    </w:tbl>
    <w:p w14:paraId="433B8D91" w14:textId="77777777" w:rsidR="004A408E" w:rsidRDefault="004A408E">
      <w:pPr>
        <w:spacing w:after="0"/>
      </w:pPr>
    </w:p>
    <w:tbl>
      <w:tblPr>
        <w:tblW w:w="0" w:type="auto"/>
        <w:tblLook w:val="04A0" w:firstRow="1" w:lastRow="0" w:firstColumn="1" w:lastColumn="0" w:noHBand="0" w:noVBand="1"/>
      </w:tblPr>
      <w:tblGrid>
        <w:gridCol w:w="10800"/>
      </w:tblGrid>
      <w:tr w:rsidR="004A408E" w14:paraId="0CB9B02C" w14:textId="77777777">
        <w:tc>
          <w:tcPr>
            <w:tcW w:w="10800" w:type="dxa"/>
            <w:shd w:val="clear" w:color="auto" w:fill="D9D9D9"/>
            <w:tcMar>
              <w:top w:w="44" w:type="dxa"/>
              <w:left w:w="55" w:type="dxa"/>
              <w:bottom w:w="44" w:type="dxa"/>
              <w:right w:w="55" w:type="dxa"/>
            </w:tcMar>
          </w:tcPr>
          <w:p w14:paraId="5EB2CEF0" w14:textId="77777777" w:rsidR="004A408E" w:rsidRDefault="00921378">
            <w:pPr>
              <w:spacing w:after="0"/>
            </w:pPr>
            <w:r>
              <w:rPr>
                <w:b/>
                <w:sz w:val="19"/>
              </w:rPr>
              <w:t>ROYALTIES &amp; OTHER INCOME SOURCES</w:t>
            </w:r>
          </w:p>
        </w:tc>
      </w:tr>
    </w:tbl>
    <w:tbl>
      <w:tblPr>
        <w:tblStyle w:val="TableGrid"/>
        <w:tblW w:w="10800" w:type="dxa"/>
        <w:jc w:val="center"/>
        <w:tblLayout w:type="fixed"/>
        <w:tblLook w:val="04A0" w:firstRow="1" w:lastRow="0" w:firstColumn="1" w:lastColumn="0" w:noHBand="0" w:noVBand="1"/>
      </w:tblPr>
      <w:tblGrid>
        <w:gridCol w:w="1626"/>
        <w:gridCol w:w="1626"/>
        <w:gridCol w:w="1302"/>
        <w:gridCol w:w="1561"/>
        <w:gridCol w:w="1756"/>
        <w:gridCol w:w="1497"/>
        <w:gridCol w:w="1432"/>
      </w:tblGrid>
      <w:tr w:rsidR="004A408E" w14:paraId="1A6F3B2A" w14:textId="77777777" w:rsidTr="0057614B">
        <w:trPr>
          <w:tblHeader/>
          <w:jc w:val="center"/>
        </w:trPr>
        <w:tc>
          <w:tcPr>
            <w:tcW w:w="1800" w:type="dxa"/>
            <w:shd w:val="clear" w:color="auto" w:fill="D9D9D9"/>
            <w:tcMar>
              <w:top w:w="48" w:type="dxa"/>
              <w:left w:w="23" w:type="dxa"/>
              <w:bottom w:w="48" w:type="dxa"/>
              <w:right w:w="23" w:type="dxa"/>
            </w:tcMar>
            <w:vAlign w:val="center"/>
          </w:tcPr>
          <w:p w14:paraId="4AA83970" w14:textId="77777777" w:rsidR="004A408E" w:rsidRDefault="00921378">
            <w:pPr>
              <w:jc w:val="center"/>
            </w:pPr>
            <w:r>
              <w:rPr>
                <w:b/>
                <w:sz w:val="13"/>
              </w:rPr>
              <w:t>Work / Income Source</w:t>
            </w:r>
          </w:p>
        </w:tc>
        <w:tc>
          <w:tcPr>
            <w:tcW w:w="1800" w:type="dxa"/>
            <w:shd w:val="clear" w:color="auto" w:fill="D9D9D9"/>
            <w:tcMar>
              <w:top w:w="48" w:type="dxa"/>
              <w:left w:w="23" w:type="dxa"/>
              <w:bottom w:w="48" w:type="dxa"/>
              <w:right w:w="23" w:type="dxa"/>
            </w:tcMar>
            <w:vAlign w:val="center"/>
          </w:tcPr>
          <w:p w14:paraId="32B05308" w14:textId="77777777" w:rsidR="004A408E" w:rsidRDefault="00921378">
            <w:pPr>
              <w:jc w:val="center"/>
            </w:pPr>
            <w:r>
              <w:rPr>
                <w:b/>
                <w:sz w:val="13"/>
              </w:rPr>
              <w:t>Payer / Platform / Licensee</w:t>
            </w:r>
          </w:p>
        </w:tc>
        <w:tc>
          <w:tcPr>
            <w:tcW w:w="1440" w:type="dxa"/>
            <w:shd w:val="clear" w:color="auto" w:fill="D9D9D9"/>
            <w:tcMar>
              <w:top w:w="48" w:type="dxa"/>
              <w:left w:w="23" w:type="dxa"/>
              <w:bottom w:w="48" w:type="dxa"/>
              <w:right w:w="23" w:type="dxa"/>
            </w:tcMar>
            <w:vAlign w:val="center"/>
          </w:tcPr>
          <w:p w14:paraId="316E2F7A" w14:textId="77777777" w:rsidR="004A408E" w:rsidRDefault="00921378">
            <w:pPr>
              <w:jc w:val="center"/>
            </w:pPr>
            <w:r>
              <w:rPr>
                <w:b/>
                <w:sz w:val="13"/>
              </w:rPr>
              <w:t>Type of Income</w:t>
            </w:r>
          </w:p>
        </w:tc>
        <w:tc>
          <w:tcPr>
            <w:tcW w:w="1728" w:type="dxa"/>
            <w:shd w:val="clear" w:color="auto" w:fill="D9D9D9"/>
            <w:tcMar>
              <w:top w:w="48" w:type="dxa"/>
              <w:left w:w="23" w:type="dxa"/>
              <w:bottom w:w="48" w:type="dxa"/>
              <w:right w:w="23" w:type="dxa"/>
            </w:tcMar>
            <w:vAlign w:val="center"/>
          </w:tcPr>
          <w:p w14:paraId="6B201F6E" w14:textId="77777777" w:rsidR="004A408E" w:rsidRDefault="00921378">
            <w:pPr>
              <w:jc w:val="center"/>
            </w:pPr>
            <w:r>
              <w:rPr>
                <w:b/>
                <w:sz w:val="13"/>
              </w:rPr>
              <w:t>Payment Frequency / Terms</w:t>
            </w:r>
          </w:p>
        </w:tc>
        <w:tc>
          <w:tcPr>
            <w:tcW w:w="1944" w:type="dxa"/>
            <w:shd w:val="clear" w:color="auto" w:fill="D9D9D9"/>
            <w:tcMar>
              <w:top w:w="48" w:type="dxa"/>
              <w:left w:w="23" w:type="dxa"/>
              <w:bottom w:w="48" w:type="dxa"/>
              <w:right w:w="23" w:type="dxa"/>
            </w:tcMar>
            <w:vAlign w:val="center"/>
          </w:tcPr>
          <w:p w14:paraId="4A629D12" w14:textId="77777777" w:rsidR="004A408E" w:rsidRDefault="00921378">
            <w:pPr>
              <w:jc w:val="center"/>
            </w:pPr>
            <w:r>
              <w:rPr>
                <w:b/>
                <w:sz w:val="13"/>
              </w:rPr>
              <w:t>Records / Statement Location</w:t>
            </w:r>
          </w:p>
        </w:tc>
        <w:tc>
          <w:tcPr>
            <w:tcW w:w="1656" w:type="dxa"/>
            <w:shd w:val="clear" w:color="auto" w:fill="D9D9D9"/>
            <w:tcMar>
              <w:top w:w="48" w:type="dxa"/>
              <w:left w:w="23" w:type="dxa"/>
              <w:bottom w:w="48" w:type="dxa"/>
              <w:right w:w="23" w:type="dxa"/>
            </w:tcMar>
            <w:vAlign w:val="center"/>
          </w:tcPr>
          <w:p w14:paraId="44309AC6" w14:textId="77777777" w:rsidR="004A408E" w:rsidRDefault="00921378">
            <w:pPr>
              <w:jc w:val="center"/>
            </w:pPr>
            <w:r>
              <w:rPr>
                <w:b/>
                <w:sz w:val="13"/>
              </w:rPr>
              <w:t>Financial / Tax Cross-Reference</w:t>
            </w:r>
          </w:p>
        </w:tc>
        <w:tc>
          <w:tcPr>
            <w:tcW w:w="1584" w:type="dxa"/>
            <w:shd w:val="clear" w:color="auto" w:fill="D9D9D9"/>
            <w:tcMar>
              <w:top w:w="48" w:type="dxa"/>
              <w:left w:w="23" w:type="dxa"/>
              <w:bottom w:w="48" w:type="dxa"/>
              <w:right w:w="23" w:type="dxa"/>
            </w:tcMar>
            <w:vAlign w:val="center"/>
          </w:tcPr>
          <w:p w14:paraId="17AE729A" w14:textId="77777777" w:rsidR="004A408E" w:rsidRDefault="00921378">
            <w:pPr>
              <w:jc w:val="center"/>
            </w:pPr>
            <w:r>
              <w:rPr>
                <w:b/>
                <w:sz w:val="13"/>
              </w:rPr>
              <w:t>Contact / Notes</w:t>
            </w:r>
          </w:p>
        </w:tc>
      </w:tr>
      <w:tr w:rsidR="004A408E" w14:paraId="0164AB11" w14:textId="77777777" w:rsidTr="0057614B">
        <w:trPr>
          <w:trHeight w:val="380"/>
          <w:jc w:val="center"/>
        </w:trPr>
        <w:tc>
          <w:tcPr>
            <w:tcW w:w="1800" w:type="dxa"/>
            <w:tcMar>
              <w:top w:w="34" w:type="dxa"/>
              <w:left w:w="25" w:type="dxa"/>
              <w:bottom w:w="34" w:type="dxa"/>
              <w:right w:w="25" w:type="dxa"/>
            </w:tcMar>
          </w:tcPr>
          <w:p w14:paraId="383D7D18" w14:textId="77777777" w:rsidR="004A408E" w:rsidRDefault="004A408E"/>
        </w:tc>
        <w:tc>
          <w:tcPr>
            <w:tcW w:w="1800" w:type="dxa"/>
            <w:tcMar>
              <w:top w:w="34" w:type="dxa"/>
              <w:left w:w="25" w:type="dxa"/>
              <w:bottom w:w="34" w:type="dxa"/>
              <w:right w:w="25" w:type="dxa"/>
            </w:tcMar>
          </w:tcPr>
          <w:p w14:paraId="29F4DC75" w14:textId="77777777" w:rsidR="004A408E" w:rsidRDefault="004A408E"/>
        </w:tc>
        <w:tc>
          <w:tcPr>
            <w:tcW w:w="1440" w:type="dxa"/>
            <w:tcMar>
              <w:top w:w="34" w:type="dxa"/>
              <w:left w:w="25" w:type="dxa"/>
              <w:bottom w:w="34" w:type="dxa"/>
              <w:right w:w="25" w:type="dxa"/>
            </w:tcMar>
          </w:tcPr>
          <w:p w14:paraId="31BA4D12" w14:textId="77777777" w:rsidR="004A408E" w:rsidRDefault="004A408E"/>
        </w:tc>
        <w:tc>
          <w:tcPr>
            <w:tcW w:w="1728" w:type="dxa"/>
            <w:tcMar>
              <w:top w:w="34" w:type="dxa"/>
              <w:left w:w="25" w:type="dxa"/>
              <w:bottom w:w="34" w:type="dxa"/>
              <w:right w:w="25" w:type="dxa"/>
            </w:tcMar>
          </w:tcPr>
          <w:p w14:paraId="532B79D7" w14:textId="77777777" w:rsidR="004A408E" w:rsidRDefault="004A408E"/>
        </w:tc>
        <w:tc>
          <w:tcPr>
            <w:tcW w:w="1944" w:type="dxa"/>
            <w:tcMar>
              <w:top w:w="34" w:type="dxa"/>
              <w:left w:w="25" w:type="dxa"/>
              <w:bottom w:w="34" w:type="dxa"/>
              <w:right w:w="25" w:type="dxa"/>
            </w:tcMar>
          </w:tcPr>
          <w:p w14:paraId="45EDFFD4" w14:textId="77777777" w:rsidR="004A408E" w:rsidRDefault="004A408E"/>
        </w:tc>
        <w:tc>
          <w:tcPr>
            <w:tcW w:w="1656" w:type="dxa"/>
            <w:tcMar>
              <w:top w:w="34" w:type="dxa"/>
              <w:left w:w="25" w:type="dxa"/>
              <w:bottom w:w="34" w:type="dxa"/>
              <w:right w:w="25" w:type="dxa"/>
            </w:tcMar>
          </w:tcPr>
          <w:p w14:paraId="567C2FDF" w14:textId="77777777" w:rsidR="004A408E" w:rsidRDefault="004A408E"/>
        </w:tc>
        <w:tc>
          <w:tcPr>
            <w:tcW w:w="1584" w:type="dxa"/>
            <w:tcMar>
              <w:top w:w="34" w:type="dxa"/>
              <w:left w:w="25" w:type="dxa"/>
              <w:bottom w:w="34" w:type="dxa"/>
              <w:right w:w="25" w:type="dxa"/>
            </w:tcMar>
          </w:tcPr>
          <w:p w14:paraId="75455F44" w14:textId="77777777" w:rsidR="004A408E" w:rsidRDefault="004A408E"/>
        </w:tc>
      </w:tr>
      <w:tr w:rsidR="004A408E" w14:paraId="08CC2717" w14:textId="77777777" w:rsidTr="0057614B">
        <w:trPr>
          <w:trHeight w:val="380"/>
          <w:jc w:val="center"/>
        </w:trPr>
        <w:tc>
          <w:tcPr>
            <w:tcW w:w="1800" w:type="dxa"/>
            <w:tcMar>
              <w:top w:w="34" w:type="dxa"/>
              <w:left w:w="25" w:type="dxa"/>
              <w:bottom w:w="34" w:type="dxa"/>
              <w:right w:w="25" w:type="dxa"/>
            </w:tcMar>
          </w:tcPr>
          <w:p w14:paraId="0E036C4B" w14:textId="77777777" w:rsidR="004A408E" w:rsidRDefault="004A408E"/>
        </w:tc>
        <w:tc>
          <w:tcPr>
            <w:tcW w:w="1800" w:type="dxa"/>
            <w:tcMar>
              <w:top w:w="34" w:type="dxa"/>
              <w:left w:w="25" w:type="dxa"/>
              <w:bottom w:w="34" w:type="dxa"/>
              <w:right w:w="25" w:type="dxa"/>
            </w:tcMar>
          </w:tcPr>
          <w:p w14:paraId="345E26CE" w14:textId="77777777" w:rsidR="004A408E" w:rsidRDefault="004A408E"/>
        </w:tc>
        <w:tc>
          <w:tcPr>
            <w:tcW w:w="1440" w:type="dxa"/>
            <w:tcMar>
              <w:top w:w="34" w:type="dxa"/>
              <w:left w:w="25" w:type="dxa"/>
              <w:bottom w:w="34" w:type="dxa"/>
              <w:right w:w="25" w:type="dxa"/>
            </w:tcMar>
          </w:tcPr>
          <w:p w14:paraId="1B037C9A" w14:textId="77777777" w:rsidR="004A408E" w:rsidRDefault="004A408E"/>
        </w:tc>
        <w:tc>
          <w:tcPr>
            <w:tcW w:w="1728" w:type="dxa"/>
            <w:tcMar>
              <w:top w:w="34" w:type="dxa"/>
              <w:left w:w="25" w:type="dxa"/>
              <w:bottom w:w="34" w:type="dxa"/>
              <w:right w:w="25" w:type="dxa"/>
            </w:tcMar>
          </w:tcPr>
          <w:p w14:paraId="6FCFCDE9" w14:textId="77777777" w:rsidR="004A408E" w:rsidRDefault="004A408E"/>
        </w:tc>
        <w:tc>
          <w:tcPr>
            <w:tcW w:w="1944" w:type="dxa"/>
            <w:tcMar>
              <w:top w:w="34" w:type="dxa"/>
              <w:left w:w="25" w:type="dxa"/>
              <w:bottom w:w="34" w:type="dxa"/>
              <w:right w:w="25" w:type="dxa"/>
            </w:tcMar>
          </w:tcPr>
          <w:p w14:paraId="121B616A" w14:textId="77777777" w:rsidR="004A408E" w:rsidRDefault="004A408E"/>
        </w:tc>
        <w:tc>
          <w:tcPr>
            <w:tcW w:w="1656" w:type="dxa"/>
            <w:tcMar>
              <w:top w:w="34" w:type="dxa"/>
              <w:left w:w="25" w:type="dxa"/>
              <w:bottom w:w="34" w:type="dxa"/>
              <w:right w:w="25" w:type="dxa"/>
            </w:tcMar>
          </w:tcPr>
          <w:p w14:paraId="3F74E1D2" w14:textId="77777777" w:rsidR="004A408E" w:rsidRDefault="004A408E"/>
        </w:tc>
        <w:tc>
          <w:tcPr>
            <w:tcW w:w="1584" w:type="dxa"/>
            <w:tcMar>
              <w:top w:w="34" w:type="dxa"/>
              <w:left w:w="25" w:type="dxa"/>
              <w:bottom w:w="34" w:type="dxa"/>
              <w:right w:w="25" w:type="dxa"/>
            </w:tcMar>
          </w:tcPr>
          <w:p w14:paraId="0208059E" w14:textId="77777777" w:rsidR="004A408E" w:rsidRDefault="004A408E"/>
        </w:tc>
      </w:tr>
      <w:tr w:rsidR="004A408E" w14:paraId="385CA747" w14:textId="77777777" w:rsidTr="0057614B">
        <w:trPr>
          <w:trHeight w:val="380"/>
          <w:jc w:val="center"/>
        </w:trPr>
        <w:tc>
          <w:tcPr>
            <w:tcW w:w="1800" w:type="dxa"/>
            <w:tcMar>
              <w:top w:w="34" w:type="dxa"/>
              <w:left w:w="25" w:type="dxa"/>
              <w:bottom w:w="34" w:type="dxa"/>
              <w:right w:w="25" w:type="dxa"/>
            </w:tcMar>
          </w:tcPr>
          <w:p w14:paraId="1B0442AD" w14:textId="77777777" w:rsidR="004A408E" w:rsidRDefault="004A408E"/>
        </w:tc>
        <w:tc>
          <w:tcPr>
            <w:tcW w:w="1800" w:type="dxa"/>
            <w:tcMar>
              <w:top w:w="34" w:type="dxa"/>
              <w:left w:w="25" w:type="dxa"/>
              <w:bottom w:w="34" w:type="dxa"/>
              <w:right w:w="25" w:type="dxa"/>
            </w:tcMar>
          </w:tcPr>
          <w:p w14:paraId="0D7E9C7E" w14:textId="77777777" w:rsidR="004A408E" w:rsidRDefault="004A408E"/>
        </w:tc>
        <w:tc>
          <w:tcPr>
            <w:tcW w:w="1440" w:type="dxa"/>
            <w:tcMar>
              <w:top w:w="34" w:type="dxa"/>
              <w:left w:w="25" w:type="dxa"/>
              <w:bottom w:w="34" w:type="dxa"/>
              <w:right w:w="25" w:type="dxa"/>
            </w:tcMar>
          </w:tcPr>
          <w:p w14:paraId="4D463419" w14:textId="77777777" w:rsidR="004A408E" w:rsidRDefault="004A408E"/>
        </w:tc>
        <w:tc>
          <w:tcPr>
            <w:tcW w:w="1728" w:type="dxa"/>
            <w:tcMar>
              <w:top w:w="34" w:type="dxa"/>
              <w:left w:w="25" w:type="dxa"/>
              <w:bottom w:w="34" w:type="dxa"/>
              <w:right w:w="25" w:type="dxa"/>
            </w:tcMar>
          </w:tcPr>
          <w:p w14:paraId="19498C9F" w14:textId="77777777" w:rsidR="004A408E" w:rsidRDefault="004A408E"/>
        </w:tc>
        <w:tc>
          <w:tcPr>
            <w:tcW w:w="1944" w:type="dxa"/>
            <w:tcMar>
              <w:top w:w="34" w:type="dxa"/>
              <w:left w:w="25" w:type="dxa"/>
              <w:bottom w:w="34" w:type="dxa"/>
              <w:right w:w="25" w:type="dxa"/>
            </w:tcMar>
          </w:tcPr>
          <w:p w14:paraId="35A4705A" w14:textId="77777777" w:rsidR="004A408E" w:rsidRDefault="004A408E"/>
        </w:tc>
        <w:tc>
          <w:tcPr>
            <w:tcW w:w="1656" w:type="dxa"/>
            <w:tcMar>
              <w:top w:w="34" w:type="dxa"/>
              <w:left w:w="25" w:type="dxa"/>
              <w:bottom w:w="34" w:type="dxa"/>
              <w:right w:w="25" w:type="dxa"/>
            </w:tcMar>
          </w:tcPr>
          <w:p w14:paraId="0076F634" w14:textId="77777777" w:rsidR="004A408E" w:rsidRDefault="004A408E"/>
        </w:tc>
        <w:tc>
          <w:tcPr>
            <w:tcW w:w="1584" w:type="dxa"/>
            <w:tcMar>
              <w:top w:w="34" w:type="dxa"/>
              <w:left w:w="25" w:type="dxa"/>
              <w:bottom w:w="34" w:type="dxa"/>
              <w:right w:w="25" w:type="dxa"/>
            </w:tcMar>
          </w:tcPr>
          <w:p w14:paraId="6ECFE3A2" w14:textId="77777777" w:rsidR="004A408E" w:rsidRDefault="004A408E"/>
        </w:tc>
      </w:tr>
      <w:tr w:rsidR="004A408E" w14:paraId="69C4EBC5" w14:textId="77777777" w:rsidTr="0057614B">
        <w:trPr>
          <w:trHeight w:val="380"/>
          <w:jc w:val="center"/>
        </w:trPr>
        <w:tc>
          <w:tcPr>
            <w:tcW w:w="1800" w:type="dxa"/>
            <w:tcMar>
              <w:top w:w="34" w:type="dxa"/>
              <w:left w:w="25" w:type="dxa"/>
              <w:bottom w:w="34" w:type="dxa"/>
              <w:right w:w="25" w:type="dxa"/>
            </w:tcMar>
          </w:tcPr>
          <w:p w14:paraId="558A23B0" w14:textId="77777777" w:rsidR="004A408E" w:rsidRDefault="004A408E"/>
        </w:tc>
        <w:tc>
          <w:tcPr>
            <w:tcW w:w="1800" w:type="dxa"/>
            <w:tcMar>
              <w:top w:w="34" w:type="dxa"/>
              <w:left w:w="25" w:type="dxa"/>
              <w:bottom w:w="34" w:type="dxa"/>
              <w:right w:w="25" w:type="dxa"/>
            </w:tcMar>
          </w:tcPr>
          <w:p w14:paraId="2F87E90F" w14:textId="77777777" w:rsidR="004A408E" w:rsidRDefault="004A408E"/>
        </w:tc>
        <w:tc>
          <w:tcPr>
            <w:tcW w:w="1440" w:type="dxa"/>
            <w:tcMar>
              <w:top w:w="34" w:type="dxa"/>
              <w:left w:w="25" w:type="dxa"/>
              <w:bottom w:w="34" w:type="dxa"/>
              <w:right w:w="25" w:type="dxa"/>
            </w:tcMar>
          </w:tcPr>
          <w:p w14:paraId="0C04C14A" w14:textId="77777777" w:rsidR="004A408E" w:rsidRDefault="004A408E"/>
        </w:tc>
        <w:tc>
          <w:tcPr>
            <w:tcW w:w="1728" w:type="dxa"/>
            <w:tcMar>
              <w:top w:w="34" w:type="dxa"/>
              <w:left w:w="25" w:type="dxa"/>
              <w:bottom w:w="34" w:type="dxa"/>
              <w:right w:w="25" w:type="dxa"/>
            </w:tcMar>
          </w:tcPr>
          <w:p w14:paraId="2D77E962" w14:textId="77777777" w:rsidR="004A408E" w:rsidRDefault="004A408E"/>
        </w:tc>
        <w:tc>
          <w:tcPr>
            <w:tcW w:w="1944" w:type="dxa"/>
            <w:tcMar>
              <w:top w:w="34" w:type="dxa"/>
              <w:left w:w="25" w:type="dxa"/>
              <w:bottom w:w="34" w:type="dxa"/>
              <w:right w:w="25" w:type="dxa"/>
            </w:tcMar>
          </w:tcPr>
          <w:p w14:paraId="6C412299" w14:textId="77777777" w:rsidR="004A408E" w:rsidRDefault="004A408E"/>
        </w:tc>
        <w:tc>
          <w:tcPr>
            <w:tcW w:w="1656" w:type="dxa"/>
            <w:tcMar>
              <w:top w:w="34" w:type="dxa"/>
              <w:left w:w="25" w:type="dxa"/>
              <w:bottom w:w="34" w:type="dxa"/>
              <w:right w:w="25" w:type="dxa"/>
            </w:tcMar>
          </w:tcPr>
          <w:p w14:paraId="19D94B29" w14:textId="77777777" w:rsidR="004A408E" w:rsidRDefault="004A408E"/>
        </w:tc>
        <w:tc>
          <w:tcPr>
            <w:tcW w:w="1584" w:type="dxa"/>
            <w:tcMar>
              <w:top w:w="34" w:type="dxa"/>
              <w:left w:w="25" w:type="dxa"/>
              <w:bottom w:w="34" w:type="dxa"/>
              <w:right w:w="25" w:type="dxa"/>
            </w:tcMar>
          </w:tcPr>
          <w:p w14:paraId="402515DF" w14:textId="77777777" w:rsidR="004A408E" w:rsidRDefault="004A408E"/>
        </w:tc>
      </w:tr>
      <w:tr w:rsidR="004A408E" w14:paraId="68442C8D" w14:textId="77777777" w:rsidTr="0057614B">
        <w:trPr>
          <w:trHeight w:val="380"/>
          <w:jc w:val="center"/>
        </w:trPr>
        <w:tc>
          <w:tcPr>
            <w:tcW w:w="1800" w:type="dxa"/>
            <w:tcMar>
              <w:top w:w="34" w:type="dxa"/>
              <w:left w:w="25" w:type="dxa"/>
              <w:bottom w:w="34" w:type="dxa"/>
              <w:right w:w="25" w:type="dxa"/>
            </w:tcMar>
          </w:tcPr>
          <w:p w14:paraId="4295C3A7" w14:textId="77777777" w:rsidR="004A408E" w:rsidRDefault="004A408E"/>
        </w:tc>
        <w:tc>
          <w:tcPr>
            <w:tcW w:w="1800" w:type="dxa"/>
            <w:tcMar>
              <w:top w:w="34" w:type="dxa"/>
              <w:left w:w="25" w:type="dxa"/>
              <w:bottom w:w="34" w:type="dxa"/>
              <w:right w:w="25" w:type="dxa"/>
            </w:tcMar>
          </w:tcPr>
          <w:p w14:paraId="067FA467" w14:textId="77777777" w:rsidR="004A408E" w:rsidRDefault="004A408E"/>
        </w:tc>
        <w:tc>
          <w:tcPr>
            <w:tcW w:w="1440" w:type="dxa"/>
            <w:tcMar>
              <w:top w:w="34" w:type="dxa"/>
              <w:left w:w="25" w:type="dxa"/>
              <w:bottom w:w="34" w:type="dxa"/>
              <w:right w:w="25" w:type="dxa"/>
            </w:tcMar>
          </w:tcPr>
          <w:p w14:paraId="69D2C8E0" w14:textId="77777777" w:rsidR="004A408E" w:rsidRDefault="004A408E"/>
        </w:tc>
        <w:tc>
          <w:tcPr>
            <w:tcW w:w="1728" w:type="dxa"/>
            <w:tcMar>
              <w:top w:w="34" w:type="dxa"/>
              <w:left w:w="25" w:type="dxa"/>
              <w:bottom w:w="34" w:type="dxa"/>
              <w:right w:w="25" w:type="dxa"/>
            </w:tcMar>
          </w:tcPr>
          <w:p w14:paraId="567121D3" w14:textId="77777777" w:rsidR="004A408E" w:rsidRDefault="004A408E"/>
        </w:tc>
        <w:tc>
          <w:tcPr>
            <w:tcW w:w="1944" w:type="dxa"/>
            <w:tcMar>
              <w:top w:w="34" w:type="dxa"/>
              <w:left w:w="25" w:type="dxa"/>
              <w:bottom w:w="34" w:type="dxa"/>
              <w:right w:w="25" w:type="dxa"/>
            </w:tcMar>
          </w:tcPr>
          <w:p w14:paraId="4D2B7D6F" w14:textId="77777777" w:rsidR="004A408E" w:rsidRDefault="004A408E"/>
        </w:tc>
        <w:tc>
          <w:tcPr>
            <w:tcW w:w="1656" w:type="dxa"/>
            <w:tcMar>
              <w:top w:w="34" w:type="dxa"/>
              <w:left w:w="25" w:type="dxa"/>
              <w:bottom w:w="34" w:type="dxa"/>
              <w:right w:w="25" w:type="dxa"/>
            </w:tcMar>
          </w:tcPr>
          <w:p w14:paraId="1877E6BD" w14:textId="77777777" w:rsidR="004A408E" w:rsidRDefault="004A408E"/>
        </w:tc>
        <w:tc>
          <w:tcPr>
            <w:tcW w:w="1584" w:type="dxa"/>
            <w:tcMar>
              <w:top w:w="34" w:type="dxa"/>
              <w:left w:w="25" w:type="dxa"/>
              <w:bottom w:w="34" w:type="dxa"/>
              <w:right w:w="25" w:type="dxa"/>
            </w:tcMar>
          </w:tcPr>
          <w:p w14:paraId="4ADBAB37" w14:textId="77777777" w:rsidR="004A408E" w:rsidRDefault="004A408E"/>
        </w:tc>
      </w:tr>
    </w:tbl>
    <w:p w14:paraId="1A6E19AE" w14:textId="77777777" w:rsidR="004A408E" w:rsidRDefault="004A408E">
      <w:pPr>
        <w:spacing w:after="0"/>
      </w:pPr>
    </w:p>
    <w:tbl>
      <w:tblPr>
        <w:tblW w:w="0" w:type="auto"/>
        <w:tblLook w:val="04A0" w:firstRow="1" w:lastRow="0" w:firstColumn="1" w:lastColumn="0" w:noHBand="0" w:noVBand="1"/>
      </w:tblPr>
      <w:tblGrid>
        <w:gridCol w:w="10800"/>
      </w:tblGrid>
      <w:tr w:rsidR="004A408E" w14:paraId="6D9571EC" w14:textId="77777777">
        <w:tc>
          <w:tcPr>
            <w:tcW w:w="10800" w:type="dxa"/>
            <w:shd w:val="clear" w:color="auto" w:fill="D9D9D9"/>
            <w:tcMar>
              <w:top w:w="44" w:type="dxa"/>
              <w:left w:w="55" w:type="dxa"/>
              <w:bottom w:w="44" w:type="dxa"/>
              <w:right w:w="55" w:type="dxa"/>
            </w:tcMar>
          </w:tcPr>
          <w:p w14:paraId="0CDBF6BD" w14:textId="77777777" w:rsidR="004A408E" w:rsidRDefault="00921378">
            <w:pPr>
              <w:spacing w:after="0"/>
            </w:pPr>
            <w:r>
              <w:rPr>
                <w:b/>
                <w:sz w:val="19"/>
              </w:rPr>
              <w:t>KEY PROFESSIONAL CONTACTS</w:t>
            </w:r>
          </w:p>
        </w:tc>
      </w:tr>
    </w:tbl>
    <w:tbl>
      <w:tblPr>
        <w:tblStyle w:val="TableGrid"/>
        <w:tblW w:w="10800" w:type="dxa"/>
        <w:jc w:val="center"/>
        <w:tblLayout w:type="fixed"/>
        <w:tblLook w:val="04A0" w:firstRow="1" w:lastRow="0" w:firstColumn="1" w:lastColumn="0" w:noHBand="0" w:noVBand="1"/>
      </w:tblPr>
      <w:tblGrid>
        <w:gridCol w:w="1683"/>
        <w:gridCol w:w="1893"/>
        <w:gridCol w:w="1683"/>
        <w:gridCol w:w="1473"/>
        <w:gridCol w:w="2034"/>
        <w:gridCol w:w="2034"/>
      </w:tblGrid>
      <w:tr w:rsidR="004A408E" w14:paraId="21A900F1" w14:textId="77777777" w:rsidTr="0057614B">
        <w:trPr>
          <w:tblHeader/>
          <w:jc w:val="center"/>
        </w:trPr>
        <w:tc>
          <w:tcPr>
            <w:tcW w:w="1728" w:type="dxa"/>
            <w:shd w:val="clear" w:color="auto" w:fill="D9D9D9"/>
            <w:tcMar>
              <w:top w:w="48" w:type="dxa"/>
              <w:left w:w="23" w:type="dxa"/>
              <w:bottom w:w="48" w:type="dxa"/>
              <w:right w:w="23" w:type="dxa"/>
            </w:tcMar>
            <w:vAlign w:val="center"/>
          </w:tcPr>
          <w:p w14:paraId="19404C98" w14:textId="77777777" w:rsidR="004A408E" w:rsidRDefault="00921378">
            <w:pPr>
              <w:jc w:val="center"/>
            </w:pPr>
            <w:r>
              <w:rPr>
                <w:b/>
                <w:sz w:val="13"/>
              </w:rPr>
              <w:t>Name</w:t>
            </w:r>
          </w:p>
        </w:tc>
        <w:tc>
          <w:tcPr>
            <w:tcW w:w="1944" w:type="dxa"/>
            <w:shd w:val="clear" w:color="auto" w:fill="D9D9D9"/>
            <w:tcMar>
              <w:top w:w="48" w:type="dxa"/>
              <w:left w:w="23" w:type="dxa"/>
              <w:bottom w:w="48" w:type="dxa"/>
              <w:right w:w="23" w:type="dxa"/>
            </w:tcMar>
            <w:vAlign w:val="center"/>
          </w:tcPr>
          <w:p w14:paraId="52C71F63" w14:textId="77777777" w:rsidR="004A408E" w:rsidRDefault="00921378">
            <w:pPr>
              <w:jc w:val="center"/>
            </w:pPr>
            <w:r>
              <w:rPr>
                <w:b/>
                <w:sz w:val="13"/>
              </w:rPr>
              <w:t>Organization</w:t>
            </w:r>
          </w:p>
        </w:tc>
        <w:tc>
          <w:tcPr>
            <w:tcW w:w="1728" w:type="dxa"/>
            <w:shd w:val="clear" w:color="auto" w:fill="D9D9D9"/>
            <w:tcMar>
              <w:top w:w="48" w:type="dxa"/>
              <w:left w:w="23" w:type="dxa"/>
              <w:bottom w:w="48" w:type="dxa"/>
              <w:right w:w="23" w:type="dxa"/>
            </w:tcMar>
            <w:vAlign w:val="center"/>
          </w:tcPr>
          <w:p w14:paraId="3C0BED56" w14:textId="77777777" w:rsidR="004A408E" w:rsidRDefault="00921378">
            <w:pPr>
              <w:jc w:val="center"/>
            </w:pPr>
            <w:r>
              <w:rPr>
                <w:b/>
                <w:sz w:val="13"/>
              </w:rPr>
              <w:t>Role</w:t>
            </w:r>
          </w:p>
        </w:tc>
        <w:tc>
          <w:tcPr>
            <w:tcW w:w="1512" w:type="dxa"/>
            <w:shd w:val="clear" w:color="auto" w:fill="D9D9D9"/>
            <w:tcMar>
              <w:top w:w="48" w:type="dxa"/>
              <w:left w:w="23" w:type="dxa"/>
              <w:bottom w:w="48" w:type="dxa"/>
              <w:right w:w="23" w:type="dxa"/>
            </w:tcMar>
            <w:vAlign w:val="center"/>
          </w:tcPr>
          <w:p w14:paraId="309CC3F3" w14:textId="77777777" w:rsidR="004A408E" w:rsidRDefault="00921378">
            <w:pPr>
              <w:jc w:val="center"/>
            </w:pPr>
            <w:r>
              <w:rPr>
                <w:b/>
                <w:sz w:val="13"/>
              </w:rPr>
              <w:t>Phone</w:t>
            </w:r>
          </w:p>
        </w:tc>
        <w:tc>
          <w:tcPr>
            <w:tcW w:w="2088" w:type="dxa"/>
            <w:shd w:val="clear" w:color="auto" w:fill="D9D9D9"/>
            <w:tcMar>
              <w:top w:w="48" w:type="dxa"/>
              <w:left w:w="23" w:type="dxa"/>
              <w:bottom w:w="48" w:type="dxa"/>
              <w:right w:w="23" w:type="dxa"/>
            </w:tcMar>
            <w:vAlign w:val="center"/>
          </w:tcPr>
          <w:p w14:paraId="0916149A" w14:textId="77777777" w:rsidR="004A408E" w:rsidRDefault="00921378">
            <w:pPr>
              <w:jc w:val="center"/>
            </w:pPr>
            <w:r>
              <w:rPr>
                <w:b/>
                <w:sz w:val="13"/>
              </w:rPr>
              <w:t>Email</w:t>
            </w:r>
          </w:p>
        </w:tc>
        <w:tc>
          <w:tcPr>
            <w:tcW w:w="2088" w:type="dxa"/>
            <w:shd w:val="clear" w:color="auto" w:fill="D9D9D9"/>
            <w:tcMar>
              <w:top w:w="48" w:type="dxa"/>
              <w:left w:w="23" w:type="dxa"/>
              <w:bottom w:w="48" w:type="dxa"/>
              <w:right w:w="23" w:type="dxa"/>
            </w:tcMar>
            <w:vAlign w:val="center"/>
          </w:tcPr>
          <w:p w14:paraId="2F210AD3" w14:textId="77777777" w:rsidR="004A408E" w:rsidRDefault="00921378">
            <w:pPr>
              <w:jc w:val="center"/>
            </w:pPr>
            <w:r>
              <w:rPr>
                <w:b/>
                <w:sz w:val="13"/>
              </w:rPr>
              <w:t>Work / Asset They Handle</w:t>
            </w:r>
          </w:p>
        </w:tc>
      </w:tr>
      <w:tr w:rsidR="004A408E" w14:paraId="2EAD9F0F" w14:textId="77777777" w:rsidTr="0057614B">
        <w:trPr>
          <w:trHeight w:val="360"/>
          <w:jc w:val="center"/>
        </w:trPr>
        <w:tc>
          <w:tcPr>
            <w:tcW w:w="1728" w:type="dxa"/>
            <w:tcMar>
              <w:top w:w="34" w:type="dxa"/>
              <w:left w:w="25" w:type="dxa"/>
              <w:bottom w:w="34" w:type="dxa"/>
              <w:right w:w="25" w:type="dxa"/>
            </w:tcMar>
          </w:tcPr>
          <w:p w14:paraId="6B95F18B" w14:textId="77777777" w:rsidR="004A408E" w:rsidRDefault="004A408E"/>
        </w:tc>
        <w:tc>
          <w:tcPr>
            <w:tcW w:w="1944" w:type="dxa"/>
            <w:tcMar>
              <w:top w:w="34" w:type="dxa"/>
              <w:left w:w="25" w:type="dxa"/>
              <w:bottom w:w="34" w:type="dxa"/>
              <w:right w:w="25" w:type="dxa"/>
            </w:tcMar>
          </w:tcPr>
          <w:p w14:paraId="72605316" w14:textId="77777777" w:rsidR="004A408E" w:rsidRDefault="004A408E"/>
        </w:tc>
        <w:tc>
          <w:tcPr>
            <w:tcW w:w="1728" w:type="dxa"/>
            <w:tcMar>
              <w:top w:w="34" w:type="dxa"/>
              <w:left w:w="25" w:type="dxa"/>
              <w:bottom w:w="34" w:type="dxa"/>
              <w:right w:w="25" w:type="dxa"/>
            </w:tcMar>
          </w:tcPr>
          <w:p w14:paraId="74605AEA" w14:textId="77777777" w:rsidR="004A408E" w:rsidRDefault="004A408E"/>
        </w:tc>
        <w:tc>
          <w:tcPr>
            <w:tcW w:w="1512" w:type="dxa"/>
            <w:tcMar>
              <w:top w:w="34" w:type="dxa"/>
              <w:left w:w="25" w:type="dxa"/>
              <w:bottom w:w="34" w:type="dxa"/>
              <w:right w:w="25" w:type="dxa"/>
            </w:tcMar>
          </w:tcPr>
          <w:p w14:paraId="2F8CC0D0" w14:textId="77777777" w:rsidR="004A408E" w:rsidRDefault="004A408E"/>
        </w:tc>
        <w:tc>
          <w:tcPr>
            <w:tcW w:w="2088" w:type="dxa"/>
            <w:tcMar>
              <w:top w:w="34" w:type="dxa"/>
              <w:left w:w="25" w:type="dxa"/>
              <w:bottom w:w="34" w:type="dxa"/>
              <w:right w:w="25" w:type="dxa"/>
            </w:tcMar>
          </w:tcPr>
          <w:p w14:paraId="45CDC481" w14:textId="77777777" w:rsidR="004A408E" w:rsidRDefault="004A408E"/>
        </w:tc>
        <w:tc>
          <w:tcPr>
            <w:tcW w:w="2088" w:type="dxa"/>
            <w:tcMar>
              <w:top w:w="34" w:type="dxa"/>
              <w:left w:w="25" w:type="dxa"/>
              <w:bottom w:w="34" w:type="dxa"/>
              <w:right w:w="25" w:type="dxa"/>
            </w:tcMar>
          </w:tcPr>
          <w:p w14:paraId="01F853A5" w14:textId="77777777" w:rsidR="004A408E" w:rsidRDefault="004A408E"/>
        </w:tc>
      </w:tr>
      <w:tr w:rsidR="004A408E" w14:paraId="0CCE868B" w14:textId="77777777" w:rsidTr="0057614B">
        <w:trPr>
          <w:trHeight w:val="360"/>
          <w:jc w:val="center"/>
        </w:trPr>
        <w:tc>
          <w:tcPr>
            <w:tcW w:w="1728" w:type="dxa"/>
            <w:tcMar>
              <w:top w:w="34" w:type="dxa"/>
              <w:left w:w="25" w:type="dxa"/>
              <w:bottom w:w="34" w:type="dxa"/>
              <w:right w:w="25" w:type="dxa"/>
            </w:tcMar>
          </w:tcPr>
          <w:p w14:paraId="55BBCC2E" w14:textId="77777777" w:rsidR="004A408E" w:rsidRDefault="004A408E"/>
        </w:tc>
        <w:tc>
          <w:tcPr>
            <w:tcW w:w="1944" w:type="dxa"/>
            <w:tcMar>
              <w:top w:w="34" w:type="dxa"/>
              <w:left w:w="25" w:type="dxa"/>
              <w:bottom w:w="34" w:type="dxa"/>
              <w:right w:w="25" w:type="dxa"/>
            </w:tcMar>
          </w:tcPr>
          <w:p w14:paraId="2094E75D" w14:textId="77777777" w:rsidR="004A408E" w:rsidRDefault="004A408E"/>
        </w:tc>
        <w:tc>
          <w:tcPr>
            <w:tcW w:w="1728" w:type="dxa"/>
            <w:tcMar>
              <w:top w:w="34" w:type="dxa"/>
              <w:left w:w="25" w:type="dxa"/>
              <w:bottom w:w="34" w:type="dxa"/>
              <w:right w:w="25" w:type="dxa"/>
            </w:tcMar>
          </w:tcPr>
          <w:p w14:paraId="0B7CAEC9" w14:textId="77777777" w:rsidR="004A408E" w:rsidRDefault="004A408E"/>
        </w:tc>
        <w:tc>
          <w:tcPr>
            <w:tcW w:w="1512" w:type="dxa"/>
            <w:tcMar>
              <w:top w:w="34" w:type="dxa"/>
              <w:left w:w="25" w:type="dxa"/>
              <w:bottom w:w="34" w:type="dxa"/>
              <w:right w:w="25" w:type="dxa"/>
            </w:tcMar>
          </w:tcPr>
          <w:p w14:paraId="4949F9E2" w14:textId="77777777" w:rsidR="004A408E" w:rsidRDefault="004A408E"/>
        </w:tc>
        <w:tc>
          <w:tcPr>
            <w:tcW w:w="2088" w:type="dxa"/>
            <w:tcMar>
              <w:top w:w="34" w:type="dxa"/>
              <w:left w:w="25" w:type="dxa"/>
              <w:bottom w:w="34" w:type="dxa"/>
              <w:right w:w="25" w:type="dxa"/>
            </w:tcMar>
          </w:tcPr>
          <w:p w14:paraId="36043B07" w14:textId="77777777" w:rsidR="004A408E" w:rsidRDefault="004A408E"/>
        </w:tc>
        <w:tc>
          <w:tcPr>
            <w:tcW w:w="2088" w:type="dxa"/>
            <w:tcMar>
              <w:top w:w="34" w:type="dxa"/>
              <w:left w:w="25" w:type="dxa"/>
              <w:bottom w:w="34" w:type="dxa"/>
              <w:right w:w="25" w:type="dxa"/>
            </w:tcMar>
          </w:tcPr>
          <w:p w14:paraId="5B5952E8" w14:textId="77777777" w:rsidR="004A408E" w:rsidRDefault="004A408E"/>
        </w:tc>
      </w:tr>
      <w:tr w:rsidR="004A408E" w14:paraId="30F52823" w14:textId="77777777" w:rsidTr="0057614B">
        <w:trPr>
          <w:trHeight w:val="360"/>
          <w:jc w:val="center"/>
        </w:trPr>
        <w:tc>
          <w:tcPr>
            <w:tcW w:w="1728" w:type="dxa"/>
            <w:tcMar>
              <w:top w:w="34" w:type="dxa"/>
              <w:left w:w="25" w:type="dxa"/>
              <w:bottom w:w="34" w:type="dxa"/>
              <w:right w:w="25" w:type="dxa"/>
            </w:tcMar>
          </w:tcPr>
          <w:p w14:paraId="6A0C4A6D" w14:textId="77777777" w:rsidR="004A408E" w:rsidRDefault="004A408E"/>
        </w:tc>
        <w:tc>
          <w:tcPr>
            <w:tcW w:w="1944" w:type="dxa"/>
            <w:tcMar>
              <w:top w:w="34" w:type="dxa"/>
              <w:left w:w="25" w:type="dxa"/>
              <w:bottom w:w="34" w:type="dxa"/>
              <w:right w:w="25" w:type="dxa"/>
            </w:tcMar>
          </w:tcPr>
          <w:p w14:paraId="74901FD2" w14:textId="77777777" w:rsidR="004A408E" w:rsidRDefault="004A408E"/>
        </w:tc>
        <w:tc>
          <w:tcPr>
            <w:tcW w:w="1728" w:type="dxa"/>
            <w:tcMar>
              <w:top w:w="34" w:type="dxa"/>
              <w:left w:w="25" w:type="dxa"/>
              <w:bottom w:w="34" w:type="dxa"/>
              <w:right w:w="25" w:type="dxa"/>
            </w:tcMar>
          </w:tcPr>
          <w:p w14:paraId="5821AE87" w14:textId="77777777" w:rsidR="004A408E" w:rsidRDefault="004A408E"/>
        </w:tc>
        <w:tc>
          <w:tcPr>
            <w:tcW w:w="1512" w:type="dxa"/>
            <w:tcMar>
              <w:top w:w="34" w:type="dxa"/>
              <w:left w:w="25" w:type="dxa"/>
              <w:bottom w:w="34" w:type="dxa"/>
              <w:right w:w="25" w:type="dxa"/>
            </w:tcMar>
          </w:tcPr>
          <w:p w14:paraId="1F3158F9" w14:textId="77777777" w:rsidR="004A408E" w:rsidRDefault="004A408E"/>
        </w:tc>
        <w:tc>
          <w:tcPr>
            <w:tcW w:w="2088" w:type="dxa"/>
            <w:tcMar>
              <w:top w:w="34" w:type="dxa"/>
              <w:left w:w="25" w:type="dxa"/>
              <w:bottom w:w="34" w:type="dxa"/>
              <w:right w:w="25" w:type="dxa"/>
            </w:tcMar>
          </w:tcPr>
          <w:p w14:paraId="432EF976" w14:textId="77777777" w:rsidR="004A408E" w:rsidRDefault="004A408E"/>
        </w:tc>
        <w:tc>
          <w:tcPr>
            <w:tcW w:w="2088" w:type="dxa"/>
            <w:tcMar>
              <w:top w:w="34" w:type="dxa"/>
              <w:left w:w="25" w:type="dxa"/>
              <w:bottom w:w="34" w:type="dxa"/>
              <w:right w:w="25" w:type="dxa"/>
            </w:tcMar>
          </w:tcPr>
          <w:p w14:paraId="7C24F5C3" w14:textId="77777777" w:rsidR="004A408E" w:rsidRDefault="004A408E"/>
        </w:tc>
      </w:tr>
      <w:tr w:rsidR="004A408E" w14:paraId="3FD4E4D6" w14:textId="77777777" w:rsidTr="0057614B">
        <w:trPr>
          <w:trHeight w:val="360"/>
          <w:jc w:val="center"/>
        </w:trPr>
        <w:tc>
          <w:tcPr>
            <w:tcW w:w="1728" w:type="dxa"/>
            <w:tcMar>
              <w:top w:w="34" w:type="dxa"/>
              <w:left w:w="25" w:type="dxa"/>
              <w:bottom w:w="34" w:type="dxa"/>
              <w:right w:w="25" w:type="dxa"/>
            </w:tcMar>
          </w:tcPr>
          <w:p w14:paraId="48118894" w14:textId="77777777" w:rsidR="004A408E" w:rsidRDefault="004A408E"/>
        </w:tc>
        <w:tc>
          <w:tcPr>
            <w:tcW w:w="1944" w:type="dxa"/>
            <w:tcMar>
              <w:top w:w="34" w:type="dxa"/>
              <w:left w:w="25" w:type="dxa"/>
              <w:bottom w:w="34" w:type="dxa"/>
              <w:right w:w="25" w:type="dxa"/>
            </w:tcMar>
          </w:tcPr>
          <w:p w14:paraId="63B162A4" w14:textId="77777777" w:rsidR="004A408E" w:rsidRDefault="004A408E"/>
        </w:tc>
        <w:tc>
          <w:tcPr>
            <w:tcW w:w="1728" w:type="dxa"/>
            <w:tcMar>
              <w:top w:w="34" w:type="dxa"/>
              <w:left w:w="25" w:type="dxa"/>
              <w:bottom w:w="34" w:type="dxa"/>
              <w:right w:w="25" w:type="dxa"/>
            </w:tcMar>
          </w:tcPr>
          <w:p w14:paraId="2722155B" w14:textId="77777777" w:rsidR="004A408E" w:rsidRDefault="004A408E"/>
        </w:tc>
        <w:tc>
          <w:tcPr>
            <w:tcW w:w="1512" w:type="dxa"/>
            <w:tcMar>
              <w:top w:w="34" w:type="dxa"/>
              <w:left w:w="25" w:type="dxa"/>
              <w:bottom w:w="34" w:type="dxa"/>
              <w:right w:w="25" w:type="dxa"/>
            </w:tcMar>
          </w:tcPr>
          <w:p w14:paraId="619A0D7D" w14:textId="77777777" w:rsidR="004A408E" w:rsidRDefault="004A408E"/>
        </w:tc>
        <w:tc>
          <w:tcPr>
            <w:tcW w:w="2088" w:type="dxa"/>
            <w:tcMar>
              <w:top w:w="34" w:type="dxa"/>
              <w:left w:w="25" w:type="dxa"/>
              <w:bottom w:w="34" w:type="dxa"/>
              <w:right w:w="25" w:type="dxa"/>
            </w:tcMar>
          </w:tcPr>
          <w:p w14:paraId="6E044E8C" w14:textId="77777777" w:rsidR="004A408E" w:rsidRDefault="004A408E"/>
        </w:tc>
        <w:tc>
          <w:tcPr>
            <w:tcW w:w="2088" w:type="dxa"/>
            <w:tcMar>
              <w:top w:w="34" w:type="dxa"/>
              <w:left w:w="25" w:type="dxa"/>
              <w:bottom w:w="34" w:type="dxa"/>
              <w:right w:w="25" w:type="dxa"/>
            </w:tcMar>
          </w:tcPr>
          <w:p w14:paraId="36463E68" w14:textId="77777777" w:rsidR="004A408E" w:rsidRDefault="004A408E"/>
        </w:tc>
      </w:tr>
      <w:tr w:rsidR="004A408E" w14:paraId="55437F90" w14:textId="77777777" w:rsidTr="0057614B">
        <w:trPr>
          <w:trHeight w:val="360"/>
          <w:jc w:val="center"/>
        </w:trPr>
        <w:tc>
          <w:tcPr>
            <w:tcW w:w="1728" w:type="dxa"/>
            <w:tcMar>
              <w:top w:w="34" w:type="dxa"/>
              <w:left w:w="25" w:type="dxa"/>
              <w:bottom w:w="34" w:type="dxa"/>
              <w:right w:w="25" w:type="dxa"/>
            </w:tcMar>
          </w:tcPr>
          <w:p w14:paraId="655BC367" w14:textId="77777777" w:rsidR="004A408E" w:rsidRDefault="004A408E"/>
        </w:tc>
        <w:tc>
          <w:tcPr>
            <w:tcW w:w="1944" w:type="dxa"/>
            <w:tcMar>
              <w:top w:w="34" w:type="dxa"/>
              <w:left w:w="25" w:type="dxa"/>
              <w:bottom w:w="34" w:type="dxa"/>
              <w:right w:w="25" w:type="dxa"/>
            </w:tcMar>
          </w:tcPr>
          <w:p w14:paraId="0C642235" w14:textId="77777777" w:rsidR="004A408E" w:rsidRDefault="004A408E"/>
        </w:tc>
        <w:tc>
          <w:tcPr>
            <w:tcW w:w="1728" w:type="dxa"/>
            <w:tcMar>
              <w:top w:w="34" w:type="dxa"/>
              <w:left w:w="25" w:type="dxa"/>
              <w:bottom w:w="34" w:type="dxa"/>
              <w:right w:w="25" w:type="dxa"/>
            </w:tcMar>
          </w:tcPr>
          <w:p w14:paraId="78811248" w14:textId="77777777" w:rsidR="004A408E" w:rsidRDefault="004A408E"/>
        </w:tc>
        <w:tc>
          <w:tcPr>
            <w:tcW w:w="1512" w:type="dxa"/>
            <w:tcMar>
              <w:top w:w="34" w:type="dxa"/>
              <w:left w:w="25" w:type="dxa"/>
              <w:bottom w:w="34" w:type="dxa"/>
              <w:right w:w="25" w:type="dxa"/>
            </w:tcMar>
          </w:tcPr>
          <w:p w14:paraId="0AA75BDB" w14:textId="77777777" w:rsidR="004A408E" w:rsidRDefault="004A408E"/>
        </w:tc>
        <w:tc>
          <w:tcPr>
            <w:tcW w:w="2088" w:type="dxa"/>
            <w:tcMar>
              <w:top w:w="34" w:type="dxa"/>
              <w:left w:w="25" w:type="dxa"/>
              <w:bottom w:w="34" w:type="dxa"/>
              <w:right w:w="25" w:type="dxa"/>
            </w:tcMar>
          </w:tcPr>
          <w:p w14:paraId="517B923C" w14:textId="77777777" w:rsidR="004A408E" w:rsidRDefault="004A408E"/>
        </w:tc>
        <w:tc>
          <w:tcPr>
            <w:tcW w:w="2088" w:type="dxa"/>
            <w:tcMar>
              <w:top w:w="34" w:type="dxa"/>
              <w:left w:w="25" w:type="dxa"/>
              <w:bottom w:w="34" w:type="dxa"/>
              <w:right w:w="25" w:type="dxa"/>
            </w:tcMar>
          </w:tcPr>
          <w:p w14:paraId="0CA5F20C" w14:textId="77777777" w:rsidR="004A408E" w:rsidRDefault="004A408E"/>
        </w:tc>
      </w:tr>
      <w:tr w:rsidR="004A408E" w14:paraId="5EE2C9A9" w14:textId="77777777" w:rsidTr="0057614B">
        <w:trPr>
          <w:trHeight w:val="360"/>
          <w:jc w:val="center"/>
        </w:trPr>
        <w:tc>
          <w:tcPr>
            <w:tcW w:w="1728" w:type="dxa"/>
            <w:tcMar>
              <w:top w:w="34" w:type="dxa"/>
              <w:left w:w="25" w:type="dxa"/>
              <w:bottom w:w="34" w:type="dxa"/>
              <w:right w:w="25" w:type="dxa"/>
            </w:tcMar>
          </w:tcPr>
          <w:p w14:paraId="1981A2EA" w14:textId="77777777" w:rsidR="004A408E" w:rsidRDefault="004A408E"/>
        </w:tc>
        <w:tc>
          <w:tcPr>
            <w:tcW w:w="1944" w:type="dxa"/>
            <w:tcMar>
              <w:top w:w="34" w:type="dxa"/>
              <w:left w:w="25" w:type="dxa"/>
              <w:bottom w:w="34" w:type="dxa"/>
              <w:right w:w="25" w:type="dxa"/>
            </w:tcMar>
          </w:tcPr>
          <w:p w14:paraId="1D539831" w14:textId="77777777" w:rsidR="004A408E" w:rsidRDefault="004A408E"/>
        </w:tc>
        <w:tc>
          <w:tcPr>
            <w:tcW w:w="1728" w:type="dxa"/>
            <w:tcMar>
              <w:top w:w="34" w:type="dxa"/>
              <w:left w:w="25" w:type="dxa"/>
              <w:bottom w:w="34" w:type="dxa"/>
              <w:right w:w="25" w:type="dxa"/>
            </w:tcMar>
          </w:tcPr>
          <w:p w14:paraId="2B025795" w14:textId="77777777" w:rsidR="004A408E" w:rsidRDefault="004A408E"/>
        </w:tc>
        <w:tc>
          <w:tcPr>
            <w:tcW w:w="1512" w:type="dxa"/>
            <w:tcMar>
              <w:top w:w="34" w:type="dxa"/>
              <w:left w:w="25" w:type="dxa"/>
              <w:bottom w:w="34" w:type="dxa"/>
              <w:right w:w="25" w:type="dxa"/>
            </w:tcMar>
          </w:tcPr>
          <w:p w14:paraId="13E6C96C" w14:textId="77777777" w:rsidR="004A408E" w:rsidRDefault="004A408E"/>
        </w:tc>
        <w:tc>
          <w:tcPr>
            <w:tcW w:w="2088" w:type="dxa"/>
            <w:tcMar>
              <w:top w:w="34" w:type="dxa"/>
              <w:left w:w="25" w:type="dxa"/>
              <w:bottom w:w="34" w:type="dxa"/>
              <w:right w:w="25" w:type="dxa"/>
            </w:tcMar>
          </w:tcPr>
          <w:p w14:paraId="17C9E2FE" w14:textId="77777777" w:rsidR="004A408E" w:rsidRDefault="004A408E"/>
        </w:tc>
        <w:tc>
          <w:tcPr>
            <w:tcW w:w="2088" w:type="dxa"/>
            <w:tcMar>
              <w:top w:w="34" w:type="dxa"/>
              <w:left w:w="25" w:type="dxa"/>
              <w:bottom w:w="34" w:type="dxa"/>
              <w:right w:w="25" w:type="dxa"/>
            </w:tcMar>
          </w:tcPr>
          <w:p w14:paraId="3715EAF0" w14:textId="77777777" w:rsidR="004A408E" w:rsidRDefault="004A408E"/>
        </w:tc>
      </w:tr>
    </w:tbl>
    <w:p w14:paraId="3D5F3562" w14:textId="77777777" w:rsidR="004A408E" w:rsidRDefault="00921378">
      <w:pPr>
        <w:spacing w:before="60" w:after="80"/>
      </w:pPr>
      <w:r>
        <w:t>Examples: publisher, agent, editor, attorney, accountant, business manager, partner, licensing representative, distributor, printer, web developer, marketing professional, archivist, or other key contact.</w:t>
      </w:r>
    </w:p>
    <w:tbl>
      <w:tblPr>
        <w:tblW w:w="0" w:type="auto"/>
        <w:tblLook w:val="04A0" w:firstRow="1" w:lastRow="0" w:firstColumn="1" w:lastColumn="0" w:noHBand="0" w:noVBand="1"/>
      </w:tblPr>
      <w:tblGrid>
        <w:gridCol w:w="10800"/>
      </w:tblGrid>
      <w:tr w:rsidR="004A408E" w14:paraId="0BFAA965" w14:textId="77777777">
        <w:tc>
          <w:tcPr>
            <w:tcW w:w="10800" w:type="dxa"/>
            <w:shd w:val="clear" w:color="auto" w:fill="D9D9D9"/>
            <w:tcMar>
              <w:top w:w="44" w:type="dxa"/>
              <w:left w:w="55" w:type="dxa"/>
              <w:bottom w:w="44" w:type="dxa"/>
              <w:right w:w="55" w:type="dxa"/>
            </w:tcMar>
          </w:tcPr>
          <w:p w14:paraId="088FB40A" w14:textId="77777777" w:rsidR="004A408E" w:rsidRDefault="00921378">
            <w:pPr>
              <w:spacing w:after="0"/>
            </w:pPr>
            <w:r>
              <w:rPr>
                <w:b/>
                <w:sz w:val="19"/>
              </w:rPr>
              <w:t>BUSINESS OWNERSHIP &amp; PROFESSIONAL PRACTICES — IF APPLICABLE</w:t>
            </w:r>
          </w:p>
        </w:tc>
      </w:tr>
    </w:tbl>
    <w:tbl>
      <w:tblPr>
        <w:tblStyle w:val="TableGrid"/>
        <w:tblW w:w="0" w:type="auto"/>
        <w:tblLayout w:type="fixed"/>
        <w:tblLook w:val="04A0" w:firstRow="1" w:lastRow="0" w:firstColumn="1" w:lastColumn="0" w:noHBand="0" w:noVBand="1"/>
      </w:tblPr>
      <w:tblGrid>
        <w:gridCol w:w="3816"/>
        <w:gridCol w:w="6624"/>
      </w:tblGrid>
      <w:tr w:rsidR="004A408E" w14:paraId="58F0809F" w14:textId="77777777">
        <w:trPr>
          <w:trHeight w:val="320"/>
        </w:trPr>
        <w:tc>
          <w:tcPr>
            <w:tcW w:w="3816" w:type="dxa"/>
            <w:tcMar>
              <w:top w:w="38" w:type="dxa"/>
              <w:left w:w="30" w:type="dxa"/>
              <w:bottom w:w="38" w:type="dxa"/>
              <w:right w:w="30" w:type="dxa"/>
            </w:tcMar>
          </w:tcPr>
          <w:p w14:paraId="2A413F4A" w14:textId="77777777" w:rsidR="004A408E" w:rsidRDefault="00921378">
            <w:r>
              <w:rPr>
                <w:b/>
                <w:sz w:val="16"/>
              </w:rPr>
              <w:t>Business / Practice Name &amp; Legal Structure</w:t>
            </w:r>
          </w:p>
        </w:tc>
        <w:tc>
          <w:tcPr>
            <w:tcW w:w="6624" w:type="dxa"/>
            <w:tcMar>
              <w:top w:w="38" w:type="dxa"/>
              <w:left w:w="30" w:type="dxa"/>
              <w:bottom w:w="38" w:type="dxa"/>
              <w:right w:w="30" w:type="dxa"/>
            </w:tcMar>
          </w:tcPr>
          <w:p w14:paraId="2425CB2F" w14:textId="77777777" w:rsidR="004A408E" w:rsidRDefault="004A408E"/>
        </w:tc>
      </w:tr>
      <w:tr w:rsidR="004A408E" w14:paraId="1365AFAC" w14:textId="77777777">
        <w:trPr>
          <w:trHeight w:val="320"/>
        </w:trPr>
        <w:tc>
          <w:tcPr>
            <w:tcW w:w="3816" w:type="dxa"/>
            <w:tcMar>
              <w:top w:w="38" w:type="dxa"/>
              <w:left w:w="30" w:type="dxa"/>
              <w:bottom w:w="38" w:type="dxa"/>
              <w:right w:w="30" w:type="dxa"/>
            </w:tcMar>
          </w:tcPr>
          <w:p w14:paraId="1D833698" w14:textId="77777777" w:rsidR="004A408E" w:rsidRDefault="00921378">
            <w:r>
              <w:rPr>
                <w:b/>
                <w:sz w:val="16"/>
              </w:rPr>
              <w:t>State / Jurisdiction of Formation</w:t>
            </w:r>
          </w:p>
        </w:tc>
        <w:tc>
          <w:tcPr>
            <w:tcW w:w="6624" w:type="dxa"/>
            <w:tcMar>
              <w:top w:w="38" w:type="dxa"/>
              <w:left w:w="30" w:type="dxa"/>
              <w:bottom w:w="38" w:type="dxa"/>
              <w:right w:w="30" w:type="dxa"/>
            </w:tcMar>
          </w:tcPr>
          <w:p w14:paraId="4DD22F19" w14:textId="77777777" w:rsidR="004A408E" w:rsidRDefault="004A408E"/>
        </w:tc>
      </w:tr>
      <w:tr w:rsidR="004A408E" w14:paraId="0DE5A15A" w14:textId="77777777">
        <w:trPr>
          <w:trHeight w:val="320"/>
        </w:trPr>
        <w:tc>
          <w:tcPr>
            <w:tcW w:w="3816" w:type="dxa"/>
            <w:tcMar>
              <w:top w:w="38" w:type="dxa"/>
              <w:left w:w="30" w:type="dxa"/>
              <w:bottom w:w="38" w:type="dxa"/>
              <w:right w:w="30" w:type="dxa"/>
            </w:tcMar>
          </w:tcPr>
          <w:p w14:paraId="3F1107F1" w14:textId="77777777" w:rsidR="004A408E" w:rsidRDefault="00921378">
            <w:r>
              <w:rPr>
                <w:b/>
                <w:sz w:val="16"/>
              </w:rPr>
              <w:t>Ownership Interest / Other Owners or Partners</w:t>
            </w:r>
          </w:p>
        </w:tc>
        <w:tc>
          <w:tcPr>
            <w:tcW w:w="6624" w:type="dxa"/>
            <w:tcMar>
              <w:top w:w="38" w:type="dxa"/>
              <w:left w:w="30" w:type="dxa"/>
              <w:bottom w:w="38" w:type="dxa"/>
              <w:right w:w="30" w:type="dxa"/>
            </w:tcMar>
          </w:tcPr>
          <w:p w14:paraId="0B6A73B5" w14:textId="77777777" w:rsidR="004A408E" w:rsidRDefault="004A408E"/>
        </w:tc>
      </w:tr>
      <w:tr w:rsidR="004A408E" w14:paraId="181A1A05" w14:textId="77777777">
        <w:trPr>
          <w:trHeight w:val="320"/>
        </w:trPr>
        <w:tc>
          <w:tcPr>
            <w:tcW w:w="3816" w:type="dxa"/>
            <w:tcMar>
              <w:top w:w="38" w:type="dxa"/>
              <w:left w:w="30" w:type="dxa"/>
              <w:bottom w:w="38" w:type="dxa"/>
              <w:right w:w="30" w:type="dxa"/>
            </w:tcMar>
          </w:tcPr>
          <w:p w14:paraId="3D6BAED2" w14:textId="77777777" w:rsidR="004A408E" w:rsidRDefault="00921378">
            <w:r>
              <w:rPr>
                <w:b/>
                <w:sz w:val="16"/>
              </w:rPr>
              <w:t>Key Manager / Employee / Registered Agent</w:t>
            </w:r>
          </w:p>
        </w:tc>
        <w:tc>
          <w:tcPr>
            <w:tcW w:w="6624" w:type="dxa"/>
            <w:tcMar>
              <w:top w:w="38" w:type="dxa"/>
              <w:left w:w="30" w:type="dxa"/>
              <w:bottom w:w="38" w:type="dxa"/>
              <w:right w:w="30" w:type="dxa"/>
            </w:tcMar>
          </w:tcPr>
          <w:p w14:paraId="671E7FCF" w14:textId="77777777" w:rsidR="004A408E" w:rsidRDefault="004A408E"/>
        </w:tc>
      </w:tr>
      <w:tr w:rsidR="004A408E" w14:paraId="65E956AE" w14:textId="77777777">
        <w:trPr>
          <w:trHeight w:val="320"/>
        </w:trPr>
        <w:tc>
          <w:tcPr>
            <w:tcW w:w="3816" w:type="dxa"/>
            <w:tcMar>
              <w:top w:w="38" w:type="dxa"/>
              <w:left w:w="30" w:type="dxa"/>
              <w:bottom w:w="38" w:type="dxa"/>
              <w:right w:w="30" w:type="dxa"/>
            </w:tcMar>
          </w:tcPr>
          <w:p w14:paraId="3C64E1EC" w14:textId="77777777" w:rsidR="004A408E" w:rsidRDefault="00921378">
            <w:r>
              <w:rPr>
                <w:b/>
                <w:sz w:val="16"/>
              </w:rPr>
              <w:t>Organizational Records Location</w:t>
            </w:r>
          </w:p>
        </w:tc>
        <w:tc>
          <w:tcPr>
            <w:tcW w:w="6624" w:type="dxa"/>
            <w:tcMar>
              <w:top w:w="38" w:type="dxa"/>
              <w:left w:w="30" w:type="dxa"/>
              <w:bottom w:w="38" w:type="dxa"/>
              <w:right w:w="30" w:type="dxa"/>
            </w:tcMar>
          </w:tcPr>
          <w:p w14:paraId="053BE5BE" w14:textId="77777777" w:rsidR="004A408E" w:rsidRDefault="004A408E"/>
        </w:tc>
      </w:tr>
      <w:tr w:rsidR="004A408E" w14:paraId="09278CA7" w14:textId="77777777">
        <w:trPr>
          <w:trHeight w:val="390"/>
        </w:trPr>
        <w:tc>
          <w:tcPr>
            <w:tcW w:w="3816" w:type="dxa"/>
            <w:tcMar>
              <w:top w:w="38" w:type="dxa"/>
              <w:left w:w="30" w:type="dxa"/>
              <w:bottom w:w="38" w:type="dxa"/>
              <w:right w:w="30" w:type="dxa"/>
            </w:tcMar>
          </w:tcPr>
          <w:p w14:paraId="43AF34F1" w14:textId="77777777" w:rsidR="004A408E" w:rsidRDefault="00921378">
            <w:r>
              <w:rPr>
                <w:b/>
                <w:sz w:val="16"/>
              </w:rPr>
              <w:t>Operating / Partnership / Shareholder / Buy-Sell / Succession Agreement Location</w:t>
            </w:r>
          </w:p>
        </w:tc>
        <w:tc>
          <w:tcPr>
            <w:tcW w:w="6624" w:type="dxa"/>
            <w:tcMar>
              <w:top w:w="38" w:type="dxa"/>
              <w:left w:w="30" w:type="dxa"/>
              <w:bottom w:w="38" w:type="dxa"/>
              <w:right w:w="30" w:type="dxa"/>
            </w:tcMar>
          </w:tcPr>
          <w:p w14:paraId="338ED253" w14:textId="77777777" w:rsidR="004A408E" w:rsidRDefault="004A408E"/>
        </w:tc>
      </w:tr>
      <w:tr w:rsidR="004A408E" w14:paraId="0EB4DBB1" w14:textId="77777777">
        <w:trPr>
          <w:trHeight w:val="320"/>
        </w:trPr>
        <w:tc>
          <w:tcPr>
            <w:tcW w:w="3816" w:type="dxa"/>
            <w:tcMar>
              <w:top w:w="38" w:type="dxa"/>
              <w:left w:w="30" w:type="dxa"/>
              <w:bottom w:w="38" w:type="dxa"/>
              <w:right w:w="30" w:type="dxa"/>
            </w:tcMar>
          </w:tcPr>
          <w:p w14:paraId="4D4B959E" w14:textId="77777777" w:rsidR="004A408E" w:rsidRDefault="00921378">
            <w:r>
              <w:rPr>
                <w:b/>
                <w:sz w:val="16"/>
              </w:rPr>
              <w:t>Important Business Attorney / Accountant / Bookkeeper</w:t>
            </w:r>
          </w:p>
        </w:tc>
        <w:tc>
          <w:tcPr>
            <w:tcW w:w="6624" w:type="dxa"/>
            <w:tcMar>
              <w:top w:w="38" w:type="dxa"/>
              <w:left w:w="30" w:type="dxa"/>
              <w:bottom w:w="38" w:type="dxa"/>
              <w:right w:w="30" w:type="dxa"/>
            </w:tcMar>
          </w:tcPr>
          <w:p w14:paraId="67B7BC04" w14:textId="77777777" w:rsidR="004A408E" w:rsidRDefault="004A408E"/>
        </w:tc>
      </w:tr>
    </w:tbl>
    <w:p w14:paraId="4B5CE0E7" w14:textId="77777777" w:rsidR="004A408E" w:rsidRDefault="00921378">
      <w:r>
        <w:br w:type="page"/>
      </w:r>
    </w:p>
    <w:tbl>
      <w:tblPr>
        <w:tblW w:w="0" w:type="auto"/>
        <w:tblLook w:val="04A0" w:firstRow="1" w:lastRow="0" w:firstColumn="1" w:lastColumn="0" w:noHBand="0" w:noVBand="1"/>
      </w:tblPr>
      <w:tblGrid>
        <w:gridCol w:w="10800"/>
      </w:tblGrid>
      <w:tr w:rsidR="004A408E" w14:paraId="65F34CE9" w14:textId="77777777">
        <w:tc>
          <w:tcPr>
            <w:tcW w:w="10800" w:type="dxa"/>
            <w:shd w:val="clear" w:color="auto" w:fill="D9D9D9"/>
            <w:tcMar>
              <w:top w:w="44" w:type="dxa"/>
              <w:left w:w="55" w:type="dxa"/>
              <w:bottom w:w="44" w:type="dxa"/>
              <w:right w:w="55" w:type="dxa"/>
            </w:tcMar>
          </w:tcPr>
          <w:p w14:paraId="452CE252" w14:textId="77777777" w:rsidR="004A408E" w:rsidRDefault="00921378">
            <w:pPr>
              <w:spacing w:after="0"/>
            </w:pPr>
            <w:r>
              <w:rPr>
                <w:b/>
                <w:sz w:val="19"/>
              </w:rPr>
              <w:lastRenderedPageBreak/>
              <w:t>MASTER FILES, SOURCE FILES &amp; ARCHIVES</w:t>
            </w:r>
          </w:p>
        </w:tc>
      </w:tr>
    </w:tbl>
    <w:tbl>
      <w:tblPr>
        <w:tblStyle w:val="TableGrid"/>
        <w:tblW w:w="10800" w:type="dxa"/>
        <w:jc w:val="center"/>
        <w:tblLayout w:type="fixed"/>
        <w:tblLook w:val="04A0" w:firstRow="1" w:lastRow="0" w:firstColumn="1" w:lastColumn="0" w:noHBand="0" w:noVBand="1"/>
      </w:tblPr>
      <w:tblGrid>
        <w:gridCol w:w="1581"/>
        <w:gridCol w:w="1777"/>
        <w:gridCol w:w="1646"/>
        <w:gridCol w:w="1515"/>
        <w:gridCol w:w="1121"/>
        <w:gridCol w:w="1908"/>
        <w:gridCol w:w="1252"/>
      </w:tblGrid>
      <w:tr w:rsidR="004A408E" w14:paraId="1E047D70" w14:textId="77777777" w:rsidTr="0057614B">
        <w:trPr>
          <w:tblHeader/>
          <w:jc w:val="center"/>
        </w:trPr>
        <w:tc>
          <w:tcPr>
            <w:tcW w:w="1728" w:type="dxa"/>
            <w:shd w:val="clear" w:color="auto" w:fill="D9D9D9"/>
            <w:tcMar>
              <w:top w:w="48" w:type="dxa"/>
              <w:left w:w="23" w:type="dxa"/>
              <w:bottom w:w="48" w:type="dxa"/>
              <w:right w:w="23" w:type="dxa"/>
            </w:tcMar>
            <w:vAlign w:val="center"/>
          </w:tcPr>
          <w:p w14:paraId="41DA80C7" w14:textId="77777777" w:rsidR="004A408E" w:rsidRDefault="00921378">
            <w:pPr>
              <w:jc w:val="center"/>
            </w:pPr>
            <w:r>
              <w:rPr>
                <w:b/>
                <w:sz w:val="12"/>
              </w:rPr>
              <w:t>Storage Location / System</w:t>
            </w:r>
          </w:p>
        </w:tc>
        <w:tc>
          <w:tcPr>
            <w:tcW w:w="1944" w:type="dxa"/>
            <w:shd w:val="clear" w:color="auto" w:fill="D9D9D9"/>
            <w:tcMar>
              <w:top w:w="48" w:type="dxa"/>
              <w:left w:w="23" w:type="dxa"/>
              <w:bottom w:w="48" w:type="dxa"/>
              <w:right w:w="23" w:type="dxa"/>
            </w:tcMar>
            <w:vAlign w:val="center"/>
          </w:tcPr>
          <w:p w14:paraId="768B2EFA" w14:textId="77777777" w:rsidR="004A408E" w:rsidRDefault="00921378">
            <w:pPr>
              <w:jc w:val="center"/>
            </w:pPr>
            <w:r>
              <w:rPr>
                <w:b/>
                <w:sz w:val="12"/>
              </w:rPr>
              <w:t>General Contents</w:t>
            </w:r>
          </w:p>
        </w:tc>
        <w:tc>
          <w:tcPr>
            <w:tcW w:w="1800" w:type="dxa"/>
            <w:shd w:val="clear" w:color="auto" w:fill="D9D9D9"/>
            <w:tcMar>
              <w:top w:w="48" w:type="dxa"/>
              <w:left w:w="23" w:type="dxa"/>
              <w:bottom w:w="48" w:type="dxa"/>
              <w:right w:w="23" w:type="dxa"/>
            </w:tcMar>
            <w:vAlign w:val="center"/>
          </w:tcPr>
          <w:p w14:paraId="5496211C" w14:textId="77777777" w:rsidR="004A408E" w:rsidRDefault="00921378">
            <w:pPr>
              <w:jc w:val="center"/>
            </w:pPr>
            <w:r>
              <w:rPr>
                <w:b/>
                <w:sz w:val="12"/>
              </w:rPr>
              <w:t>Master / Source File Location</w:t>
            </w:r>
          </w:p>
        </w:tc>
        <w:tc>
          <w:tcPr>
            <w:tcW w:w="1656" w:type="dxa"/>
            <w:shd w:val="clear" w:color="auto" w:fill="D9D9D9"/>
            <w:tcMar>
              <w:top w:w="48" w:type="dxa"/>
              <w:left w:w="23" w:type="dxa"/>
              <w:bottom w:w="48" w:type="dxa"/>
              <w:right w:w="23" w:type="dxa"/>
            </w:tcMar>
            <w:vAlign w:val="center"/>
          </w:tcPr>
          <w:p w14:paraId="1E81056B" w14:textId="77777777" w:rsidR="004A408E" w:rsidRDefault="00921378">
            <w:pPr>
              <w:jc w:val="center"/>
            </w:pPr>
            <w:r>
              <w:rPr>
                <w:b/>
                <w:sz w:val="12"/>
              </w:rPr>
              <w:t>Backup Location</w:t>
            </w:r>
          </w:p>
        </w:tc>
        <w:tc>
          <w:tcPr>
            <w:tcW w:w="1224" w:type="dxa"/>
            <w:shd w:val="clear" w:color="auto" w:fill="D9D9D9"/>
            <w:tcMar>
              <w:top w:w="48" w:type="dxa"/>
              <w:left w:w="23" w:type="dxa"/>
              <w:bottom w:w="48" w:type="dxa"/>
              <w:right w:w="23" w:type="dxa"/>
            </w:tcMar>
            <w:vAlign w:val="center"/>
          </w:tcPr>
          <w:p w14:paraId="56B98FF8" w14:textId="77777777" w:rsidR="004A408E" w:rsidRDefault="00921378">
            <w:pPr>
              <w:jc w:val="center"/>
            </w:pPr>
            <w:r>
              <w:rPr>
                <w:b/>
                <w:sz w:val="12"/>
              </w:rPr>
              <w:t>Backup Frequency</w:t>
            </w:r>
          </w:p>
        </w:tc>
        <w:tc>
          <w:tcPr>
            <w:tcW w:w="2088" w:type="dxa"/>
            <w:shd w:val="clear" w:color="auto" w:fill="D9D9D9"/>
            <w:tcMar>
              <w:top w:w="48" w:type="dxa"/>
              <w:left w:w="23" w:type="dxa"/>
              <w:bottom w:w="48" w:type="dxa"/>
              <w:right w:w="23" w:type="dxa"/>
            </w:tcMar>
            <w:vAlign w:val="center"/>
          </w:tcPr>
          <w:p w14:paraId="27D4FC7B" w14:textId="77777777" w:rsidR="004A408E" w:rsidRDefault="00921378">
            <w:pPr>
              <w:jc w:val="center"/>
            </w:pPr>
            <w:r>
              <w:rPr>
                <w:b/>
                <w:sz w:val="12"/>
              </w:rPr>
              <w:t>Access Info Securely Maintained At</w:t>
            </w:r>
          </w:p>
        </w:tc>
        <w:tc>
          <w:tcPr>
            <w:tcW w:w="1368" w:type="dxa"/>
            <w:shd w:val="clear" w:color="auto" w:fill="D9D9D9"/>
            <w:tcMar>
              <w:top w:w="48" w:type="dxa"/>
              <w:left w:w="23" w:type="dxa"/>
              <w:bottom w:w="48" w:type="dxa"/>
              <w:right w:w="23" w:type="dxa"/>
            </w:tcMar>
            <w:vAlign w:val="center"/>
          </w:tcPr>
          <w:p w14:paraId="30E6B6ED" w14:textId="77777777" w:rsidR="004A408E" w:rsidRDefault="00921378">
            <w:pPr>
              <w:jc w:val="center"/>
            </w:pPr>
            <w:r>
              <w:rPr>
                <w:b/>
                <w:sz w:val="12"/>
              </w:rPr>
              <w:t>Notes</w:t>
            </w:r>
          </w:p>
        </w:tc>
      </w:tr>
      <w:tr w:rsidR="004A408E" w14:paraId="25212A52" w14:textId="77777777" w:rsidTr="0057614B">
        <w:trPr>
          <w:trHeight w:val="330"/>
          <w:jc w:val="center"/>
        </w:trPr>
        <w:tc>
          <w:tcPr>
            <w:tcW w:w="1728" w:type="dxa"/>
            <w:tcMar>
              <w:top w:w="34" w:type="dxa"/>
              <w:left w:w="25" w:type="dxa"/>
              <w:bottom w:w="34" w:type="dxa"/>
              <w:right w:w="25" w:type="dxa"/>
            </w:tcMar>
          </w:tcPr>
          <w:p w14:paraId="2D4CF546" w14:textId="77777777" w:rsidR="004A408E" w:rsidRDefault="004A408E"/>
        </w:tc>
        <w:tc>
          <w:tcPr>
            <w:tcW w:w="1944" w:type="dxa"/>
            <w:tcMar>
              <w:top w:w="34" w:type="dxa"/>
              <w:left w:w="25" w:type="dxa"/>
              <w:bottom w:w="34" w:type="dxa"/>
              <w:right w:w="25" w:type="dxa"/>
            </w:tcMar>
          </w:tcPr>
          <w:p w14:paraId="7C6A521F" w14:textId="77777777" w:rsidR="004A408E" w:rsidRDefault="004A408E"/>
        </w:tc>
        <w:tc>
          <w:tcPr>
            <w:tcW w:w="1800" w:type="dxa"/>
            <w:tcMar>
              <w:top w:w="34" w:type="dxa"/>
              <w:left w:w="25" w:type="dxa"/>
              <w:bottom w:w="34" w:type="dxa"/>
              <w:right w:w="25" w:type="dxa"/>
            </w:tcMar>
          </w:tcPr>
          <w:p w14:paraId="15DD6B59" w14:textId="77777777" w:rsidR="004A408E" w:rsidRDefault="004A408E"/>
        </w:tc>
        <w:tc>
          <w:tcPr>
            <w:tcW w:w="1656" w:type="dxa"/>
            <w:tcMar>
              <w:top w:w="34" w:type="dxa"/>
              <w:left w:w="25" w:type="dxa"/>
              <w:bottom w:w="34" w:type="dxa"/>
              <w:right w:w="25" w:type="dxa"/>
            </w:tcMar>
          </w:tcPr>
          <w:p w14:paraId="6A6BE103" w14:textId="77777777" w:rsidR="004A408E" w:rsidRDefault="004A408E"/>
        </w:tc>
        <w:tc>
          <w:tcPr>
            <w:tcW w:w="1224" w:type="dxa"/>
            <w:tcMar>
              <w:top w:w="34" w:type="dxa"/>
              <w:left w:w="25" w:type="dxa"/>
              <w:bottom w:w="34" w:type="dxa"/>
              <w:right w:w="25" w:type="dxa"/>
            </w:tcMar>
          </w:tcPr>
          <w:p w14:paraId="47A42C52" w14:textId="77777777" w:rsidR="004A408E" w:rsidRDefault="004A408E"/>
        </w:tc>
        <w:tc>
          <w:tcPr>
            <w:tcW w:w="2088" w:type="dxa"/>
            <w:tcMar>
              <w:top w:w="34" w:type="dxa"/>
              <w:left w:w="25" w:type="dxa"/>
              <w:bottom w:w="34" w:type="dxa"/>
              <w:right w:w="25" w:type="dxa"/>
            </w:tcMar>
          </w:tcPr>
          <w:p w14:paraId="004525C7" w14:textId="77777777" w:rsidR="004A408E" w:rsidRDefault="004A408E"/>
        </w:tc>
        <w:tc>
          <w:tcPr>
            <w:tcW w:w="1368" w:type="dxa"/>
            <w:tcMar>
              <w:top w:w="34" w:type="dxa"/>
              <w:left w:w="25" w:type="dxa"/>
              <w:bottom w:w="34" w:type="dxa"/>
              <w:right w:w="25" w:type="dxa"/>
            </w:tcMar>
          </w:tcPr>
          <w:p w14:paraId="77C6EA8D" w14:textId="77777777" w:rsidR="004A408E" w:rsidRDefault="004A408E"/>
        </w:tc>
      </w:tr>
      <w:tr w:rsidR="004A408E" w14:paraId="1BEA2000" w14:textId="77777777" w:rsidTr="0057614B">
        <w:trPr>
          <w:trHeight w:val="330"/>
          <w:jc w:val="center"/>
        </w:trPr>
        <w:tc>
          <w:tcPr>
            <w:tcW w:w="1728" w:type="dxa"/>
            <w:tcMar>
              <w:top w:w="34" w:type="dxa"/>
              <w:left w:w="25" w:type="dxa"/>
              <w:bottom w:w="34" w:type="dxa"/>
              <w:right w:w="25" w:type="dxa"/>
            </w:tcMar>
          </w:tcPr>
          <w:p w14:paraId="046160D6" w14:textId="77777777" w:rsidR="004A408E" w:rsidRDefault="004A408E"/>
        </w:tc>
        <w:tc>
          <w:tcPr>
            <w:tcW w:w="1944" w:type="dxa"/>
            <w:tcMar>
              <w:top w:w="34" w:type="dxa"/>
              <w:left w:w="25" w:type="dxa"/>
              <w:bottom w:w="34" w:type="dxa"/>
              <w:right w:w="25" w:type="dxa"/>
            </w:tcMar>
          </w:tcPr>
          <w:p w14:paraId="26CCAB70" w14:textId="77777777" w:rsidR="004A408E" w:rsidRDefault="004A408E"/>
        </w:tc>
        <w:tc>
          <w:tcPr>
            <w:tcW w:w="1800" w:type="dxa"/>
            <w:tcMar>
              <w:top w:w="34" w:type="dxa"/>
              <w:left w:w="25" w:type="dxa"/>
              <w:bottom w:w="34" w:type="dxa"/>
              <w:right w:w="25" w:type="dxa"/>
            </w:tcMar>
          </w:tcPr>
          <w:p w14:paraId="14D9BC49" w14:textId="77777777" w:rsidR="004A408E" w:rsidRDefault="004A408E"/>
        </w:tc>
        <w:tc>
          <w:tcPr>
            <w:tcW w:w="1656" w:type="dxa"/>
            <w:tcMar>
              <w:top w:w="34" w:type="dxa"/>
              <w:left w:w="25" w:type="dxa"/>
              <w:bottom w:w="34" w:type="dxa"/>
              <w:right w:w="25" w:type="dxa"/>
            </w:tcMar>
          </w:tcPr>
          <w:p w14:paraId="0018F2C6" w14:textId="77777777" w:rsidR="004A408E" w:rsidRDefault="004A408E"/>
        </w:tc>
        <w:tc>
          <w:tcPr>
            <w:tcW w:w="1224" w:type="dxa"/>
            <w:tcMar>
              <w:top w:w="34" w:type="dxa"/>
              <w:left w:w="25" w:type="dxa"/>
              <w:bottom w:w="34" w:type="dxa"/>
              <w:right w:w="25" w:type="dxa"/>
            </w:tcMar>
          </w:tcPr>
          <w:p w14:paraId="58263686" w14:textId="77777777" w:rsidR="004A408E" w:rsidRDefault="004A408E"/>
        </w:tc>
        <w:tc>
          <w:tcPr>
            <w:tcW w:w="2088" w:type="dxa"/>
            <w:tcMar>
              <w:top w:w="34" w:type="dxa"/>
              <w:left w:w="25" w:type="dxa"/>
              <w:bottom w:w="34" w:type="dxa"/>
              <w:right w:w="25" w:type="dxa"/>
            </w:tcMar>
          </w:tcPr>
          <w:p w14:paraId="4D068D0B" w14:textId="77777777" w:rsidR="004A408E" w:rsidRDefault="004A408E"/>
        </w:tc>
        <w:tc>
          <w:tcPr>
            <w:tcW w:w="1368" w:type="dxa"/>
            <w:tcMar>
              <w:top w:w="34" w:type="dxa"/>
              <w:left w:w="25" w:type="dxa"/>
              <w:bottom w:w="34" w:type="dxa"/>
              <w:right w:w="25" w:type="dxa"/>
            </w:tcMar>
          </w:tcPr>
          <w:p w14:paraId="0F5DC8B9" w14:textId="77777777" w:rsidR="004A408E" w:rsidRDefault="004A408E"/>
        </w:tc>
      </w:tr>
      <w:tr w:rsidR="004A408E" w14:paraId="48452187" w14:textId="77777777" w:rsidTr="0057614B">
        <w:trPr>
          <w:trHeight w:val="330"/>
          <w:jc w:val="center"/>
        </w:trPr>
        <w:tc>
          <w:tcPr>
            <w:tcW w:w="1728" w:type="dxa"/>
            <w:tcMar>
              <w:top w:w="34" w:type="dxa"/>
              <w:left w:w="25" w:type="dxa"/>
              <w:bottom w:w="34" w:type="dxa"/>
              <w:right w:w="25" w:type="dxa"/>
            </w:tcMar>
          </w:tcPr>
          <w:p w14:paraId="7FDA5BB7" w14:textId="77777777" w:rsidR="004A408E" w:rsidRDefault="004A408E"/>
        </w:tc>
        <w:tc>
          <w:tcPr>
            <w:tcW w:w="1944" w:type="dxa"/>
            <w:tcMar>
              <w:top w:w="34" w:type="dxa"/>
              <w:left w:w="25" w:type="dxa"/>
              <w:bottom w:w="34" w:type="dxa"/>
              <w:right w:w="25" w:type="dxa"/>
            </w:tcMar>
          </w:tcPr>
          <w:p w14:paraId="76FD72C3" w14:textId="77777777" w:rsidR="004A408E" w:rsidRDefault="004A408E"/>
        </w:tc>
        <w:tc>
          <w:tcPr>
            <w:tcW w:w="1800" w:type="dxa"/>
            <w:tcMar>
              <w:top w:w="34" w:type="dxa"/>
              <w:left w:w="25" w:type="dxa"/>
              <w:bottom w:w="34" w:type="dxa"/>
              <w:right w:w="25" w:type="dxa"/>
            </w:tcMar>
          </w:tcPr>
          <w:p w14:paraId="7428A9A2" w14:textId="77777777" w:rsidR="004A408E" w:rsidRDefault="004A408E"/>
        </w:tc>
        <w:tc>
          <w:tcPr>
            <w:tcW w:w="1656" w:type="dxa"/>
            <w:tcMar>
              <w:top w:w="34" w:type="dxa"/>
              <w:left w:w="25" w:type="dxa"/>
              <w:bottom w:w="34" w:type="dxa"/>
              <w:right w:w="25" w:type="dxa"/>
            </w:tcMar>
          </w:tcPr>
          <w:p w14:paraId="5700A35C" w14:textId="77777777" w:rsidR="004A408E" w:rsidRDefault="004A408E"/>
        </w:tc>
        <w:tc>
          <w:tcPr>
            <w:tcW w:w="1224" w:type="dxa"/>
            <w:tcMar>
              <w:top w:w="34" w:type="dxa"/>
              <w:left w:w="25" w:type="dxa"/>
              <w:bottom w:w="34" w:type="dxa"/>
              <w:right w:w="25" w:type="dxa"/>
            </w:tcMar>
          </w:tcPr>
          <w:p w14:paraId="4E87F5D5" w14:textId="77777777" w:rsidR="004A408E" w:rsidRDefault="004A408E"/>
        </w:tc>
        <w:tc>
          <w:tcPr>
            <w:tcW w:w="2088" w:type="dxa"/>
            <w:tcMar>
              <w:top w:w="34" w:type="dxa"/>
              <w:left w:w="25" w:type="dxa"/>
              <w:bottom w:w="34" w:type="dxa"/>
              <w:right w:w="25" w:type="dxa"/>
            </w:tcMar>
          </w:tcPr>
          <w:p w14:paraId="50EEDE6B" w14:textId="77777777" w:rsidR="004A408E" w:rsidRDefault="004A408E"/>
        </w:tc>
        <w:tc>
          <w:tcPr>
            <w:tcW w:w="1368" w:type="dxa"/>
            <w:tcMar>
              <w:top w:w="34" w:type="dxa"/>
              <w:left w:w="25" w:type="dxa"/>
              <w:bottom w:w="34" w:type="dxa"/>
              <w:right w:w="25" w:type="dxa"/>
            </w:tcMar>
          </w:tcPr>
          <w:p w14:paraId="76D79A3E" w14:textId="77777777" w:rsidR="004A408E" w:rsidRDefault="004A408E"/>
        </w:tc>
      </w:tr>
      <w:tr w:rsidR="004A408E" w14:paraId="520C568D" w14:textId="77777777" w:rsidTr="0057614B">
        <w:trPr>
          <w:trHeight w:val="330"/>
          <w:jc w:val="center"/>
        </w:trPr>
        <w:tc>
          <w:tcPr>
            <w:tcW w:w="1728" w:type="dxa"/>
            <w:tcMar>
              <w:top w:w="34" w:type="dxa"/>
              <w:left w:w="25" w:type="dxa"/>
              <w:bottom w:w="34" w:type="dxa"/>
              <w:right w:w="25" w:type="dxa"/>
            </w:tcMar>
          </w:tcPr>
          <w:p w14:paraId="1F240C31" w14:textId="77777777" w:rsidR="004A408E" w:rsidRDefault="004A408E"/>
        </w:tc>
        <w:tc>
          <w:tcPr>
            <w:tcW w:w="1944" w:type="dxa"/>
            <w:tcMar>
              <w:top w:w="34" w:type="dxa"/>
              <w:left w:w="25" w:type="dxa"/>
              <w:bottom w:w="34" w:type="dxa"/>
              <w:right w:w="25" w:type="dxa"/>
            </w:tcMar>
          </w:tcPr>
          <w:p w14:paraId="44F4669A" w14:textId="77777777" w:rsidR="004A408E" w:rsidRDefault="004A408E"/>
        </w:tc>
        <w:tc>
          <w:tcPr>
            <w:tcW w:w="1800" w:type="dxa"/>
            <w:tcMar>
              <w:top w:w="34" w:type="dxa"/>
              <w:left w:w="25" w:type="dxa"/>
              <w:bottom w:w="34" w:type="dxa"/>
              <w:right w:w="25" w:type="dxa"/>
            </w:tcMar>
          </w:tcPr>
          <w:p w14:paraId="6F1101A0" w14:textId="77777777" w:rsidR="004A408E" w:rsidRDefault="004A408E"/>
        </w:tc>
        <w:tc>
          <w:tcPr>
            <w:tcW w:w="1656" w:type="dxa"/>
            <w:tcMar>
              <w:top w:w="34" w:type="dxa"/>
              <w:left w:w="25" w:type="dxa"/>
              <w:bottom w:w="34" w:type="dxa"/>
              <w:right w:w="25" w:type="dxa"/>
            </w:tcMar>
          </w:tcPr>
          <w:p w14:paraId="7A78559A" w14:textId="77777777" w:rsidR="004A408E" w:rsidRDefault="004A408E"/>
        </w:tc>
        <w:tc>
          <w:tcPr>
            <w:tcW w:w="1224" w:type="dxa"/>
            <w:tcMar>
              <w:top w:w="34" w:type="dxa"/>
              <w:left w:w="25" w:type="dxa"/>
              <w:bottom w:w="34" w:type="dxa"/>
              <w:right w:w="25" w:type="dxa"/>
            </w:tcMar>
          </w:tcPr>
          <w:p w14:paraId="7578E629" w14:textId="77777777" w:rsidR="004A408E" w:rsidRDefault="004A408E"/>
        </w:tc>
        <w:tc>
          <w:tcPr>
            <w:tcW w:w="2088" w:type="dxa"/>
            <w:tcMar>
              <w:top w:w="34" w:type="dxa"/>
              <w:left w:w="25" w:type="dxa"/>
              <w:bottom w:w="34" w:type="dxa"/>
              <w:right w:w="25" w:type="dxa"/>
            </w:tcMar>
          </w:tcPr>
          <w:p w14:paraId="3A229E6B" w14:textId="77777777" w:rsidR="004A408E" w:rsidRDefault="004A408E"/>
        </w:tc>
        <w:tc>
          <w:tcPr>
            <w:tcW w:w="1368" w:type="dxa"/>
            <w:tcMar>
              <w:top w:w="34" w:type="dxa"/>
              <w:left w:w="25" w:type="dxa"/>
              <w:bottom w:w="34" w:type="dxa"/>
              <w:right w:w="25" w:type="dxa"/>
            </w:tcMar>
          </w:tcPr>
          <w:p w14:paraId="5D243B85" w14:textId="77777777" w:rsidR="004A408E" w:rsidRDefault="004A408E"/>
        </w:tc>
      </w:tr>
      <w:tr w:rsidR="004A408E" w14:paraId="3B3751DF" w14:textId="77777777" w:rsidTr="0057614B">
        <w:trPr>
          <w:trHeight w:val="330"/>
          <w:jc w:val="center"/>
        </w:trPr>
        <w:tc>
          <w:tcPr>
            <w:tcW w:w="1728" w:type="dxa"/>
            <w:tcMar>
              <w:top w:w="34" w:type="dxa"/>
              <w:left w:w="25" w:type="dxa"/>
              <w:bottom w:w="34" w:type="dxa"/>
              <w:right w:w="25" w:type="dxa"/>
            </w:tcMar>
          </w:tcPr>
          <w:p w14:paraId="3E613504" w14:textId="77777777" w:rsidR="004A408E" w:rsidRDefault="004A408E"/>
        </w:tc>
        <w:tc>
          <w:tcPr>
            <w:tcW w:w="1944" w:type="dxa"/>
            <w:tcMar>
              <w:top w:w="34" w:type="dxa"/>
              <w:left w:w="25" w:type="dxa"/>
              <w:bottom w:w="34" w:type="dxa"/>
              <w:right w:w="25" w:type="dxa"/>
            </w:tcMar>
          </w:tcPr>
          <w:p w14:paraId="323BB378" w14:textId="77777777" w:rsidR="004A408E" w:rsidRDefault="004A408E"/>
        </w:tc>
        <w:tc>
          <w:tcPr>
            <w:tcW w:w="1800" w:type="dxa"/>
            <w:tcMar>
              <w:top w:w="34" w:type="dxa"/>
              <w:left w:w="25" w:type="dxa"/>
              <w:bottom w:w="34" w:type="dxa"/>
              <w:right w:w="25" w:type="dxa"/>
            </w:tcMar>
          </w:tcPr>
          <w:p w14:paraId="3760D457" w14:textId="77777777" w:rsidR="004A408E" w:rsidRDefault="004A408E"/>
        </w:tc>
        <w:tc>
          <w:tcPr>
            <w:tcW w:w="1656" w:type="dxa"/>
            <w:tcMar>
              <w:top w:w="34" w:type="dxa"/>
              <w:left w:w="25" w:type="dxa"/>
              <w:bottom w:w="34" w:type="dxa"/>
              <w:right w:w="25" w:type="dxa"/>
            </w:tcMar>
          </w:tcPr>
          <w:p w14:paraId="18BEEDF7" w14:textId="77777777" w:rsidR="004A408E" w:rsidRDefault="004A408E"/>
        </w:tc>
        <w:tc>
          <w:tcPr>
            <w:tcW w:w="1224" w:type="dxa"/>
            <w:tcMar>
              <w:top w:w="34" w:type="dxa"/>
              <w:left w:w="25" w:type="dxa"/>
              <w:bottom w:w="34" w:type="dxa"/>
              <w:right w:w="25" w:type="dxa"/>
            </w:tcMar>
          </w:tcPr>
          <w:p w14:paraId="6FBBE6D5" w14:textId="77777777" w:rsidR="004A408E" w:rsidRDefault="004A408E"/>
        </w:tc>
        <w:tc>
          <w:tcPr>
            <w:tcW w:w="2088" w:type="dxa"/>
            <w:tcMar>
              <w:top w:w="34" w:type="dxa"/>
              <w:left w:w="25" w:type="dxa"/>
              <w:bottom w:w="34" w:type="dxa"/>
              <w:right w:w="25" w:type="dxa"/>
            </w:tcMar>
          </w:tcPr>
          <w:p w14:paraId="16936BDF" w14:textId="77777777" w:rsidR="004A408E" w:rsidRDefault="004A408E"/>
        </w:tc>
        <w:tc>
          <w:tcPr>
            <w:tcW w:w="1368" w:type="dxa"/>
            <w:tcMar>
              <w:top w:w="34" w:type="dxa"/>
              <w:left w:w="25" w:type="dxa"/>
              <w:bottom w:w="34" w:type="dxa"/>
              <w:right w:w="25" w:type="dxa"/>
            </w:tcMar>
          </w:tcPr>
          <w:p w14:paraId="309E1278" w14:textId="77777777" w:rsidR="004A408E" w:rsidRDefault="004A408E"/>
        </w:tc>
      </w:tr>
      <w:tr w:rsidR="004A408E" w14:paraId="494BF7E7" w14:textId="77777777" w:rsidTr="0057614B">
        <w:trPr>
          <w:trHeight w:val="330"/>
          <w:jc w:val="center"/>
        </w:trPr>
        <w:tc>
          <w:tcPr>
            <w:tcW w:w="1728" w:type="dxa"/>
            <w:tcMar>
              <w:top w:w="34" w:type="dxa"/>
              <w:left w:w="25" w:type="dxa"/>
              <w:bottom w:w="34" w:type="dxa"/>
              <w:right w:w="25" w:type="dxa"/>
            </w:tcMar>
          </w:tcPr>
          <w:p w14:paraId="544CAE67" w14:textId="77777777" w:rsidR="004A408E" w:rsidRDefault="004A408E"/>
        </w:tc>
        <w:tc>
          <w:tcPr>
            <w:tcW w:w="1944" w:type="dxa"/>
            <w:tcMar>
              <w:top w:w="34" w:type="dxa"/>
              <w:left w:w="25" w:type="dxa"/>
              <w:bottom w:w="34" w:type="dxa"/>
              <w:right w:w="25" w:type="dxa"/>
            </w:tcMar>
          </w:tcPr>
          <w:p w14:paraId="1CCB8FD2" w14:textId="77777777" w:rsidR="004A408E" w:rsidRDefault="004A408E"/>
        </w:tc>
        <w:tc>
          <w:tcPr>
            <w:tcW w:w="1800" w:type="dxa"/>
            <w:tcMar>
              <w:top w:w="34" w:type="dxa"/>
              <w:left w:w="25" w:type="dxa"/>
              <w:bottom w:w="34" w:type="dxa"/>
              <w:right w:w="25" w:type="dxa"/>
            </w:tcMar>
          </w:tcPr>
          <w:p w14:paraId="48591C11" w14:textId="77777777" w:rsidR="004A408E" w:rsidRDefault="004A408E"/>
        </w:tc>
        <w:tc>
          <w:tcPr>
            <w:tcW w:w="1656" w:type="dxa"/>
            <w:tcMar>
              <w:top w:w="34" w:type="dxa"/>
              <w:left w:w="25" w:type="dxa"/>
              <w:bottom w:w="34" w:type="dxa"/>
              <w:right w:w="25" w:type="dxa"/>
            </w:tcMar>
          </w:tcPr>
          <w:p w14:paraId="1D969B88" w14:textId="77777777" w:rsidR="004A408E" w:rsidRDefault="004A408E"/>
        </w:tc>
        <w:tc>
          <w:tcPr>
            <w:tcW w:w="1224" w:type="dxa"/>
            <w:tcMar>
              <w:top w:w="34" w:type="dxa"/>
              <w:left w:w="25" w:type="dxa"/>
              <w:bottom w:w="34" w:type="dxa"/>
              <w:right w:w="25" w:type="dxa"/>
            </w:tcMar>
          </w:tcPr>
          <w:p w14:paraId="35D984B4" w14:textId="77777777" w:rsidR="004A408E" w:rsidRDefault="004A408E"/>
        </w:tc>
        <w:tc>
          <w:tcPr>
            <w:tcW w:w="2088" w:type="dxa"/>
            <w:tcMar>
              <w:top w:w="34" w:type="dxa"/>
              <w:left w:w="25" w:type="dxa"/>
              <w:bottom w:w="34" w:type="dxa"/>
              <w:right w:w="25" w:type="dxa"/>
            </w:tcMar>
          </w:tcPr>
          <w:p w14:paraId="74C4AE20" w14:textId="77777777" w:rsidR="004A408E" w:rsidRDefault="004A408E"/>
        </w:tc>
        <w:tc>
          <w:tcPr>
            <w:tcW w:w="1368" w:type="dxa"/>
            <w:tcMar>
              <w:top w:w="34" w:type="dxa"/>
              <w:left w:w="25" w:type="dxa"/>
              <w:bottom w:w="34" w:type="dxa"/>
              <w:right w:w="25" w:type="dxa"/>
            </w:tcMar>
          </w:tcPr>
          <w:p w14:paraId="3858FF6E" w14:textId="77777777" w:rsidR="004A408E" w:rsidRDefault="004A408E"/>
        </w:tc>
      </w:tr>
    </w:tbl>
    <w:p w14:paraId="027223B3" w14:textId="77777777" w:rsidR="004A408E" w:rsidRDefault="00921378">
      <w:pPr>
        <w:spacing w:before="40" w:after="40"/>
      </w:pPr>
      <w:r>
        <w:rPr>
          <w:sz w:val="16"/>
        </w:rPr>
        <w:t>Examples: computers, external drives, cloud storage, publishing-platform storage, source-code repositories, website servers, digital archives, physical archives, and off-site backups.</w:t>
      </w:r>
    </w:p>
    <w:tbl>
      <w:tblPr>
        <w:tblW w:w="0" w:type="auto"/>
        <w:tblLook w:val="04A0" w:firstRow="1" w:lastRow="0" w:firstColumn="1" w:lastColumn="0" w:noHBand="0" w:noVBand="1"/>
      </w:tblPr>
      <w:tblGrid>
        <w:gridCol w:w="10800"/>
      </w:tblGrid>
      <w:tr w:rsidR="004A408E" w14:paraId="246C7D2D" w14:textId="77777777">
        <w:tc>
          <w:tcPr>
            <w:tcW w:w="10800" w:type="dxa"/>
            <w:shd w:val="clear" w:color="auto" w:fill="D9D9D9"/>
            <w:tcMar>
              <w:top w:w="44" w:type="dxa"/>
              <w:left w:w="55" w:type="dxa"/>
              <w:bottom w:w="44" w:type="dxa"/>
              <w:right w:w="55" w:type="dxa"/>
            </w:tcMar>
          </w:tcPr>
          <w:p w14:paraId="6FD04824" w14:textId="77777777" w:rsidR="004A408E" w:rsidRDefault="00921378">
            <w:pPr>
              <w:spacing w:after="0"/>
            </w:pPr>
            <w:r>
              <w:rPr>
                <w:b/>
                <w:sz w:val="19"/>
              </w:rPr>
              <w:t>PUBLISHING, DISTRIBUTION &amp; PROFESSIONAL PLATFORMS</w:t>
            </w:r>
          </w:p>
        </w:tc>
      </w:tr>
    </w:tbl>
    <w:tbl>
      <w:tblPr>
        <w:tblStyle w:val="TableGrid"/>
        <w:tblW w:w="10800" w:type="dxa"/>
        <w:jc w:val="center"/>
        <w:tblLayout w:type="fixed"/>
        <w:tblLook w:val="04A0" w:firstRow="1" w:lastRow="0" w:firstColumn="1" w:lastColumn="0" w:noHBand="0" w:noVBand="1"/>
      </w:tblPr>
      <w:tblGrid>
        <w:gridCol w:w="1562"/>
        <w:gridCol w:w="1302"/>
        <w:gridCol w:w="1497"/>
        <w:gridCol w:w="1561"/>
        <w:gridCol w:w="2015"/>
        <w:gridCol w:w="1302"/>
        <w:gridCol w:w="1561"/>
      </w:tblGrid>
      <w:tr w:rsidR="004A408E" w14:paraId="1B765C32" w14:textId="77777777" w:rsidTr="0057614B">
        <w:trPr>
          <w:tblHeader/>
          <w:jc w:val="center"/>
        </w:trPr>
        <w:tc>
          <w:tcPr>
            <w:tcW w:w="1728" w:type="dxa"/>
            <w:shd w:val="clear" w:color="auto" w:fill="D9D9D9"/>
            <w:tcMar>
              <w:top w:w="48" w:type="dxa"/>
              <w:left w:w="23" w:type="dxa"/>
              <w:bottom w:w="48" w:type="dxa"/>
              <w:right w:w="23" w:type="dxa"/>
            </w:tcMar>
            <w:vAlign w:val="center"/>
          </w:tcPr>
          <w:p w14:paraId="710AE7B5" w14:textId="77777777" w:rsidR="004A408E" w:rsidRDefault="00921378">
            <w:pPr>
              <w:jc w:val="center"/>
            </w:pPr>
            <w:r>
              <w:rPr>
                <w:b/>
                <w:sz w:val="12"/>
              </w:rPr>
              <w:t>Platform / Service</w:t>
            </w:r>
          </w:p>
        </w:tc>
        <w:tc>
          <w:tcPr>
            <w:tcW w:w="1440" w:type="dxa"/>
            <w:shd w:val="clear" w:color="auto" w:fill="D9D9D9"/>
            <w:tcMar>
              <w:top w:w="48" w:type="dxa"/>
              <w:left w:w="23" w:type="dxa"/>
              <w:bottom w:w="48" w:type="dxa"/>
              <w:right w:w="23" w:type="dxa"/>
            </w:tcMar>
            <w:vAlign w:val="center"/>
          </w:tcPr>
          <w:p w14:paraId="4A680C14" w14:textId="77777777" w:rsidR="004A408E" w:rsidRDefault="00921378">
            <w:pPr>
              <w:jc w:val="center"/>
            </w:pPr>
            <w:r>
              <w:rPr>
                <w:b/>
                <w:sz w:val="12"/>
              </w:rPr>
              <w:t>Purpose</w:t>
            </w:r>
          </w:p>
        </w:tc>
        <w:tc>
          <w:tcPr>
            <w:tcW w:w="1656" w:type="dxa"/>
            <w:shd w:val="clear" w:color="auto" w:fill="D9D9D9"/>
            <w:tcMar>
              <w:top w:w="48" w:type="dxa"/>
              <w:left w:w="23" w:type="dxa"/>
              <w:bottom w:w="48" w:type="dxa"/>
              <w:right w:w="23" w:type="dxa"/>
            </w:tcMar>
            <w:vAlign w:val="center"/>
          </w:tcPr>
          <w:p w14:paraId="14A448E4" w14:textId="77777777" w:rsidR="004A408E" w:rsidRDefault="00921378">
            <w:pPr>
              <w:jc w:val="center"/>
            </w:pPr>
            <w:r>
              <w:rPr>
                <w:b/>
                <w:sz w:val="12"/>
              </w:rPr>
              <w:t>Account Email / Username</w:t>
            </w:r>
          </w:p>
        </w:tc>
        <w:tc>
          <w:tcPr>
            <w:tcW w:w="1728" w:type="dxa"/>
            <w:shd w:val="clear" w:color="auto" w:fill="D9D9D9"/>
            <w:tcMar>
              <w:top w:w="48" w:type="dxa"/>
              <w:left w:w="23" w:type="dxa"/>
              <w:bottom w:w="48" w:type="dxa"/>
              <w:right w:w="23" w:type="dxa"/>
            </w:tcMar>
            <w:vAlign w:val="center"/>
          </w:tcPr>
          <w:p w14:paraId="7D8CFC56" w14:textId="77777777" w:rsidR="004A408E" w:rsidRDefault="00921378">
            <w:pPr>
              <w:jc w:val="center"/>
            </w:pPr>
            <w:r>
              <w:rPr>
                <w:b/>
                <w:sz w:val="12"/>
              </w:rPr>
              <w:t>Access Info Location</w:t>
            </w:r>
          </w:p>
        </w:tc>
        <w:tc>
          <w:tcPr>
            <w:tcW w:w="2232" w:type="dxa"/>
            <w:shd w:val="clear" w:color="auto" w:fill="D9D9D9"/>
            <w:tcMar>
              <w:top w:w="48" w:type="dxa"/>
              <w:left w:w="23" w:type="dxa"/>
              <w:bottom w:w="48" w:type="dxa"/>
              <w:right w:w="23" w:type="dxa"/>
            </w:tcMar>
            <w:vAlign w:val="center"/>
          </w:tcPr>
          <w:p w14:paraId="24B96136" w14:textId="77777777" w:rsidR="004A408E" w:rsidRDefault="00921378">
            <w:pPr>
              <w:jc w:val="center"/>
            </w:pPr>
            <w:r>
              <w:rPr>
                <w:b/>
                <w:sz w:val="12"/>
              </w:rPr>
              <w:t>Income Received? / Payment Info Location</w:t>
            </w:r>
          </w:p>
        </w:tc>
        <w:tc>
          <w:tcPr>
            <w:tcW w:w="1440" w:type="dxa"/>
            <w:shd w:val="clear" w:color="auto" w:fill="D9D9D9"/>
            <w:tcMar>
              <w:top w:w="48" w:type="dxa"/>
              <w:left w:w="23" w:type="dxa"/>
              <w:bottom w:w="48" w:type="dxa"/>
              <w:right w:w="23" w:type="dxa"/>
            </w:tcMar>
            <w:vAlign w:val="center"/>
          </w:tcPr>
          <w:p w14:paraId="76D312BB" w14:textId="77777777" w:rsidR="004A408E" w:rsidRDefault="00921378">
            <w:pPr>
              <w:jc w:val="center"/>
            </w:pPr>
            <w:r>
              <w:rPr>
                <w:b/>
                <w:sz w:val="12"/>
              </w:rPr>
              <w:t>Important Contact</w:t>
            </w:r>
          </w:p>
        </w:tc>
        <w:tc>
          <w:tcPr>
            <w:tcW w:w="1728" w:type="dxa"/>
            <w:shd w:val="clear" w:color="auto" w:fill="D9D9D9"/>
            <w:tcMar>
              <w:top w:w="48" w:type="dxa"/>
              <w:left w:w="23" w:type="dxa"/>
              <w:bottom w:w="48" w:type="dxa"/>
              <w:right w:w="23" w:type="dxa"/>
            </w:tcMar>
            <w:vAlign w:val="center"/>
          </w:tcPr>
          <w:p w14:paraId="1A828007" w14:textId="77777777" w:rsidR="004A408E" w:rsidRDefault="00921378">
            <w:pPr>
              <w:jc w:val="center"/>
            </w:pPr>
            <w:r>
              <w:rPr>
                <w:b/>
                <w:sz w:val="12"/>
              </w:rPr>
              <w:t>Continue After Incapacity / Death?</w:t>
            </w:r>
          </w:p>
        </w:tc>
      </w:tr>
      <w:tr w:rsidR="004A408E" w14:paraId="1E9BC38E" w14:textId="77777777" w:rsidTr="0057614B">
        <w:trPr>
          <w:trHeight w:val="335"/>
          <w:jc w:val="center"/>
        </w:trPr>
        <w:tc>
          <w:tcPr>
            <w:tcW w:w="1728" w:type="dxa"/>
            <w:tcMar>
              <w:top w:w="34" w:type="dxa"/>
              <w:left w:w="25" w:type="dxa"/>
              <w:bottom w:w="34" w:type="dxa"/>
              <w:right w:w="25" w:type="dxa"/>
            </w:tcMar>
          </w:tcPr>
          <w:p w14:paraId="26BBA0DD" w14:textId="77777777" w:rsidR="004A408E" w:rsidRDefault="004A408E"/>
        </w:tc>
        <w:tc>
          <w:tcPr>
            <w:tcW w:w="1440" w:type="dxa"/>
            <w:tcMar>
              <w:top w:w="34" w:type="dxa"/>
              <w:left w:w="25" w:type="dxa"/>
              <w:bottom w:w="34" w:type="dxa"/>
              <w:right w:w="25" w:type="dxa"/>
            </w:tcMar>
          </w:tcPr>
          <w:p w14:paraId="071708B1" w14:textId="77777777" w:rsidR="004A408E" w:rsidRDefault="004A408E"/>
        </w:tc>
        <w:tc>
          <w:tcPr>
            <w:tcW w:w="1656" w:type="dxa"/>
            <w:tcMar>
              <w:top w:w="34" w:type="dxa"/>
              <w:left w:w="25" w:type="dxa"/>
              <w:bottom w:w="34" w:type="dxa"/>
              <w:right w:w="25" w:type="dxa"/>
            </w:tcMar>
          </w:tcPr>
          <w:p w14:paraId="19B52FF1" w14:textId="77777777" w:rsidR="004A408E" w:rsidRDefault="004A408E"/>
        </w:tc>
        <w:tc>
          <w:tcPr>
            <w:tcW w:w="1728" w:type="dxa"/>
            <w:tcMar>
              <w:top w:w="34" w:type="dxa"/>
              <w:left w:w="25" w:type="dxa"/>
              <w:bottom w:w="34" w:type="dxa"/>
              <w:right w:w="25" w:type="dxa"/>
            </w:tcMar>
          </w:tcPr>
          <w:p w14:paraId="56FCE885" w14:textId="77777777" w:rsidR="004A408E" w:rsidRDefault="004A408E"/>
        </w:tc>
        <w:tc>
          <w:tcPr>
            <w:tcW w:w="2232" w:type="dxa"/>
            <w:tcMar>
              <w:top w:w="34" w:type="dxa"/>
              <w:left w:w="25" w:type="dxa"/>
              <w:bottom w:w="34" w:type="dxa"/>
              <w:right w:w="25" w:type="dxa"/>
            </w:tcMar>
          </w:tcPr>
          <w:p w14:paraId="3F712A75" w14:textId="77777777" w:rsidR="004A408E" w:rsidRDefault="004A408E"/>
        </w:tc>
        <w:tc>
          <w:tcPr>
            <w:tcW w:w="1440" w:type="dxa"/>
            <w:tcMar>
              <w:top w:w="34" w:type="dxa"/>
              <w:left w:w="25" w:type="dxa"/>
              <w:bottom w:w="34" w:type="dxa"/>
              <w:right w:w="25" w:type="dxa"/>
            </w:tcMar>
          </w:tcPr>
          <w:p w14:paraId="737692CF" w14:textId="77777777" w:rsidR="004A408E" w:rsidRDefault="004A408E"/>
        </w:tc>
        <w:tc>
          <w:tcPr>
            <w:tcW w:w="1728" w:type="dxa"/>
            <w:tcMar>
              <w:top w:w="34" w:type="dxa"/>
              <w:left w:w="25" w:type="dxa"/>
              <w:bottom w:w="34" w:type="dxa"/>
              <w:right w:w="25" w:type="dxa"/>
            </w:tcMar>
          </w:tcPr>
          <w:p w14:paraId="26EAF3E8" w14:textId="77777777" w:rsidR="004A408E" w:rsidRDefault="004A408E"/>
        </w:tc>
      </w:tr>
      <w:tr w:rsidR="004A408E" w14:paraId="7D9CDF7D" w14:textId="77777777" w:rsidTr="0057614B">
        <w:trPr>
          <w:trHeight w:val="335"/>
          <w:jc w:val="center"/>
        </w:trPr>
        <w:tc>
          <w:tcPr>
            <w:tcW w:w="1728" w:type="dxa"/>
            <w:tcMar>
              <w:top w:w="34" w:type="dxa"/>
              <w:left w:w="25" w:type="dxa"/>
              <w:bottom w:w="34" w:type="dxa"/>
              <w:right w:w="25" w:type="dxa"/>
            </w:tcMar>
          </w:tcPr>
          <w:p w14:paraId="58A9E1DF" w14:textId="77777777" w:rsidR="004A408E" w:rsidRDefault="004A408E"/>
        </w:tc>
        <w:tc>
          <w:tcPr>
            <w:tcW w:w="1440" w:type="dxa"/>
            <w:tcMar>
              <w:top w:w="34" w:type="dxa"/>
              <w:left w:w="25" w:type="dxa"/>
              <w:bottom w:w="34" w:type="dxa"/>
              <w:right w:w="25" w:type="dxa"/>
            </w:tcMar>
          </w:tcPr>
          <w:p w14:paraId="084B0633" w14:textId="77777777" w:rsidR="004A408E" w:rsidRDefault="004A408E"/>
        </w:tc>
        <w:tc>
          <w:tcPr>
            <w:tcW w:w="1656" w:type="dxa"/>
            <w:tcMar>
              <w:top w:w="34" w:type="dxa"/>
              <w:left w:w="25" w:type="dxa"/>
              <w:bottom w:w="34" w:type="dxa"/>
              <w:right w:w="25" w:type="dxa"/>
            </w:tcMar>
          </w:tcPr>
          <w:p w14:paraId="4139925E" w14:textId="77777777" w:rsidR="004A408E" w:rsidRDefault="004A408E"/>
        </w:tc>
        <w:tc>
          <w:tcPr>
            <w:tcW w:w="1728" w:type="dxa"/>
            <w:tcMar>
              <w:top w:w="34" w:type="dxa"/>
              <w:left w:w="25" w:type="dxa"/>
              <w:bottom w:w="34" w:type="dxa"/>
              <w:right w:w="25" w:type="dxa"/>
            </w:tcMar>
          </w:tcPr>
          <w:p w14:paraId="58B0F0B2" w14:textId="77777777" w:rsidR="004A408E" w:rsidRDefault="004A408E"/>
        </w:tc>
        <w:tc>
          <w:tcPr>
            <w:tcW w:w="2232" w:type="dxa"/>
            <w:tcMar>
              <w:top w:w="34" w:type="dxa"/>
              <w:left w:w="25" w:type="dxa"/>
              <w:bottom w:w="34" w:type="dxa"/>
              <w:right w:w="25" w:type="dxa"/>
            </w:tcMar>
          </w:tcPr>
          <w:p w14:paraId="170EC09F" w14:textId="77777777" w:rsidR="004A408E" w:rsidRDefault="004A408E"/>
        </w:tc>
        <w:tc>
          <w:tcPr>
            <w:tcW w:w="1440" w:type="dxa"/>
            <w:tcMar>
              <w:top w:w="34" w:type="dxa"/>
              <w:left w:w="25" w:type="dxa"/>
              <w:bottom w:w="34" w:type="dxa"/>
              <w:right w:w="25" w:type="dxa"/>
            </w:tcMar>
          </w:tcPr>
          <w:p w14:paraId="2C005314" w14:textId="77777777" w:rsidR="004A408E" w:rsidRDefault="004A408E"/>
        </w:tc>
        <w:tc>
          <w:tcPr>
            <w:tcW w:w="1728" w:type="dxa"/>
            <w:tcMar>
              <w:top w:w="34" w:type="dxa"/>
              <w:left w:w="25" w:type="dxa"/>
              <w:bottom w:w="34" w:type="dxa"/>
              <w:right w:w="25" w:type="dxa"/>
            </w:tcMar>
          </w:tcPr>
          <w:p w14:paraId="237FEC67" w14:textId="77777777" w:rsidR="004A408E" w:rsidRDefault="004A408E"/>
        </w:tc>
      </w:tr>
      <w:tr w:rsidR="004A408E" w14:paraId="48B387E0" w14:textId="77777777" w:rsidTr="0057614B">
        <w:trPr>
          <w:trHeight w:val="335"/>
          <w:jc w:val="center"/>
        </w:trPr>
        <w:tc>
          <w:tcPr>
            <w:tcW w:w="1728" w:type="dxa"/>
            <w:tcMar>
              <w:top w:w="34" w:type="dxa"/>
              <w:left w:w="25" w:type="dxa"/>
              <w:bottom w:w="34" w:type="dxa"/>
              <w:right w:w="25" w:type="dxa"/>
            </w:tcMar>
          </w:tcPr>
          <w:p w14:paraId="0636C7D5" w14:textId="77777777" w:rsidR="004A408E" w:rsidRDefault="004A408E"/>
        </w:tc>
        <w:tc>
          <w:tcPr>
            <w:tcW w:w="1440" w:type="dxa"/>
            <w:tcMar>
              <w:top w:w="34" w:type="dxa"/>
              <w:left w:w="25" w:type="dxa"/>
              <w:bottom w:w="34" w:type="dxa"/>
              <w:right w:w="25" w:type="dxa"/>
            </w:tcMar>
          </w:tcPr>
          <w:p w14:paraId="7E9CEEF2" w14:textId="77777777" w:rsidR="004A408E" w:rsidRDefault="004A408E"/>
        </w:tc>
        <w:tc>
          <w:tcPr>
            <w:tcW w:w="1656" w:type="dxa"/>
            <w:tcMar>
              <w:top w:w="34" w:type="dxa"/>
              <w:left w:w="25" w:type="dxa"/>
              <w:bottom w:w="34" w:type="dxa"/>
              <w:right w:w="25" w:type="dxa"/>
            </w:tcMar>
          </w:tcPr>
          <w:p w14:paraId="6587BF6F" w14:textId="77777777" w:rsidR="004A408E" w:rsidRDefault="004A408E"/>
        </w:tc>
        <w:tc>
          <w:tcPr>
            <w:tcW w:w="1728" w:type="dxa"/>
            <w:tcMar>
              <w:top w:w="34" w:type="dxa"/>
              <w:left w:w="25" w:type="dxa"/>
              <w:bottom w:w="34" w:type="dxa"/>
              <w:right w:w="25" w:type="dxa"/>
            </w:tcMar>
          </w:tcPr>
          <w:p w14:paraId="23C7F98A" w14:textId="77777777" w:rsidR="004A408E" w:rsidRDefault="004A408E"/>
        </w:tc>
        <w:tc>
          <w:tcPr>
            <w:tcW w:w="2232" w:type="dxa"/>
            <w:tcMar>
              <w:top w:w="34" w:type="dxa"/>
              <w:left w:w="25" w:type="dxa"/>
              <w:bottom w:w="34" w:type="dxa"/>
              <w:right w:w="25" w:type="dxa"/>
            </w:tcMar>
          </w:tcPr>
          <w:p w14:paraId="49BCF268" w14:textId="77777777" w:rsidR="004A408E" w:rsidRDefault="004A408E"/>
        </w:tc>
        <w:tc>
          <w:tcPr>
            <w:tcW w:w="1440" w:type="dxa"/>
            <w:tcMar>
              <w:top w:w="34" w:type="dxa"/>
              <w:left w:w="25" w:type="dxa"/>
              <w:bottom w:w="34" w:type="dxa"/>
              <w:right w:w="25" w:type="dxa"/>
            </w:tcMar>
          </w:tcPr>
          <w:p w14:paraId="70AC605C" w14:textId="77777777" w:rsidR="004A408E" w:rsidRDefault="004A408E"/>
        </w:tc>
        <w:tc>
          <w:tcPr>
            <w:tcW w:w="1728" w:type="dxa"/>
            <w:tcMar>
              <w:top w:w="34" w:type="dxa"/>
              <w:left w:w="25" w:type="dxa"/>
              <w:bottom w:w="34" w:type="dxa"/>
              <w:right w:w="25" w:type="dxa"/>
            </w:tcMar>
          </w:tcPr>
          <w:p w14:paraId="1FF9AECC" w14:textId="77777777" w:rsidR="004A408E" w:rsidRDefault="004A408E"/>
        </w:tc>
      </w:tr>
      <w:tr w:rsidR="004A408E" w14:paraId="572D548C" w14:textId="77777777" w:rsidTr="0057614B">
        <w:trPr>
          <w:trHeight w:val="335"/>
          <w:jc w:val="center"/>
        </w:trPr>
        <w:tc>
          <w:tcPr>
            <w:tcW w:w="1728" w:type="dxa"/>
            <w:tcMar>
              <w:top w:w="34" w:type="dxa"/>
              <w:left w:w="25" w:type="dxa"/>
              <w:bottom w:w="34" w:type="dxa"/>
              <w:right w:w="25" w:type="dxa"/>
            </w:tcMar>
          </w:tcPr>
          <w:p w14:paraId="2A7065F5" w14:textId="77777777" w:rsidR="004A408E" w:rsidRDefault="004A408E"/>
        </w:tc>
        <w:tc>
          <w:tcPr>
            <w:tcW w:w="1440" w:type="dxa"/>
            <w:tcMar>
              <w:top w:w="34" w:type="dxa"/>
              <w:left w:w="25" w:type="dxa"/>
              <w:bottom w:w="34" w:type="dxa"/>
              <w:right w:w="25" w:type="dxa"/>
            </w:tcMar>
          </w:tcPr>
          <w:p w14:paraId="350429B8" w14:textId="77777777" w:rsidR="004A408E" w:rsidRDefault="004A408E"/>
        </w:tc>
        <w:tc>
          <w:tcPr>
            <w:tcW w:w="1656" w:type="dxa"/>
            <w:tcMar>
              <w:top w:w="34" w:type="dxa"/>
              <w:left w:w="25" w:type="dxa"/>
              <w:bottom w:w="34" w:type="dxa"/>
              <w:right w:w="25" w:type="dxa"/>
            </w:tcMar>
          </w:tcPr>
          <w:p w14:paraId="7BC136C8" w14:textId="77777777" w:rsidR="004A408E" w:rsidRDefault="004A408E"/>
        </w:tc>
        <w:tc>
          <w:tcPr>
            <w:tcW w:w="1728" w:type="dxa"/>
            <w:tcMar>
              <w:top w:w="34" w:type="dxa"/>
              <w:left w:w="25" w:type="dxa"/>
              <w:bottom w:w="34" w:type="dxa"/>
              <w:right w:w="25" w:type="dxa"/>
            </w:tcMar>
          </w:tcPr>
          <w:p w14:paraId="3E5F86AD" w14:textId="77777777" w:rsidR="004A408E" w:rsidRDefault="004A408E"/>
        </w:tc>
        <w:tc>
          <w:tcPr>
            <w:tcW w:w="2232" w:type="dxa"/>
            <w:tcMar>
              <w:top w:w="34" w:type="dxa"/>
              <w:left w:w="25" w:type="dxa"/>
              <w:bottom w:w="34" w:type="dxa"/>
              <w:right w:w="25" w:type="dxa"/>
            </w:tcMar>
          </w:tcPr>
          <w:p w14:paraId="71BE639A" w14:textId="77777777" w:rsidR="004A408E" w:rsidRDefault="004A408E"/>
        </w:tc>
        <w:tc>
          <w:tcPr>
            <w:tcW w:w="1440" w:type="dxa"/>
            <w:tcMar>
              <w:top w:w="34" w:type="dxa"/>
              <w:left w:w="25" w:type="dxa"/>
              <w:bottom w:w="34" w:type="dxa"/>
              <w:right w:w="25" w:type="dxa"/>
            </w:tcMar>
          </w:tcPr>
          <w:p w14:paraId="2FFFF319" w14:textId="77777777" w:rsidR="004A408E" w:rsidRDefault="004A408E"/>
        </w:tc>
        <w:tc>
          <w:tcPr>
            <w:tcW w:w="1728" w:type="dxa"/>
            <w:tcMar>
              <w:top w:w="34" w:type="dxa"/>
              <w:left w:w="25" w:type="dxa"/>
              <w:bottom w:w="34" w:type="dxa"/>
              <w:right w:w="25" w:type="dxa"/>
            </w:tcMar>
          </w:tcPr>
          <w:p w14:paraId="091DCC25" w14:textId="77777777" w:rsidR="004A408E" w:rsidRDefault="004A408E"/>
        </w:tc>
      </w:tr>
      <w:tr w:rsidR="004A408E" w14:paraId="37ECE871" w14:textId="77777777" w:rsidTr="0057614B">
        <w:trPr>
          <w:trHeight w:val="335"/>
          <w:jc w:val="center"/>
        </w:trPr>
        <w:tc>
          <w:tcPr>
            <w:tcW w:w="1728" w:type="dxa"/>
            <w:tcMar>
              <w:top w:w="34" w:type="dxa"/>
              <w:left w:w="25" w:type="dxa"/>
              <w:bottom w:w="34" w:type="dxa"/>
              <w:right w:w="25" w:type="dxa"/>
            </w:tcMar>
          </w:tcPr>
          <w:p w14:paraId="0111660A" w14:textId="77777777" w:rsidR="004A408E" w:rsidRDefault="004A408E"/>
        </w:tc>
        <w:tc>
          <w:tcPr>
            <w:tcW w:w="1440" w:type="dxa"/>
            <w:tcMar>
              <w:top w:w="34" w:type="dxa"/>
              <w:left w:w="25" w:type="dxa"/>
              <w:bottom w:w="34" w:type="dxa"/>
              <w:right w:w="25" w:type="dxa"/>
            </w:tcMar>
          </w:tcPr>
          <w:p w14:paraId="138445AF" w14:textId="77777777" w:rsidR="004A408E" w:rsidRDefault="004A408E"/>
        </w:tc>
        <w:tc>
          <w:tcPr>
            <w:tcW w:w="1656" w:type="dxa"/>
            <w:tcMar>
              <w:top w:w="34" w:type="dxa"/>
              <w:left w:w="25" w:type="dxa"/>
              <w:bottom w:w="34" w:type="dxa"/>
              <w:right w:w="25" w:type="dxa"/>
            </w:tcMar>
          </w:tcPr>
          <w:p w14:paraId="5471F8F5" w14:textId="77777777" w:rsidR="004A408E" w:rsidRDefault="004A408E"/>
        </w:tc>
        <w:tc>
          <w:tcPr>
            <w:tcW w:w="1728" w:type="dxa"/>
            <w:tcMar>
              <w:top w:w="34" w:type="dxa"/>
              <w:left w:w="25" w:type="dxa"/>
              <w:bottom w:w="34" w:type="dxa"/>
              <w:right w:w="25" w:type="dxa"/>
            </w:tcMar>
          </w:tcPr>
          <w:p w14:paraId="33689EB1" w14:textId="77777777" w:rsidR="004A408E" w:rsidRDefault="004A408E"/>
        </w:tc>
        <w:tc>
          <w:tcPr>
            <w:tcW w:w="2232" w:type="dxa"/>
            <w:tcMar>
              <w:top w:w="34" w:type="dxa"/>
              <w:left w:w="25" w:type="dxa"/>
              <w:bottom w:w="34" w:type="dxa"/>
              <w:right w:w="25" w:type="dxa"/>
            </w:tcMar>
          </w:tcPr>
          <w:p w14:paraId="4F9CB9A0" w14:textId="77777777" w:rsidR="004A408E" w:rsidRDefault="004A408E"/>
        </w:tc>
        <w:tc>
          <w:tcPr>
            <w:tcW w:w="1440" w:type="dxa"/>
            <w:tcMar>
              <w:top w:w="34" w:type="dxa"/>
              <w:left w:w="25" w:type="dxa"/>
              <w:bottom w:w="34" w:type="dxa"/>
              <w:right w:w="25" w:type="dxa"/>
            </w:tcMar>
          </w:tcPr>
          <w:p w14:paraId="4A8A1A59" w14:textId="77777777" w:rsidR="004A408E" w:rsidRDefault="004A408E"/>
        </w:tc>
        <w:tc>
          <w:tcPr>
            <w:tcW w:w="1728" w:type="dxa"/>
            <w:tcMar>
              <w:top w:w="34" w:type="dxa"/>
              <w:left w:w="25" w:type="dxa"/>
              <w:bottom w:w="34" w:type="dxa"/>
              <w:right w:w="25" w:type="dxa"/>
            </w:tcMar>
          </w:tcPr>
          <w:p w14:paraId="2F219F66" w14:textId="77777777" w:rsidR="004A408E" w:rsidRDefault="004A408E"/>
        </w:tc>
      </w:tr>
    </w:tbl>
    <w:p w14:paraId="169E0F78" w14:textId="77777777" w:rsidR="004A408E" w:rsidRDefault="004A408E">
      <w:pPr>
        <w:spacing w:after="0"/>
      </w:pPr>
    </w:p>
    <w:tbl>
      <w:tblPr>
        <w:tblW w:w="0" w:type="auto"/>
        <w:tblLook w:val="04A0" w:firstRow="1" w:lastRow="0" w:firstColumn="1" w:lastColumn="0" w:noHBand="0" w:noVBand="1"/>
      </w:tblPr>
      <w:tblGrid>
        <w:gridCol w:w="10800"/>
      </w:tblGrid>
      <w:tr w:rsidR="004A408E" w14:paraId="294A47F8" w14:textId="77777777">
        <w:tc>
          <w:tcPr>
            <w:tcW w:w="10800" w:type="dxa"/>
            <w:shd w:val="clear" w:color="auto" w:fill="D9D9D9"/>
            <w:tcMar>
              <w:top w:w="44" w:type="dxa"/>
              <w:left w:w="55" w:type="dxa"/>
              <w:bottom w:w="44" w:type="dxa"/>
              <w:right w:w="55" w:type="dxa"/>
            </w:tcMar>
          </w:tcPr>
          <w:p w14:paraId="48C42EF5" w14:textId="77777777" w:rsidR="004A408E" w:rsidRDefault="00921378">
            <w:pPr>
              <w:spacing w:after="0"/>
            </w:pPr>
            <w:r>
              <w:rPr>
                <w:b/>
                <w:sz w:val="19"/>
              </w:rPr>
              <w:t>WEBSITES, DOMAINS &amp; ONLINE PROFESSIONAL PRESENCE</w:t>
            </w:r>
          </w:p>
        </w:tc>
      </w:tr>
    </w:tbl>
    <w:tbl>
      <w:tblPr>
        <w:tblStyle w:val="TableGrid"/>
        <w:tblW w:w="10800" w:type="dxa"/>
        <w:jc w:val="center"/>
        <w:tblLayout w:type="fixed"/>
        <w:tblLook w:val="04A0" w:firstRow="1" w:lastRow="0" w:firstColumn="1" w:lastColumn="0" w:noHBand="0" w:noVBand="1"/>
      </w:tblPr>
      <w:tblGrid>
        <w:gridCol w:w="1497"/>
        <w:gridCol w:w="1561"/>
        <w:gridCol w:w="1367"/>
        <w:gridCol w:w="1497"/>
        <w:gridCol w:w="1302"/>
        <w:gridCol w:w="1497"/>
        <w:gridCol w:w="2079"/>
      </w:tblGrid>
      <w:tr w:rsidR="004A408E" w14:paraId="4811093C" w14:textId="77777777" w:rsidTr="0057614B">
        <w:trPr>
          <w:tblHeader/>
          <w:jc w:val="center"/>
        </w:trPr>
        <w:tc>
          <w:tcPr>
            <w:tcW w:w="1656" w:type="dxa"/>
            <w:shd w:val="clear" w:color="auto" w:fill="D9D9D9"/>
            <w:tcMar>
              <w:top w:w="48" w:type="dxa"/>
              <w:left w:w="23" w:type="dxa"/>
              <w:bottom w:w="48" w:type="dxa"/>
              <w:right w:w="23" w:type="dxa"/>
            </w:tcMar>
            <w:vAlign w:val="center"/>
          </w:tcPr>
          <w:p w14:paraId="21B7BC34" w14:textId="77777777" w:rsidR="004A408E" w:rsidRDefault="00921378">
            <w:pPr>
              <w:jc w:val="center"/>
            </w:pPr>
            <w:r>
              <w:rPr>
                <w:b/>
                <w:sz w:val="12"/>
              </w:rPr>
              <w:t>Website / Domain</w:t>
            </w:r>
          </w:p>
        </w:tc>
        <w:tc>
          <w:tcPr>
            <w:tcW w:w="1728" w:type="dxa"/>
            <w:shd w:val="clear" w:color="auto" w:fill="D9D9D9"/>
            <w:tcMar>
              <w:top w:w="48" w:type="dxa"/>
              <w:left w:w="23" w:type="dxa"/>
              <w:bottom w:w="48" w:type="dxa"/>
              <w:right w:w="23" w:type="dxa"/>
            </w:tcMar>
            <w:vAlign w:val="center"/>
          </w:tcPr>
          <w:p w14:paraId="20BBD8D4" w14:textId="77777777" w:rsidR="004A408E" w:rsidRDefault="00921378">
            <w:pPr>
              <w:jc w:val="center"/>
            </w:pPr>
            <w:r>
              <w:rPr>
                <w:b/>
                <w:sz w:val="12"/>
              </w:rPr>
              <w:t>Registrar / Hosting Provider</w:t>
            </w:r>
          </w:p>
        </w:tc>
        <w:tc>
          <w:tcPr>
            <w:tcW w:w="1512" w:type="dxa"/>
            <w:shd w:val="clear" w:color="auto" w:fill="D9D9D9"/>
            <w:tcMar>
              <w:top w:w="48" w:type="dxa"/>
              <w:left w:w="23" w:type="dxa"/>
              <w:bottom w:w="48" w:type="dxa"/>
              <w:right w:w="23" w:type="dxa"/>
            </w:tcMar>
            <w:vAlign w:val="center"/>
          </w:tcPr>
          <w:p w14:paraId="617A10DC" w14:textId="77777777" w:rsidR="004A408E" w:rsidRDefault="00921378">
            <w:pPr>
              <w:jc w:val="center"/>
            </w:pPr>
            <w:r>
              <w:rPr>
                <w:b/>
                <w:sz w:val="12"/>
              </w:rPr>
              <w:t>Renewal Arrangement</w:t>
            </w:r>
          </w:p>
        </w:tc>
        <w:tc>
          <w:tcPr>
            <w:tcW w:w="1656" w:type="dxa"/>
            <w:shd w:val="clear" w:color="auto" w:fill="D9D9D9"/>
            <w:tcMar>
              <w:top w:w="48" w:type="dxa"/>
              <w:left w:w="23" w:type="dxa"/>
              <w:bottom w:w="48" w:type="dxa"/>
              <w:right w:w="23" w:type="dxa"/>
            </w:tcMar>
            <w:vAlign w:val="center"/>
          </w:tcPr>
          <w:p w14:paraId="22E5AB94" w14:textId="77777777" w:rsidR="004A408E" w:rsidRDefault="00921378">
            <w:pPr>
              <w:jc w:val="center"/>
            </w:pPr>
            <w:r>
              <w:rPr>
                <w:b/>
                <w:sz w:val="12"/>
              </w:rPr>
              <w:t>Developer / Administrator</w:t>
            </w:r>
          </w:p>
        </w:tc>
        <w:tc>
          <w:tcPr>
            <w:tcW w:w="1440" w:type="dxa"/>
            <w:shd w:val="clear" w:color="auto" w:fill="D9D9D9"/>
            <w:tcMar>
              <w:top w:w="48" w:type="dxa"/>
              <w:left w:w="23" w:type="dxa"/>
              <w:bottom w:w="48" w:type="dxa"/>
              <w:right w:w="23" w:type="dxa"/>
            </w:tcMar>
            <w:vAlign w:val="center"/>
          </w:tcPr>
          <w:p w14:paraId="5FF41692" w14:textId="77777777" w:rsidR="004A408E" w:rsidRDefault="00921378">
            <w:pPr>
              <w:jc w:val="center"/>
            </w:pPr>
            <w:r>
              <w:rPr>
                <w:b/>
                <w:sz w:val="12"/>
              </w:rPr>
              <w:t>Ownership / Brand</w:t>
            </w:r>
          </w:p>
        </w:tc>
        <w:tc>
          <w:tcPr>
            <w:tcW w:w="1656" w:type="dxa"/>
            <w:shd w:val="clear" w:color="auto" w:fill="D9D9D9"/>
            <w:tcMar>
              <w:top w:w="48" w:type="dxa"/>
              <w:left w:w="23" w:type="dxa"/>
              <w:bottom w:w="48" w:type="dxa"/>
              <w:right w:w="23" w:type="dxa"/>
            </w:tcMar>
            <w:vAlign w:val="center"/>
          </w:tcPr>
          <w:p w14:paraId="3212B5A8" w14:textId="77777777" w:rsidR="004A408E" w:rsidRDefault="00921378">
            <w:pPr>
              <w:jc w:val="center"/>
            </w:pPr>
            <w:r>
              <w:rPr>
                <w:b/>
                <w:sz w:val="12"/>
              </w:rPr>
              <w:t>Access Info Location</w:t>
            </w:r>
          </w:p>
        </w:tc>
        <w:tc>
          <w:tcPr>
            <w:tcW w:w="2304" w:type="dxa"/>
            <w:shd w:val="clear" w:color="auto" w:fill="D9D9D9"/>
            <w:tcMar>
              <w:top w:w="48" w:type="dxa"/>
              <w:left w:w="23" w:type="dxa"/>
              <w:bottom w:w="48" w:type="dxa"/>
              <w:right w:w="23" w:type="dxa"/>
            </w:tcMar>
            <w:vAlign w:val="center"/>
          </w:tcPr>
          <w:p w14:paraId="12CFC6F9" w14:textId="77777777" w:rsidR="004A408E" w:rsidRDefault="00921378">
            <w:pPr>
              <w:jc w:val="center"/>
            </w:pPr>
            <w:r>
              <w:rPr>
                <w:b/>
                <w:sz w:val="12"/>
              </w:rPr>
              <w:t>Future Wish: Continue / Archive / Transfer / Sell / Close</w:t>
            </w:r>
          </w:p>
        </w:tc>
      </w:tr>
      <w:tr w:rsidR="004A408E" w14:paraId="210D28C0" w14:textId="77777777" w:rsidTr="0057614B">
        <w:trPr>
          <w:trHeight w:val="335"/>
          <w:jc w:val="center"/>
        </w:trPr>
        <w:tc>
          <w:tcPr>
            <w:tcW w:w="1656" w:type="dxa"/>
            <w:tcMar>
              <w:top w:w="34" w:type="dxa"/>
              <w:left w:w="25" w:type="dxa"/>
              <w:bottom w:w="34" w:type="dxa"/>
              <w:right w:w="25" w:type="dxa"/>
            </w:tcMar>
          </w:tcPr>
          <w:p w14:paraId="509C2746" w14:textId="77777777" w:rsidR="004A408E" w:rsidRDefault="004A408E"/>
        </w:tc>
        <w:tc>
          <w:tcPr>
            <w:tcW w:w="1728" w:type="dxa"/>
            <w:tcMar>
              <w:top w:w="34" w:type="dxa"/>
              <w:left w:w="25" w:type="dxa"/>
              <w:bottom w:w="34" w:type="dxa"/>
              <w:right w:w="25" w:type="dxa"/>
            </w:tcMar>
          </w:tcPr>
          <w:p w14:paraId="119B9887" w14:textId="77777777" w:rsidR="004A408E" w:rsidRDefault="004A408E"/>
        </w:tc>
        <w:tc>
          <w:tcPr>
            <w:tcW w:w="1512" w:type="dxa"/>
            <w:tcMar>
              <w:top w:w="34" w:type="dxa"/>
              <w:left w:w="25" w:type="dxa"/>
              <w:bottom w:w="34" w:type="dxa"/>
              <w:right w:w="25" w:type="dxa"/>
            </w:tcMar>
          </w:tcPr>
          <w:p w14:paraId="19371C55" w14:textId="77777777" w:rsidR="004A408E" w:rsidRDefault="004A408E"/>
        </w:tc>
        <w:tc>
          <w:tcPr>
            <w:tcW w:w="1656" w:type="dxa"/>
            <w:tcMar>
              <w:top w:w="34" w:type="dxa"/>
              <w:left w:w="25" w:type="dxa"/>
              <w:bottom w:w="34" w:type="dxa"/>
              <w:right w:w="25" w:type="dxa"/>
            </w:tcMar>
          </w:tcPr>
          <w:p w14:paraId="72469F93" w14:textId="77777777" w:rsidR="004A408E" w:rsidRDefault="004A408E"/>
        </w:tc>
        <w:tc>
          <w:tcPr>
            <w:tcW w:w="1440" w:type="dxa"/>
            <w:tcMar>
              <w:top w:w="34" w:type="dxa"/>
              <w:left w:w="25" w:type="dxa"/>
              <w:bottom w:w="34" w:type="dxa"/>
              <w:right w:w="25" w:type="dxa"/>
            </w:tcMar>
          </w:tcPr>
          <w:p w14:paraId="1A64BB2C" w14:textId="77777777" w:rsidR="004A408E" w:rsidRDefault="004A408E"/>
        </w:tc>
        <w:tc>
          <w:tcPr>
            <w:tcW w:w="1656" w:type="dxa"/>
            <w:tcMar>
              <w:top w:w="34" w:type="dxa"/>
              <w:left w:w="25" w:type="dxa"/>
              <w:bottom w:w="34" w:type="dxa"/>
              <w:right w:w="25" w:type="dxa"/>
            </w:tcMar>
          </w:tcPr>
          <w:p w14:paraId="256D48B3" w14:textId="77777777" w:rsidR="004A408E" w:rsidRDefault="004A408E"/>
        </w:tc>
        <w:tc>
          <w:tcPr>
            <w:tcW w:w="2304" w:type="dxa"/>
            <w:tcMar>
              <w:top w:w="34" w:type="dxa"/>
              <w:left w:w="25" w:type="dxa"/>
              <w:bottom w:w="34" w:type="dxa"/>
              <w:right w:w="25" w:type="dxa"/>
            </w:tcMar>
          </w:tcPr>
          <w:p w14:paraId="6C8AB9F7" w14:textId="77777777" w:rsidR="004A408E" w:rsidRDefault="004A408E"/>
        </w:tc>
      </w:tr>
      <w:tr w:rsidR="004A408E" w14:paraId="582FC311" w14:textId="77777777" w:rsidTr="0057614B">
        <w:trPr>
          <w:trHeight w:val="335"/>
          <w:jc w:val="center"/>
        </w:trPr>
        <w:tc>
          <w:tcPr>
            <w:tcW w:w="1656" w:type="dxa"/>
            <w:tcMar>
              <w:top w:w="34" w:type="dxa"/>
              <w:left w:w="25" w:type="dxa"/>
              <w:bottom w:w="34" w:type="dxa"/>
              <w:right w:w="25" w:type="dxa"/>
            </w:tcMar>
          </w:tcPr>
          <w:p w14:paraId="10E11682" w14:textId="77777777" w:rsidR="004A408E" w:rsidRDefault="004A408E"/>
        </w:tc>
        <w:tc>
          <w:tcPr>
            <w:tcW w:w="1728" w:type="dxa"/>
            <w:tcMar>
              <w:top w:w="34" w:type="dxa"/>
              <w:left w:w="25" w:type="dxa"/>
              <w:bottom w:w="34" w:type="dxa"/>
              <w:right w:w="25" w:type="dxa"/>
            </w:tcMar>
          </w:tcPr>
          <w:p w14:paraId="26293B04" w14:textId="77777777" w:rsidR="004A408E" w:rsidRDefault="004A408E"/>
        </w:tc>
        <w:tc>
          <w:tcPr>
            <w:tcW w:w="1512" w:type="dxa"/>
            <w:tcMar>
              <w:top w:w="34" w:type="dxa"/>
              <w:left w:w="25" w:type="dxa"/>
              <w:bottom w:w="34" w:type="dxa"/>
              <w:right w:w="25" w:type="dxa"/>
            </w:tcMar>
          </w:tcPr>
          <w:p w14:paraId="16C9CE5D" w14:textId="77777777" w:rsidR="004A408E" w:rsidRDefault="004A408E"/>
        </w:tc>
        <w:tc>
          <w:tcPr>
            <w:tcW w:w="1656" w:type="dxa"/>
            <w:tcMar>
              <w:top w:w="34" w:type="dxa"/>
              <w:left w:w="25" w:type="dxa"/>
              <w:bottom w:w="34" w:type="dxa"/>
              <w:right w:w="25" w:type="dxa"/>
            </w:tcMar>
          </w:tcPr>
          <w:p w14:paraId="56FE8B51" w14:textId="77777777" w:rsidR="004A408E" w:rsidRDefault="004A408E"/>
        </w:tc>
        <w:tc>
          <w:tcPr>
            <w:tcW w:w="1440" w:type="dxa"/>
            <w:tcMar>
              <w:top w:w="34" w:type="dxa"/>
              <w:left w:w="25" w:type="dxa"/>
              <w:bottom w:w="34" w:type="dxa"/>
              <w:right w:w="25" w:type="dxa"/>
            </w:tcMar>
          </w:tcPr>
          <w:p w14:paraId="7E3391D7" w14:textId="77777777" w:rsidR="004A408E" w:rsidRDefault="004A408E"/>
        </w:tc>
        <w:tc>
          <w:tcPr>
            <w:tcW w:w="1656" w:type="dxa"/>
            <w:tcMar>
              <w:top w:w="34" w:type="dxa"/>
              <w:left w:w="25" w:type="dxa"/>
              <w:bottom w:w="34" w:type="dxa"/>
              <w:right w:w="25" w:type="dxa"/>
            </w:tcMar>
          </w:tcPr>
          <w:p w14:paraId="1B6EE922" w14:textId="77777777" w:rsidR="004A408E" w:rsidRDefault="004A408E"/>
        </w:tc>
        <w:tc>
          <w:tcPr>
            <w:tcW w:w="2304" w:type="dxa"/>
            <w:tcMar>
              <w:top w:w="34" w:type="dxa"/>
              <w:left w:w="25" w:type="dxa"/>
              <w:bottom w:w="34" w:type="dxa"/>
              <w:right w:w="25" w:type="dxa"/>
            </w:tcMar>
          </w:tcPr>
          <w:p w14:paraId="08F272EE" w14:textId="77777777" w:rsidR="004A408E" w:rsidRDefault="004A408E"/>
        </w:tc>
      </w:tr>
      <w:tr w:rsidR="004A408E" w14:paraId="17A3A995" w14:textId="77777777" w:rsidTr="0057614B">
        <w:trPr>
          <w:trHeight w:val="335"/>
          <w:jc w:val="center"/>
        </w:trPr>
        <w:tc>
          <w:tcPr>
            <w:tcW w:w="1656" w:type="dxa"/>
            <w:tcMar>
              <w:top w:w="34" w:type="dxa"/>
              <w:left w:w="25" w:type="dxa"/>
              <w:bottom w:w="34" w:type="dxa"/>
              <w:right w:w="25" w:type="dxa"/>
            </w:tcMar>
          </w:tcPr>
          <w:p w14:paraId="3B5B3C44" w14:textId="77777777" w:rsidR="004A408E" w:rsidRDefault="004A408E"/>
        </w:tc>
        <w:tc>
          <w:tcPr>
            <w:tcW w:w="1728" w:type="dxa"/>
            <w:tcMar>
              <w:top w:w="34" w:type="dxa"/>
              <w:left w:w="25" w:type="dxa"/>
              <w:bottom w:w="34" w:type="dxa"/>
              <w:right w:w="25" w:type="dxa"/>
            </w:tcMar>
          </w:tcPr>
          <w:p w14:paraId="3623D56B" w14:textId="77777777" w:rsidR="004A408E" w:rsidRDefault="004A408E"/>
        </w:tc>
        <w:tc>
          <w:tcPr>
            <w:tcW w:w="1512" w:type="dxa"/>
            <w:tcMar>
              <w:top w:w="34" w:type="dxa"/>
              <w:left w:w="25" w:type="dxa"/>
              <w:bottom w:w="34" w:type="dxa"/>
              <w:right w:w="25" w:type="dxa"/>
            </w:tcMar>
          </w:tcPr>
          <w:p w14:paraId="17BF461C" w14:textId="77777777" w:rsidR="004A408E" w:rsidRDefault="004A408E"/>
        </w:tc>
        <w:tc>
          <w:tcPr>
            <w:tcW w:w="1656" w:type="dxa"/>
            <w:tcMar>
              <w:top w:w="34" w:type="dxa"/>
              <w:left w:w="25" w:type="dxa"/>
              <w:bottom w:w="34" w:type="dxa"/>
              <w:right w:w="25" w:type="dxa"/>
            </w:tcMar>
          </w:tcPr>
          <w:p w14:paraId="1FF16AA7" w14:textId="77777777" w:rsidR="004A408E" w:rsidRDefault="004A408E"/>
        </w:tc>
        <w:tc>
          <w:tcPr>
            <w:tcW w:w="1440" w:type="dxa"/>
            <w:tcMar>
              <w:top w:w="34" w:type="dxa"/>
              <w:left w:w="25" w:type="dxa"/>
              <w:bottom w:w="34" w:type="dxa"/>
              <w:right w:w="25" w:type="dxa"/>
            </w:tcMar>
          </w:tcPr>
          <w:p w14:paraId="0B955147" w14:textId="77777777" w:rsidR="004A408E" w:rsidRDefault="004A408E"/>
        </w:tc>
        <w:tc>
          <w:tcPr>
            <w:tcW w:w="1656" w:type="dxa"/>
            <w:tcMar>
              <w:top w:w="34" w:type="dxa"/>
              <w:left w:w="25" w:type="dxa"/>
              <w:bottom w:w="34" w:type="dxa"/>
              <w:right w:w="25" w:type="dxa"/>
            </w:tcMar>
          </w:tcPr>
          <w:p w14:paraId="7A5BC4A4" w14:textId="77777777" w:rsidR="004A408E" w:rsidRDefault="004A408E"/>
        </w:tc>
        <w:tc>
          <w:tcPr>
            <w:tcW w:w="2304" w:type="dxa"/>
            <w:tcMar>
              <w:top w:w="34" w:type="dxa"/>
              <w:left w:w="25" w:type="dxa"/>
              <w:bottom w:w="34" w:type="dxa"/>
              <w:right w:w="25" w:type="dxa"/>
            </w:tcMar>
          </w:tcPr>
          <w:p w14:paraId="2D93BC18" w14:textId="77777777" w:rsidR="004A408E" w:rsidRDefault="004A408E"/>
        </w:tc>
      </w:tr>
      <w:tr w:rsidR="004A408E" w14:paraId="28502FE0" w14:textId="77777777" w:rsidTr="0057614B">
        <w:trPr>
          <w:trHeight w:val="335"/>
          <w:jc w:val="center"/>
        </w:trPr>
        <w:tc>
          <w:tcPr>
            <w:tcW w:w="1656" w:type="dxa"/>
            <w:tcMar>
              <w:top w:w="34" w:type="dxa"/>
              <w:left w:w="25" w:type="dxa"/>
              <w:bottom w:w="34" w:type="dxa"/>
              <w:right w:w="25" w:type="dxa"/>
            </w:tcMar>
          </w:tcPr>
          <w:p w14:paraId="7CAD69D4" w14:textId="77777777" w:rsidR="004A408E" w:rsidRDefault="004A408E"/>
        </w:tc>
        <w:tc>
          <w:tcPr>
            <w:tcW w:w="1728" w:type="dxa"/>
            <w:tcMar>
              <w:top w:w="34" w:type="dxa"/>
              <w:left w:w="25" w:type="dxa"/>
              <w:bottom w:w="34" w:type="dxa"/>
              <w:right w:w="25" w:type="dxa"/>
            </w:tcMar>
          </w:tcPr>
          <w:p w14:paraId="23C1ECC4" w14:textId="77777777" w:rsidR="004A408E" w:rsidRDefault="004A408E"/>
        </w:tc>
        <w:tc>
          <w:tcPr>
            <w:tcW w:w="1512" w:type="dxa"/>
            <w:tcMar>
              <w:top w:w="34" w:type="dxa"/>
              <w:left w:w="25" w:type="dxa"/>
              <w:bottom w:w="34" w:type="dxa"/>
              <w:right w:w="25" w:type="dxa"/>
            </w:tcMar>
          </w:tcPr>
          <w:p w14:paraId="61A4F3B1" w14:textId="77777777" w:rsidR="004A408E" w:rsidRDefault="004A408E"/>
        </w:tc>
        <w:tc>
          <w:tcPr>
            <w:tcW w:w="1656" w:type="dxa"/>
            <w:tcMar>
              <w:top w:w="34" w:type="dxa"/>
              <w:left w:w="25" w:type="dxa"/>
              <w:bottom w:w="34" w:type="dxa"/>
              <w:right w:w="25" w:type="dxa"/>
            </w:tcMar>
          </w:tcPr>
          <w:p w14:paraId="1025BB00" w14:textId="77777777" w:rsidR="004A408E" w:rsidRDefault="004A408E"/>
        </w:tc>
        <w:tc>
          <w:tcPr>
            <w:tcW w:w="1440" w:type="dxa"/>
            <w:tcMar>
              <w:top w:w="34" w:type="dxa"/>
              <w:left w:w="25" w:type="dxa"/>
              <w:bottom w:w="34" w:type="dxa"/>
              <w:right w:w="25" w:type="dxa"/>
            </w:tcMar>
          </w:tcPr>
          <w:p w14:paraId="12839F7B" w14:textId="77777777" w:rsidR="004A408E" w:rsidRDefault="004A408E"/>
        </w:tc>
        <w:tc>
          <w:tcPr>
            <w:tcW w:w="1656" w:type="dxa"/>
            <w:tcMar>
              <w:top w:w="34" w:type="dxa"/>
              <w:left w:w="25" w:type="dxa"/>
              <w:bottom w:w="34" w:type="dxa"/>
              <w:right w:w="25" w:type="dxa"/>
            </w:tcMar>
          </w:tcPr>
          <w:p w14:paraId="5E89F92A" w14:textId="77777777" w:rsidR="004A408E" w:rsidRDefault="004A408E"/>
        </w:tc>
        <w:tc>
          <w:tcPr>
            <w:tcW w:w="2304" w:type="dxa"/>
            <w:tcMar>
              <w:top w:w="34" w:type="dxa"/>
              <w:left w:w="25" w:type="dxa"/>
              <w:bottom w:w="34" w:type="dxa"/>
              <w:right w:w="25" w:type="dxa"/>
            </w:tcMar>
          </w:tcPr>
          <w:p w14:paraId="6E28A509" w14:textId="77777777" w:rsidR="004A408E" w:rsidRDefault="004A408E"/>
        </w:tc>
      </w:tr>
      <w:tr w:rsidR="004A408E" w14:paraId="499E084B" w14:textId="77777777" w:rsidTr="0057614B">
        <w:trPr>
          <w:trHeight w:val="335"/>
          <w:jc w:val="center"/>
        </w:trPr>
        <w:tc>
          <w:tcPr>
            <w:tcW w:w="1656" w:type="dxa"/>
            <w:tcMar>
              <w:top w:w="34" w:type="dxa"/>
              <w:left w:w="25" w:type="dxa"/>
              <w:bottom w:w="34" w:type="dxa"/>
              <w:right w:w="25" w:type="dxa"/>
            </w:tcMar>
          </w:tcPr>
          <w:p w14:paraId="2749638B" w14:textId="77777777" w:rsidR="004A408E" w:rsidRDefault="004A408E"/>
        </w:tc>
        <w:tc>
          <w:tcPr>
            <w:tcW w:w="1728" w:type="dxa"/>
            <w:tcMar>
              <w:top w:w="34" w:type="dxa"/>
              <w:left w:w="25" w:type="dxa"/>
              <w:bottom w:w="34" w:type="dxa"/>
              <w:right w:w="25" w:type="dxa"/>
            </w:tcMar>
          </w:tcPr>
          <w:p w14:paraId="457C83B1" w14:textId="77777777" w:rsidR="004A408E" w:rsidRDefault="004A408E"/>
        </w:tc>
        <w:tc>
          <w:tcPr>
            <w:tcW w:w="1512" w:type="dxa"/>
            <w:tcMar>
              <w:top w:w="34" w:type="dxa"/>
              <w:left w:w="25" w:type="dxa"/>
              <w:bottom w:w="34" w:type="dxa"/>
              <w:right w:w="25" w:type="dxa"/>
            </w:tcMar>
          </w:tcPr>
          <w:p w14:paraId="54D4FFFB" w14:textId="77777777" w:rsidR="004A408E" w:rsidRDefault="004A408E"/>
        </w:tc>
        <w:tc>
          <w:tcPr>
            <w:tcW w:w="1656" w:type="dxa"/>
            <w:tcMar>
              <w:top w:w="34" w:type="dxa"/>
              <w:left w:w="25" w:type="dxa"/>
              <w:bottom w:w="34" w:type="dxa"/>
              <w:right w:w="25" w:type="dxa"/>
            </w:tcMar>
          </w:tcPr>
          <w:p w14:paraId="0A6D227E" w14:textId="77777777" w:rsidR="004A408E" w:rsidRDefault="004A408E"/>
        </w:tc>
        <w:tc>
          <w:tcPr>
            <w:tcW w:w="1440" w:type="dxa"/>
            <w:tcMar>
              <w:top w:w="34" w:type="dxa"/>
              <w:left w:w="25" w:type="dxa"/>
              <w:bottom w:w="34" w:type="dxa"/>
              <w:right w:w="25" w:type="dxa"/>
            </w:tcMar>
          </w:tcPr>
          <w:p w14:paraId="17D0FB3E" w14:textId="77777777" w:rsidR="004A408E" w:rsidRDefault="004A408E"/>
        </w:tc>
        <w:tc>
          <w:tcPr>
            <w:tcW w:w="1656" w:type="dxa"/>
            <w:tcMar>
              <w:top w:w="34" w:type="dxa"/>
              <w:left w:w="25" w:type="dxa"/>
              <w:bottom w:w="34" w:type="dxa"/>
              <w:right w:w="25" w:type="dxa"/>
            </w:tcMar>
          </w:tcPr>
          <w:p w14:paraId="4743273B" w14:textId="77777777" w:rsidR="004A408E" w:rsidRDefault="004A408E"/>
        </w:tc>
        <w:tc>
          <w:tcPr>
            <w:tcW w:w="2304" w:type="dxa"/>
            <w:tcMar>
              <w:top w:w="34" w:type="dxa"/>
              <w:left w:w="25" w:type="dxa"/>
              <w:bottom w:w="34" w:type="dxa"/>
              <w:right w:w="25" w:type="dxa"/>
            </w:tcMar>
          </w:tcPr>
          <w:p w14:paraId="7644D4A0" w14:textId="77777777" w:rsidR="004A408E" w:rsidRDefault="004A408E"/>
        </w:tc>
      </w:tr>
    </w:tbl>
    <w:p w14:paraId="4EB0FCFD" w14:textId="77777777" w:rsidR="004A408E" w:rsidRDefault="004A408E">
      <w:pPr>
        <w:spacing w:after="0"/>
      </w:pPr>
    </w:p>
    <w:tbl>
      <w:tblPr>
        <w:tblW w:w="0" w:type="auto"/>
        <w:tblLook w:val="04A0" w:firstRow="1" w:lastRow="0" w:firstColumn="1" w:lastColumn="0" w:noHBand="0" w:noVBand="1"/>
      </w:tblPr>
      <w:tblGrid>
        <w:gridCol w:w="10800"/>
      </w:tblGrid>
      <w:tr w:rsidR="004A408E" w14:paraId="7AD67E35" w14:textId="77777777">
        <w:tc>
          <w:tcPr>
            <w:tcW w:w="10800" w:type="dxa"/>
            <w:shd w:val="clear" w:color="auto" w:fill="D9D9D9"/>
            <w:tcMar>
              <w:top w:w="44" w:type="dxa"/>
              <w:left w:w="55" w:type="dxa"/>
              <w:bottom w:w="44" w:type="dxa"/>
              <w:right w:w="55" w:type="dxa"/>
            </w:tcMar>
          </w:tcPr>
          <w:p w14:paraId="76E64448" w14:textId="77777777" w:rsidR="004A408E" w:rsidRDefault="00921378">
            <w:pPr>
              <w:spacing w:after="0"/>
            </w:pPr>
            <w:r>
              <w:rPr>
                <w:b/>
                <w:sz w:val="19"/>
              </w:rPr>
              <w:t>FUTURE MANAGEMENT &amp; SUCCESSION</w:t>
            </w:r>
          </w:p>
        </w:tc>
      </w:tr>
    </w:tbl>
    <w:tbl>
      <w:tblPr>
        <w:tblStyle w:val="TableGrid"/>
        <w:tblW w:w="0" w:type="auto"/>
        <w:tblLayout w:type="fixed"/>
        <w:tblLook w:val="04A0" w:firstRow="1" w:lastRow="0" w:firstColumn="1" w:lastColumn="0" w:noHBand="0" w:noVBand="1"/>
      </w:tblPr>
      <w:tblGrid>
        <w:gridCol w:w="3816"/>
        <w:gridCol w:w="6624"/>
      </w:tblGrid>
      <w:tr w:rsidR="004A408E" w14:paraId="2C9A3CC1" w14:textId="77777777">
        <w:trPr>
          <w:trHeight w:val="300"/>
        </w:trPr>
        <w:tc>
          <w:tcPr>
            <w:tcW w:w="3816" w:type="dxa"/>
            <w:tcMar>
              <w:top w:w="38" w:type="dxa"/>
              <w:left w:w="30" w:type="dxa"/>
              <w:bottom w:w="38" w:type="dxa"/>
              <w:right w:w="30" w:type="dxa"/>
            </w:tcMar>
          </w:tcPr>
          <w:p w14:paraId="11B4A16E" w14:textId="77777777" w:rsidR="004A408E" w:rsidRDefault="00921378">
            <w:r>
              <w:rPr>
                <w:b/>
                <w:sz w:val="16"/>
              </w:rPr>
              <w:t>Preferred Successor / Manager, if appropriate</w:t>
            </w:r>
          </w:p>
        </w:tc>
        <w:tc>
          <w:tcPr>
            <w:tcW w:w="6624" w:type="dxa"/>
            <w:tcMar>
              <w:top w:w="38" w:type="dxa"/>
              <w:left w:w="30" w:type="dxa"/>
              <w:bottom w:w="38" w:type="dxa"/>
              <w:right w:w="30" w:type="dxa"/>
            </w:tcMar>
          </w:tcPr>
          <w:p w14:paraId="59A1BB45" w14:textId="77777777" w:rsidR="004A408E" w:rsidRDefault="004A408E"/>
        </w:tc>
      </w:tr>
      <w:tr w:rsidR="004A408E" w14:paraId="4019B932" w14:textId="77777777">
        <w:trPr>
          <w:trHeight w:val="300"/>
        </w:trPr>
        <w:tc>
          <w:tcPr>
            <w:tcW w:w="3816" w:type="dxa"/>
            <w:tcMar>
              <w:top w:w="38" w:type="dxa"/>
              <w:left w:w="30" w:type="dxa"/>
              <w:bottom w:w="38" w:type="dxa"/>
              <w:right w:w="30" w:type="dxa"/>
            </w:tcMar>
          </w:tcPr>
          <w:p w14:paraId="3419872A" w14:textId="77777777" w:rsidR="004A408E" w:rsidRDefault="00921378">
            <w:r>
              <w:rPr>
                <w:b/>
                <w:sz w:val="16"/>
              </w:rPr>
              <w:t>Professional Contact to Consult First</w:t>
            </w:r>
          </w:p>
        </w:tc>
        <w:tc>
          <w:tcPr>
            <w:tcW w:w="6624" w:type="dxa"/>
            <w:tcMar>
              <w:top w:w="38" w:type="dxa"/>
              <w:left w:w="30" w:type="dxa"/>
              <w:bottom w:w="38" w:type="dxa"/>
              <w:right w:w="30" w:type="dxa"/>
            </w:tcMar>
          </w:tcPr>
          <w:p w14:paraId="526321EF" w14:textId="77777777" w:rsidR="004A408E" w:rsidRDefault="004A408E"/>
        </w:tc>
      </w:tr>
      <w:tr w:rsidR="004A408E" w14:paraId="4E89A15E" w14:textId="77777777">
        <w:trPr>
          <w:trHeight w:val="300"/>
        </w:trPr>
        <w:tc>
          <w:tcPr>
            <w:tcW w:w="3816" w:type="dxa"/>
            <w:tcMar>
              <w:top w:w="38" w:type="dxa"/>
              <w:left w:w="30" w:type="dxa"/>
              <w:bottom w:w="38" w:type="dxa"/>
              <w:right w:w="30" w:type="dxa"/>
            </w:tcMar>
          </w:tcPr>
          <w:p w14:paraId="35E2982B" w14:textId="77777777" w:rsidR="004A408E" w:rsidRDefault="00921378">
            <w:r>
              <w:rPr>
                <w:b/>
                <w:sz w:val="16"/>
              </w:rPr>
              <w:t>General Wishes for Continued Publication / Management / Preservation</w:t>
            </w:r>
          </w:p>
        </w:tc>
        <w:tc>
          <w:tcPr>
            <w:tcW w:w="6624" w:type="dxa"/>
            <w:tcMar>
              <w:top w:w="38" w:type="dxa"/>
              <w:left w:w="30" w:type="dxa"/>
              <w:bottom w:w="38" w:type="dxa"/>
              <w:right w:w="30" w:type="dxa"/>
            </w:tcMar>
          </w:tcPr>
          <w:p w14:paraId="50F47DC4" w14:textId="77777777" w:rsidR="004A408E" w:rsidRDefault="004A408E"/>
        </w:tc>
      </w:tr>
      <w:tr w:rsidR="004A408E" w14:paraId="5AD82BFD" w14:textId="77777777">
        <w:trPr>
          <w:trHeight w:val="300"/>
        </w:trPr>
        <w:tc>
          <w:tcPr>
            <w:tcW w:w="3816" w:type="dxa"/>
            <w:tcMar>
              <w:top w:w="38" w:type="dxa"/>
              <w:left w:w="30" w:type="dxa"/>
              <w:bottom w:w="38" w:type="dxa"/>
              <w:right w:w="30" w:type="dxa"/>
            </w:tcMar>
          </w:tcPr>
          <w:p w14:paraId="110072D6" w14:textId="77777777" w:rsidR="004A408E" w:rsidRDefault="00921378">
            <w:r>
              <w:rPr>
                <w:b/>
                <w:sz w:val="16"/>
              </w:rPr>
              <w:t>Wishes for Transfer / Sale / Donation / Closure</w:t>
            </w:r>
          </w:p>
        </w:tc>
        <w:tc>
          <w:tcPr>
            <w:tcW w:w="6624" w:type="dxa"/>
            <w:tcMar>
              <w:top w:w="38" w:type="dxa"/>
              <w:left w:w="30" w:type="dxa"/>
              <w:bottom w:w="38" w:type="dxa"/>
              <w:right w:w="30" w:type="dxa"/>
            </w:tcMar>
          </w:tcPr>
          <w:p w14:paraId="59422D7E" w14:textId="77777777" w:rsidR="004A408E" w:rsidRDefault="004A408E"/>
        </w:tc>
      </w:tr>
      <w:tr w:rsidR="004A408E" w14:paraId="4AE909EE" w14:textId="77777777">
        <w:trPr>
          <w:trHeight w:val="300"/>
        </w:trPr>
        <w:tc>
          <w:tcPr>
            <w:tcW w:w="3816" w:type="dxa"/>
            <w:tcMar>
              <w:top w:w="38" w:type="dxa"/>
              <w:left w:w="30" w:type="dxa"/>
              <w:bottom w:w="38" w:type="dxa"/>
              <w:right w:w="30" w:type="dxa"/>
            </w:tcMar>
          </w:tcPr>
          <w:p w14:paraId="321C745C" w14:textId="77777777" w:rsidR="004A408E" w:rsidRDefault="00921378">
            <w:r>
              <w:rPr>
                <w:b/>
                <w:sz w:val="16"/>
              </w:rPr>
              <w:t>Location of Legally Effective Ownership / Succession Documents</w:t>
            </w:r>
          </w:p>
        </w:tc>
        <w:tc>
          <w:tcPr>
            <w:tcW w:w="6624" w:type="dxa"/>
            <w:tcMar>
              <w:top w:w="38" w:type="dxa"/>
              <w:left w:w="30" w:type="dxa"/>
              <w:bottom w:w="38" w:type="dxa"/>
              <w:right w:w="30" w:type="dxa"/>
            </w:tcMar>
          </w:tcPr>
          <w:p w14:paraId="08A8B309" w14:textId="77777777" w:rsidR="004A408E" w:rsidRDefault="004A408E"/>
        </w:tc>
      </w:tr>
      <w:tr w:rsidR="004A408E" w14:paraId="6E87CBC4" w14:textId="77777777">
        <w:trPr>
          <w:trHeight w:val="300"/>
        </w:trPr>
        <w:tc>
          <w:tcPr>
            <w:tcW w:w="3816" w:type="dxa"/>
            <w:tcMar>
              <w:top w:w="38" w:type="dxa"/>
              <w:left w:w="30" w:type="dxa"/>
              <w:bottom w:w="38" w:type="dxa"/>
              <w:right w:w="30" w:type="dxa"/>
            </w:tcMar>
          </w:tcPr>
          <w:p w14:paraId="692EC900" w14:textId="77777777" w:rsidR="004A408E" w:rsidRDefault="00921378">
            <w:r>
              <w:rPr>
                <w:b/>
                <w:sz w:val="16"/>
              </w:rPr>
              <w:t>Other Important Instructions</w:t>
            </w:r>
          </w:p>
        </w:tc>
        <w:tc>
          <w:tcPr>
            <w:tcW w:w="6624" w:type="dxa"/>
            <w:tcMar>
              <w:top w:w="38" w:type="dxa"/>
              <w:left w:w="30" w:type="dxa"/>
              <w:bottom w:w="38" w:type="dxa"/>
              <w:right w:w="30" w:type="dxa"/>
            </w:tcMar>
          </w:tcPr>
          <w:p w14:paraId="42E1E129" w14:textId="77777777" w:rsidR="004A408E" w:rsidRDefault="004A408E"/>
        </w:tc>
      </w:tr>
    </w:tbl>
    <w:p w14:paraId="6AA1114A" w14:textId="77777777" w:rsidR="004A408E" w:rsidRDefault="00921378">
      <w:pPr>
        <w:spacing w:before="20" w:after="0"/>
      </w:pPr>
      <w:r>
        <w:rPr>
          <w:b/>
          <w:sz w:val="16"/>
        </w:rPr>
        <w:t xml:space="preserve">Security: </w:t>
      </w:r>
      <w:r>
        <w:rPr>
          <w:sz w:val="16"/>
        </w:rPr>
        <w:t>Do not unnecessarily record passwords or sensitive credentials on this form. Indicate where access information is securely maintained and coordinate complete digital access with Digital Life &amp; Online Accounts.</w:t>
      </w:r>
    </w:p>
    <w:p w14:paraId="40214416" w14:textId="77777777" w:rsidR="004A408E" w:rsidRDefault="00921378">
      <w:pPr>
        <w:spacing w:before="20" w:after="0"/>
      </w:pPr>
      <w:r>
        <w:rPr>
          <w:b/>
          <w:sz w:val="16"/>
        </w:rPr>
        <w:t xml:space="preserve">Important: </w:t>
      </w:r>
      <w:r>
        <w:rPr>
          <w:sz w:val="16"/>
        </w:rPr>
        <w:t>Recording ownership, a preferred successor, or your wishes here does not itself transfer ownership or give another person legal authority to manage, license, sell, publish, or transfer an asset. Coordinate legally effective arrangements with your estate-planning documents and appropriate professional advice.</w:t>
      </w:r>
    </w:p>
    <w:sectPr w:rsidR="004A408E" w:rsidSect="00034616">
      <w:footerReference w:type="default" r:id="rId8"/>
      <w:pgSz w:w="12240" w:h="15840"/>
      <w:pgMar w:top="662" w:right="720" w:bottom="66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EC625" w14:textId="77777777" w:rsidR="00427141" w:rsidRDefault="00427141">
      <w:pPr>
        <w:spacing w:after="0" w:line="240" w:lineRule="auto"/>
      </w:pPr>
      <w:r>
        <w:separator/>
      </w:r>
    </w:p>
  </w:endnote>
  <w:endnote w:type="continuationSeparator" w:id="0">
    <w:p w14:paraId="27DABDD8" w14:textId="77777777" w:rsidR="00427141" w:rsidRDefault="004271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DA877" w14:textId="77777777" w:rsidR="004A408E" w:rsidRDefault="00921378">
    <w:pPr>
      <w:pStyle w:val="Footer"/>
      <w:jc w:val="center"/>
    </w:pPr>
    <w:r>
      <w:rPr>
        <w:sz w:val="14"/>
      </w:rPr>
      <w:t>Legacy Binder © Sheila Keene-Lund | S15-01 — Professional, Creative &amp; Intellectual Assets Summary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6FC6B" w14:textId="77777777" w:rsidR="00427141" w:rsidRDefault="00427141">
      <w:pPr>
        <w:spacing w:after="0" w:line="240" w:lineRule="auto"/>
      </w:pPr>
      <w:r>
        <w:separator/>
      </w:r>
    </w:p>
  </w:footnote>
  <w:footnote w:type="continuationSeparator" w:id="0">
    <w:p w14:paraId="619268D5" w14:textId="77777777" w:rsidR="00427141" w:rsidRDefault="004271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98375748">
    <w:abstractNumId w:val="8"/>
  </w:num>
  <w:num w:numId="2" w16cid:durableId="835651039">
    <w:abstractNumId w:val="6"/>
  </w:num>
  <w:num w:numId="3" w16cid:durableId="1156992029">
    <w:abstractNumId w:val="5"/>
  </w:num>
  <w:num w:numId="4" w16cid:durableId="793447371">
    <w:abstractNumId w:val="4"/>
  </w:num>
  <w:num w:numId="5" w16cid:durableId="959529910">
    <w:abstractNumId w:val="7"/>
  </w:num>
  <w:num w:numId="6" w16cid:durableId="302661816">
    <w:abstractNumId w:val="3"/>
  </w:num>
  <w:num w:numId="7" w16cid:durableId="1439452336">
    <w:abstractNumId w:val="2"/>
  </w:num>
  <w:num w:numId="8" w16cid:durableId="1768772147">
    <w:abstractNumId w:val="1"/>
  </w:num>
  <w:num w:numId="9" w16cid:durableId="16009163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B36E0"/>
    <w:rsid w:val="00326F90"/>
    <w:rsid w:val="00413DFC"/>
    <w:rsid w:val="00427141"/>
    <w:rsid w:val="004A408E"/>
    <w:rsid w:val="0057614B"/>
    <w:rsid w:val="00921378"/>
    <w:rsid w:val="00AA1D8D"/>
    <w:rsid w:val="00B47730"/>
    <w:rsid w:val="00CB0664"/>
    <w:rsid w:val="00CE527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D921A1"/>
  <w14:defaultImageDpi w14:val="300"/>
  <w15:docId w15:val="{7E10FD57-B50D-4683-8461-DC9BBA0B5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594</Words>
  <Characters>3914</Characters>
  <Application>Microsoft Office Word</Application>
  <DocSecurity>0</DocSecurity>
  <Lines>489</Lines>
  <Paragraphs>109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Ronald Kornreich</cp:lastModifiedBy>
  <cp:revision>3</cp:revision>
  <dcterms:created xsi:type="dcterms:W3CDTF">2026-09-08T10:01:00Z</dcterms:created>
  <dcterms:modified xsi:type="dcterms:W3CDTF">2026-09-14T10:03:00Z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5c049983-7908-4f71-9a13-fc47499881d2</vt:lpwstr>
  </property>
</Properties>
</file>