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2EF05" w14:textId="77777777" w:rsidR="002A5726" w:rsidRDefault="00097952">
      <w:pPr>
        <w:spacing w:after="0"/>
        <w:jc w:val="center"/>
      </w:pPr>
      <w:r>
        <w:rPr>
          <w:b/>
          <w:sz w:val="28"/>
        </w:rPr>
        <w:t>LEGACY BINDER</w:t>
      </w:r>
    </w:p>
    <w:p w14:paraId="79C889A6" w14:textId="77777777" w:rsidR="002A5726" w:rsidRDefault="00097952">
      <w:pPr>
        <w:spacing w:after="60"/>
        <w:jc w:val="center"/>
      </w:pPr>
      <w:r>
        <w:rPr>
          <w:b/>
          <w:sz w:val="31"/>
        </w:rPr>
        <w:t>S15-02 — UNFINISHED WORK &amp; LEGACY INSTRUCTIONS</w:t>
      </w:r>
    </w:p>
    <w:p w14:paraId="1D55A8A8" w14:textId="77777777" w:rsidR="002A5726" w:rsidRDefault="00097952" w:rsidP="007E3DCF">
      <w:pPr>
        <w:spacing w:after="100"/>
        <w:ind w:left="180"/>
        <w:jc w:val="center"/>
      </w:pPr>
      <w:r>
        <w:rPr>
          <w:i/>
          <w:sz w:val="17"/>
        </w:rPr>
        <w:t>Use one copy for each significant unfinished or unpublished project. Record the project, its current stage, file locations, collaborators, ownership or contractual information, and your wishes for its future.</w:t>
      </w:r>
    </w:p>
    <w:tbl>
      <w:tblPr>
        <w:tblW w:w="0" w:type="auto"/>
        <w:jc w:val="center"/>
        <w:tblLook w:val="04A0" w:firstRow="1" w:lastRow="0" w:firstColumn="1" w:lastColumn="0" w:noHBand="0" w:noVBand="1"/>
      </w:tblPr>
      <w:tblGrid>
        <w:gridCol w:w="5400"/>
        <w:gridCol w:w="5130"/>
      </w:tblGrid>
      <w:tr w:rsidR="002A5726" w14:paraId="4D18998C" w14:textId="77777777" w:rsidTr="007E3DCF">
        <w:trPr>
          <w:jc w:val="center"/>
        </w:trPr>
        <w:tc>
          <w:tcPr>
            <w:tcW w:w="5400" w:type="dxa"/>
            <w:tcMar>
              <w:top w:w="28" w:type="dxa"/>
              <w:left w:w="40" w:type="dxa"/>
              <w:bottom w:w="28" w:type="dxa"/>
              <w:right w:w="40" w:type="dxa"/>
            </w:tcMar>
          </w:tcPr>
          <w:p w14:paraId="7A33F88A" w14:textId="77777777" w:rsidR="002A5726" w:rsidRDefault="00097952">
            <w:pPr>
              <w:spacing w:after="0"/>
            </w:pPr>
            <w:r>
              <w:rPr>
                <w:b/>
              </w:rPr>
              <w:t xml:space="preserve">Name: </w:t>
            </w:r>
            <w:r>
              <w:t>_____________________________________</w:t>
            </w:r>
          </w:p>
        </w:tc>
        <w:tc>
          <w:tcPr>
            <w:tcW w:w="5130" w:type="dxa"/>
            <w:tcMar>
              <w:top w:w="28" w:type="dxa"/>
              <w:left w:w="40" w:type="dxa"/>
              <w:bottom w:w="28" w:type="dxa"/>
              <w:right w:w="40" w:type="dxa"/>
            </w:tcMar>
          </w:tcPr>
          <w:p w14:paraId="36D2B939" w14:textId="77777777" w:rsidR="002A5726" w:rsidRDefault="00097952">
            <w:pPr>
              <w:spacing w:after="0"/>
            </w:pPr>
            <w:r>
              <w:rPr>
                <w:b/>
              </w:rPr>
              <w:t xml:space="preserve">Date Last Updated: </w:t>
            </w:r>
            <w:r>
              <w:t>________________</w:t>
            </w:r>
          </w:p>
        </w:tc>
      </w:tr>
    </w:tbl>
    <w:p w14:paraId="43C76188" w14:textId="77777777" w:rsidR="002A5726" w:rsidRDefault="002A5726">
      <w:pPr>
        <w:spacing w:after="0"/>
      </w:pPr>
    </w:p>
    <w:tbl>
      <w:tblPr>
        <w:tblW w:w="0" w:type="auto"/>
        <w:jc w:val="center"/>
        <w:tblLook w:val="04A0" w:firstRow="1" w:lastRow="0" w:firstColumn="1" w:lastColumn="0" w:noHBand="0" w:noVBand="1"/>
      </w:tblPr>
      <w:tblGrid>
        <w:gridCol w:w="10440"/>
      </w:tblGrid>
      <w:tr w:rsidR="002A5726" w14:paraId="2E019B56" w14:textId="77777777" w:rsidTr="009E16BE">
        <w:trPr>
          <w:jc w:val="center"/>
        </w:trPr>
        <w:tc>
          <w:tcPr>
            <w:tcW w:w="10440" w:type="dxa"/>
            <w:shd w:val="clear" w:color="auto" w:fill="D9D9D9"/>
            <w:tcMar>
              <w:top w:w="44" w:type="dxa"/>
              <w:left w:w="55" w:type="dxa"/>
              <w:bottom w:w="44" w:type="dxa"/>
              <w:right w:w="55" w:type="dxa"/>
            </w:tcMar>
          </w:tcPr>
          <w:p w14:paraId="52F577CB" w14:textId="77777777" w:rsidR="002A5726" w:rsidRDefault="00097952">
            <w:pPr>
              <w:spacing w:after="0"/>
            </w:pPr>
            <w:r>
              <w:rPr>
                <w:b/>
                <w:sz w:val="19"/>
              </w:rPr>
              <w:t>PROJECT IDENTIFICATION</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05B7C6EC" w14:textId="77777777" w:rsidTr="009E16BE">
        <w:trPr>
          <w:trHeight w:val="340"/>
          <w:jc w:val="center"/>
        </w:trPr>
        <w:tc>
          <w:tcPr>
            <w:tcW w:w="3672" w:type="dxa"/>
            <w:tcMar>
              <w:top w:w="40" w:type="dxa"/>
              <w:left w:w="32" w:type="dxa"/>
              <w:bottom w:w="40" w:type="dxa"/>
              <w:right w:w="32" w:type="dxa"/>
            </w:tcMar>
          </w:tcPr>
          <w:p w14:paraId="0EB0FDFF" w14:textId="77777777" w:rsidR="002A5726" w:rsidRDefault="00097952">
            <w:r>
              <w:rPr>
                <w:b/>
                <w:sz w:val="16"/>
              </w:rPr>
              <w:t>Working Title</w:t>
            </w:r>
          </w:p>
        </w:tc>
        <w:tc>
          <w:tcPr>
            <w:tcW w:w="6768" w:type="dxa"/>
            <w:tcMar>
              <w:top w:w="40" w:type="dxa"/>
              <w:left w:w="32" w:type="dxa"/>
              <w:bottom w:w="40" w:type="dxa"/>
              <w:right w:w="32" w:type="dxa"/>
            </w:tcMar>
          </w:tcPr>
          <w:p w14:paraId="370CEB9D" w14:textId="77777777" w:rsidR="002A5726" w:rsidRDefault="002A5726"/>
        </w:tc>
      </w:tr>
      <w:tr w:rsidR="002A5726" w14:paraId="5C506E1C" w14:textId="77777777" w:rsidTr="009E16BE">
        <w:trPr>
          <w:trHeight w:val="340"/>
          <w:jc w:val="center"/>
        </w:trPr>
        <w:tc>
          <w:tcPr>
            <w:tcW w:w="3672" w:type="dxa"/>
            <w:tcMar>
              <w:top w:w="40" w:type="dxa"/>
              <w:left w:w="32" w:type="dxa"/>
              <w:bottom w:w="40" w:type="dxa"/>
              <w:right w:w="32" w:type="dxa"/>
            </w:tcMar>
          </w:tcPr>
          <w:p w14:paraId="7656F9E3" w14:textId="77777777" w:rsidR="002A5726" w:rsidRDefault="00097952">
            <w:r>
              <w:rPr>
                <w:b/>
                <w:sz w:val="16"/>
              </w:rPr>
              <w:t>Type of Work / Project</w:t>
            </w:r>
          </w:p>
        </w:tc>
        <w:tc>
          <w:tcPr>
            <w:tcW w:w="6768" w:type="dxa"/>
            <w:tcMar>
              <w:top w:w="40" w:type="dxa"/>
              <w:left w:w="32" w:type="dxa"/>
              <w:bottom w:w="40" w:type="dxa"/>
              <w:right w:w="32" w:type="dxa"/>
            </w:tcMar>
          </w:tcPr>
          <w:p w14:paraId="01BD757A" w14:textId="77777777" w:rsidR="002A5726" w:rsidRDefault="002A5726"/>
        </w:tc>
      </w:tr>
      <w:tr w:rsidR="002A5726" w14:paraId="6E681C23" w14:textId="77777777" w:rsidTr="009E16BE">
        <w:trPr>
          <w:trHeight w:val="430"/>
          <w:jc w:val="center"/>
        </w:trPr>
        <w:tc>
          <w:tcPr>
            <w:tcW w:w="3672" w:type="dxa"/>
            <w:tcMar>
              <w:top w:w="40" w:type="dxa"/>
              <w:left w:w="32" w:type="dxa"/>
              <w:bottom w:w="40" w:type="dxa"/>
              <w:right w:w="32" w:type="dxa"/>
            </w:tcMar>
          </w:tcPr>
          <w:p w14:paraId="149D0922" w14:textId="77777777" w:rsidR="002A5726" w:rsidRDefault="00097952">
            <w:r>
              <w:rPr>
                <w:b/>
                <w:sz w:val="16"/>
              </w:rPr>
              <w:t>Brief Description</w:t>
            </w:r>
          </w:p>
        </w:tc>
        <w:tc>
          <w:tcPr>
            <w:tcW w:w="6768" w:type="dxa"/>
            <w:tcMar>
              <w:top w:w="40" w:type="dxa"/>
              <w:left w:w="32" w:type="dxa"/>
              <w:bottom w:w="40" w:type="dxa"/>
              <w:right w:w="32" w:type="dxa"/>
            </w:tcMar>
          </w:tcPr>
          <w:p w14:paraId="6774297A" w14:textId="77777777" w:rsidR="002A5726" w:rsidRDefault="002A5726"/>
        </w:tc>
      </w:tr>
      <w:tr w:rsidR="002A5726" w14:paraId="3215DFEB" w14:textId="77777777" w:rsidTr="009E16BE">
        <w:trPr>
          <w:trHeight w:val="340"/>
          <w:jc w:val="center"/>
        </w:trPr>
        <w:tc>
          <w:tcPr>
            <w:tcW w:w="3672" w:type="dxa"/>
            <w:tcMar>
              <w:top w:w="40" w:type="dxa"/>
              <w:left w:w="32" w:type="dxa"/>
              <w:bottom w:w="40" w:type="dxa"/>
              <w:right w:w="32" w:type="dxa"/>
            </w:tcMar>
          </w:tcPr>
          <w:p w14:paraId="2B0C5D5B" w14:textId="77777777" w:rsidR="002A5726" w:rsidRDefault="00097952">
            <w:r>
              <w:rPr>
                <w:b/>
                <w:sz w:val="16"/>
              </w:rPr>
              <w:t>Current Stage</w:t>
            </w:r>
          </w:p>
        </w:tc>
        <w:tc>
          <w:tcPr>
            <w:tcW w:w="6768" w:type="dxa"/>
            <w:tcMar>
              <w:top w:w="40" w:type="dxa"/>
              <w:left w:w="32" w:type="dxa"/>
              <w:bottom w:w="40" w:type="dxa"/>
              <w:right w:w="32" w:type="dxa"/>
            </w:tcMar>
          </w:tcPr>
          <w:p w14:paraId="1466429B" w14:textId="77777777" w:rsidR="002A5726" w:rsidRDefault="002A5726"/>
        </w:tc>
      </w:tr>
      <w:tr w:rsidR="002A5726" w14:paraId="0A0DE53D" w14:textId="77777777" w:rsidTr="009E16BE">
        <w:trPr>
          <w:trHeight w:val="340"/>
          <w:jc w:val="center"/>
        </w:trPr>
        <w:tc>
          <w:tcPr>
            <w:tcW w:w="3672" w:type="dxa"/>
            <w:tcMar>
              <w:top w:w="40" w:type="dxa"/>
              <w:left w:w="32" w:type="dxa"/>
              <w:bottom w:w="40" w:type="dxa"/>
              <w:right w:w="32" w:type="dxa"/>
            </w:tcMar>
          </w:tcPr>
          <w:p w14:paraId="0C3C0946" w14:textId="77777777" w:rsidR="002A5726" w:rsidRDefault="00097952">
            <w:r>
              <w:rPr>
                <w:b/>
                <w:sz w:val="16"/>
              </w:rPr>
              <w:t>Date Work Was Last Substantially Updated, if useful</w:t>
            </w:r>
          </w:p>
        </w:tc>
        <w:tc>
          <w:tcPr>
            <w:tcW w:w="6768" w:type="dxa"/>
            <w:tcMar>
              <w:top w:w="40" w:type="dxa"/>
              <w:left w:w="32" w:type="dxa"/>
              <w:bottom w:w="40" w:type="dxa"/>
              <w:right w:w="32" w:type="dxa"/>
            </w:tcMar>
          </w:tcPr>
          <w:p w14:paraId="763C802B" w14:textId="77777777" w:rsidR="002A5726" w:rsidRDefault="002A5726"/>
        </w:tc>
      </w:tr>
    </w:tbl>
    <w:p w14:paraId="52201320" w14:textId="77777777" w:rsidR="002A5726" w:rsidRDefault="002A5726">
      <w:pPr>
        <w:spacing w:after="0"/>
      </w:pPr>
    </w:p>
    <w:tbl>
      <w:tblPr>
        <w:tblW w:w="0" w:type="auto"/>
        <w:jc w:val="center"/>
        <w:tblLook w:val="04A0" w:firstRow="1" w:lastRow="0" w:firstColumn="1" w:lastColumn="0" w:noHBand="0" w:noVBand="1"/>
      </w:tblPr>
      <w:tblGrid>
        <w:gridCol w:w="10440"/>
      </w:tblGrid>
      <w:tr w:rsidR="002A5726" w14:paraId="667A948C" w14:textId="77777777" w:rsidTr="009E16BE">
        <w:trPr>
          <w:jc w:val="center"/>
        </w:trPr>
        <w:tc>
          <w:tcPr>
            <w:tcW w:w="10440" w:type="dxa"/>
            <w:shd w:val="clear" w:color="auto" w:fill="D9D9D9"/>
            <w:tcMar>
              <w:top w:w="44" w:type="dxa"/>
              <w:left w:w="55" w:type="dxa"/>
              <w:bottom w:w="44" w:type="dxa"/>
              <w:right w:w="55" w:type="dxa"/>
            </w:tcMar>
          </w:tcPr>
          <w:p w14:paraId="338A94C8" w14:textId="77777777" w:rsidR="002A5726" w:rsidRDefault="00097952">
            <w:pPr>
              <w:spacing w:after="0"/>
            </w:pPr>
            <w:r>
              <w:rPr>
                <w:b/>
                <w:sz w:val="19"/>
              </w:rPr>
              <w:t>FILES, MATERIALS &amp; BACKUPS</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45123ECF" w14:textId="77777777" w:rsidTr="009E16BE">
        <w:trPr>
          <w:trHeight w:val="350"/>
          <w:jc w:val="center"/>
        </w:trPr>
        <w:tc>
          <w:tcPr>
            <w:tcW w:w="3672" w:type="dxa"/>
            <w:tcMar>
              <w:top w:w="40" w:type="dxa"/>
              <w:left w:w="32" w:type="dxa"/>
              <w:bottom w:w="40" w:type="dxa"/>
              <w:right w:w="32" w:type="dxa"/>
            </w:tcMar>
          </w:tcPr>
          <w:p w14:paraId="07A19B2D" w14:textId="77777777" w:rsidR="002A5726" w:rsidRDefault="00097952">
            <w:r>
              <w:rPr>
                <w:b/>
                <w:sz w:val="16"/>
              </w:rPr>
              <w:t>Primary File / Material Location</w:t>
            </w:r>
          </w:p>
        </w:tc>
        <w:tc>
          <w:tcPr>
            <w:tcW w:w="6768" w:type="dxa"/>
            <w:tcMar>
              <w:top w:w="40" w:type="dxa"/>
              <w:left w:w="32" w:type="dxa"/>
              <w:bottom w:w="40" w:type="dxa"/>
              <w:right w:w="32" w:type="dxa"/>
            </w:tcMar>
          </w:tcPr>
          <w:p w14:paraId="5DCAB86E" w14:textId="77777777" w:rsidR="002A5726" w:rsidRDefault="002A5726"/>
        </w:tc>
      </w:tr>
      <w:tr w:rsidR="002A5726" w14:paraId="2BF266A2" w14:textId="77777777" w:rsidTr="009E16BE">
        <w:trPr>
          <w:trHeight w:val="350"/>
          <w:jc w:val="center"/>
        </w:trPr>
        <w:tc>
          <w:tcPr>
            <w:tcW w:w="3672" w:type="dxa"/>
            <w:tcMar>
              <w:top w:w="40" w:type="dxa"/>
              <w:left w:w="32" w:type="dxa"/>
              <w:bottom w:w="40" w:type="dxa"/>
              <w:right w:w="32" w:type="dxa"/>
            </w:tcMar>
          </w:tcPr>
          <w:p w14:paraId="680065C9" w14:textId="77777777" w:rsidR="002A5726" w:rsidRDefault="00097952">
            <w:r>
              <w:rPr>
                <w:b/>
                <w:sz w:val="16"/>
              </w:rPr>
              <w:t>Master / Source File Location</w:t>
            </w:r>
          </w:p>
        </w:tc>
        <w:tc>
          <w:tcPr>
            <w:tcW w:w="6768" w:type="dxa"/>
            <w:tcMar>
              <w:top w:w="40" w:type="dxa"/>
              <w:left w:w="32" w:type="dxa"/>
              <w:bottom w:w="40" w:type="dxa"/>
              <w:right w:w="32" w:type="dxa"/>
            </w:tcMar>
          </w:tcPr>
          <w:p w14:paraId="724DC102" w14:textId="77777777" w:rsidR="002A5726" w:rsidRDefault="002A5726"/>
        </w:tc>
      </w:tr>
      <w:tr w:rsidR="002A5726" w14:paraId="68FDDE37" w14:textId="77777777" w:rsidTr="009E16BE">
        <w:trPr>
          <w:trHeight w:val="350"/>
          <w:jc w:val="center"/>
        </w:trPr>
        <w:tc>
          <w:tcPr>
            <w:tcW w:w="3672" w:type="dxa"/>
            <w:tcMar>
              <w:top w:w="40" w:type="dxa"/>
              <w:left w:w="32" w:type="dxa"/>
              <w:bottom w:w="40" w:type="dxa"/>
              <w:right w:w="32" w:type="dxa"/>
            </w:tcMar>
          </w:tcPr>
          <w:p w14:paraId="0D5826E7" w14:textId="77777777" w:rsidR="002A5726" w:rsidRDefault="00097952">
            <w:r>
              <w:rPr>
                <w:b/>
                <w:sz w:val="16"/>
              </w:rPr>
              <w:t>Research / Notes / Supporting Material Location</w:t>
            </w:r>
          </w:p>
        </w:tc>
        <w:tc>
          <w:tcPr>
            <w:tcW w:w="6768" w:type="dxa"/>
            <w:tcMar>
              <w:top w:w="40" w:type="dxa"/>
              <w:left w:w="32" w:type="dxa"/>
              <w:bottom w:w="40" w:type="dxa"/>
              <w:right w:w="32" w:type="dxa"/>
            </w:tcMar>
          </w:tcPr>
          <w:p w14:paraId="09D91B6D" w14:textId="77777777" w:rsidR="002A5726" w:rsidRDefault="002A5726"/>
        </w:tc>
      </w:tr>
      <w:tr w:rsidR="002A5726" w14:paraId="3E0BFCAC" w14:textId="77777777" w:rsidTr="009E16BE">
        <w:trPr>
          <w:trHeight w:val="350"/>
          <w:jc w:val="center"/>
        </w:trPr>
        <w:tc>
          <w:tcPr>
            <w:tcW w:w="3672" w:type="dxa"/>
            <w:tcMar>
              <w:top w:w="40" w:type="dxa"/>
              <w:left w:w="32" w:type="dxa"/>
              <w:bottom w:w="40" w:type="dxa"/>
              <w:right w:w="32" w:type="dxa"/>
            </w:tcMar>
          </w:tcPr>
          <w:p w14:paraId="6E42D7F8" w14:textId="77777777" w:rsidR="002A5726" w:rsidRDefault="00097952">
            <w:r>
              <w:rPr>
                <w:b/>
                <w:sz w:val="16"/>
              </w:rPr>
              <w:t>Backup Location</w:t>
            </w:r>
          </w:p>
        </w:tc>
        <w:tc>
          <w:tcPr>
            <w:tcW w:w="6768" w:type="dxa"/>
            <w:tcMar>
              <w:top w:w="40" w:type="dxa"/>
              <w:left w:w="32" w:type="dxa"/>
              <w:bottom w:w="40" w:type="dxa"/>
              <w:right w:w="32" w:type="dxa"/>
            </w:tcMar>
          </w:tcPr>
          <w:p w14:paraId="156425D4" w14:textId="77777777" w:rsidR="002A5726" w:rsidRDefault="002A5726"/>
        </w:tc>
      </w:tr>
      <w:tr w:rsidR="002A5726" w14:paraId="01FD6F0C" w14:textId="77777777" w:rsidTr="009E16BE">
        <w:trPr>
          <w:trHeight w:val="350"/>
          <w:jc w:val="center"/>
        </w:trPr>
        <w:tc>
          <w:tcPr>
            <w:tcW w:w="3672" w:type="dxa"/>
            <w:tcMar>
              <w:top w:w="40" w:type="dxa"/>
              <w:left w:w="32" w:type="dxa"/>
              <w:bottom w:w="40" w:type="dxa"/>
              <w:right w:w="32" w:type="dxa"/>
            </w:tcMar>
          </w:tcPr>
          <w:p w14:paraId="6CE93756" w14:textId="77777777" w:rsidR="002A5726" w:rsidRDefault="00097952">
            <w:r>
              <w:rPr>
                <w:b/>
                <w:sz w:val="16"/>
              </w:rPr>
              <w:t>Where Digital Access Information Is Securely Maintained</w:t>
            </w:r>
          </w:p>
        </w:tc>
        <w:tc>
          <w:tcPr>
            <w:tcW w:w="6768" w:type="dxa"/>
            <w:tcMar>
              <w:top w:w="40" w:type="dxa"/>
              <w:left w:w="32" w:type="dxa"/>
              <w:bottom w:w="40" w:type="dxa"/>
              <w:right w:w="32" w:type="dxa"/>
            </w:tcMar>
          </w:tcPr>
          <w:p w14:paraId="49FCCAD0" w14:textId="77777777" w:rsidR="002A5726" w:rsidRDefault="002A5726"/>
        </w:tc>
      </w:tr>
    </w:tbl>
    <w:p w14:paraId="7299DEE5" w14:textId="77777777" w:rsidR="002A5726" w:rsidRDefault="002A5726">
      <w:pPr>
        <w:spacing w:after="0"/>
      </w:pPr>
    </w:p>
    <w:tbl>
      <w:tblPr>
        <w:tblW w:w="0" w:type="auto"/>
        <w:jc w:val="center"/>
        <w:tblLook w:val="04A0" w:firstRow="1" w:lastRow="0" w:firstColumn="1" w:lastColumn="0" w:noHBand="0" w:noVBand="1"/>
      </w:tblPr>
      <w:tblGrid>
        <w:gridCol w:w="10530"/>
      </w:tblGrid>
      <w:tr w:rsidR="002A5726" w14:paraId="3735C44C" w14:textId="77777777" w:rsidTr="00DC0618">
        <w:trPr>
          <w:jc w:val="center"/>
        </w:trPr>
        <w:tc>
          <w:tcPr>
            <w:tcW w:w="10530" w:type="dxa"/>
            <w:shd w:val="clear" w:color="auto" w:fill="D9D9D9"/>
            <w:tcMar>
              <w:top w:w="44" w:type="dxa"/>
              <w:left w:w="55" w:type="dxa"/>
              <w:bottom w:w="44" w:type="dxa"/>
              <w:right w:w="55" w:type="dxa"/>
            </w:tcMar>
          </w:tcPr>
          <w:p w14:paraId="1408F899" w14:textId="77777777" w:rsidR="002A5726" w:rsidRDefault="00097952">
            <w:pPr>
              <w:spacing w:after="0"/>
            </w:pPr>
            <w:r>
              <w:rPr>
                <w:b/>
                <w:sz w:val="19"/>
              </w:rPr>
              <w:t>COLLABORATORS &amp; IMPORTANT CONTACTS</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0CE18F50" w14:textId="77777777" w:rsidTr="009E16BE">
        <w:trPr>
          <w:trHeight w:val="340"/>
          <w:jc w:val="center"/>
        </w:trPr>
        <w:tc>
          <w:tcPr>
            <w:tcW w:w="3672" w:type="dxa"/>
            <w:tcMar>
              <w:top w:w="40" w:type="dxa"/>
              <w:left w:w="32" w:type="dxa"/>
              <w:bottom w:w="40" w:type="dxa"/>
              <w:right w:w="32" w:type="dxa"/>
            </w:tcMar>
          </w:tcPr>
          <w:p w14:paraId="24B872B9" w14:textId="77777777" w:rsidR="002A5726" w:rsidRDefault="00097952">
            <w:r>
              <w:rPr>
                <w:b/>
                <w:sz w:val="16"/>
              </w:rPr>
              <w:t>Collaborator / Editor / Coauthor / Other Contact</w:t>
            </w:r>
          </w:p>
        </w:tc>
        <w:tc>
          <w:tcPr>
            <w:tcW w:w="6768" w:type="dxa"/>
            <w:tcMar>
              <w:top w:w="40" w:type="dxa"/>
              <w:left w:w="32" w:type="dxa"/>
              <w:bottom w:w="40" w:type="dxa"/>
              <w:right w:w="32" w:type="dxa"/>
            </w:tcMar>
          </w:tcPr>
          <w:p w14:paraId="5315F840" w14:textId="77777777" w:rsidR="002A5726" w:rsidRDefault="002A5726"/>
        </w:tc>
      </w:tr>
      <w:tr w:rsidR="002A5726" w14:paraId="6D61E1E0" w14:textId="77777777" w:rsidTr="009E16BE">
        <w:trPr>
          <w:trHeight w:val="340"/>
          <w:jc w:val="center"/>
        </w:trPr>
        <w:tc>
          <w:tcPr>
            <w:tcW w:w="3672" w:type="dxa"/>
            <w:tcMar>
              <w:top w:w="40" w:type="dxa"/>
              <w:left w:w="32" w:type="dxa"/>
              <w:bottom w:w="40" w:type="dxa"/>
              <w:right w:w="32" w:type="dxa"/>
            </w:tcMar>
          </w:tcPr>
          <w:p w14:paraId="44439E4B" w14:textId="77777777" w:rsidR="002A5726" w:rsidRDefault="00097952">
            <w:r>
              <w:rPr>
                <w:b/>
                <w:sz w:val="16"/>
              </w:rPr>
              <w:t>Organization / Role</w:t>
            </w:r>
          </w:p>
        </w:tc>
        <w:tc>
          <w:tcPr>
            <w:tcW w:w="6768" w:type="dxa"/>
            <w:tcMar>
              <w:top w:w="40" w:type="dxa"/>
              <w:left w:w="32" w:type="dxa"/>
              <w:bottom w:w="40" w:type="dxa"/>
              <w:right w:w="32" w:type="dxa"/>
            </w:tcMar>
          </w:tcPr>
          <w:p w14:paraId="711C7FDB" w14:textId="77777777" w:rsidR="002A5726" w:rsidRDefault="002A5726"/>
        </w:tc>
      </w:tr>
      <w:tr w:rsidR="002A5726" w14:paraId="1032B214" w14:textId="77777777" w:rsidTr="009E16BE">
        <w:trPr>
          <w:trHeight w:val="340"/>
          <w:jc w:val="center"/>
        </w:trPr>
        <w:tc>
          <w:tcPr>
            <w:tcW w:w="3672" w:type="dxa"/>
            <w:tcMar>
              <w:top w:w="40" w:type="dxa"/>
              <w:left w:w="32" w:type="dxa"/>
              <w:bottom w:w="40" w:type="dxa"/>
              <w:right w:w="32" w:type="dxa"/>
            </w:tcMar>
          </w:tcPr>
          <w:p w14:paraId="5F234F2D" w14:textId="77777777" w:rsidR="002A5726" w:rsidRDefault="00097952">
            <w:r>
              <w:rPr>
                <w:b/>
                <w:sz w:val="16"/>
              </w:rPr>
              <w:t>Phone / Email</w:t>
            </w:r>
          </w:p>
        </w:tc>
        <w:tc>
          <w:tcPr>
            <w:tcW w:w="6768" w:type="dxa"/>
            <w:tcMar>
              <w:top w:w="40" w:type="dxa"/>
              <w:left w:w="32" w:type="dxa"/>
              <w:bottom w:w="40" w:type="dxa"/>
              <w:right w:w="32" w:type="dxa"/>
            </w:tcMar>
          </w:tcPr>
          <w:p w14:paraId="68A1547A" w14:textId="77777777" w:rsidR="002A5726" w:rsidRDefault="002A5726"/>
        </w:tc>
      </w:tr>
      <w:tr w:rsidR="002A5726" w14:paraId="252B52A5" w14:textId="77777777" w:rsidTr="009E16BE">
        <w:trPr>
          <w:trHeight w:val="390"/>
          <w:jc w:val="center"/>
        </w:trPr>
        <w:tc>
          <w:tcPr>
            <w:tcW w:w="3672" w:type="dxa"/>
            <w:tcMar>
              <w:top w:w="40" w:type="dxa"/>
              <w:left w:w="32" w:type="dxa"/>
              <w:bottom w:w="40" w:type="dxa"/>
              <w:right w:w="32" w:type="dxa"/>
            </w:tcMar>
          </w:tcPr>
          <w:p w14:paraId="03E65002" w14:textId="77777777" w:rsidR="002A5726" w:rsidRDefault="00097952">
            <w:r>
              <w:rPr>
                <w:b/>
                <w:sz w:val="16"/>
              </w:rPr>
              <w:t>What This Person Knows or Handles</w:t>
            </w:r>
          </w:p>
        </w:tc>
        <w:tc>
          <w:tcPr>
            <w:tcW w:w="6768" w:type="dxa"/>
            <w:tcMar>
              <w:top w:w="40" w:type="dxa"/>
              <w:left w:w="32" w:type="dxa"/>
              <w:bottom w:w="40" w:type="dxa"/>
              <w:right w:w="32" w:type="dxa"/>
            </w:tcMar>
          </w:tcPr>
          <w:p w14:paraId="35980CAE" w14:textId="77777777" w:rsidR="002A5726" w:rsidRDefault="002A5726"/>
        </w:tc>
      </w:tr>
    </w:tbl>
    <w:p w14:paraId="0A0E38D8" w14:textId="77777777" w:rsidR="002A5726" w:rsidRDefault="002A5726">
      <w:pPr>
        <w:spacing w:after="0"/>
      </w:pPr>
    </w:p>
    <w:tbl>
      <w:tblPr>
        <w:tblW w:w="0" w:type="auto"/>
        <w:jc w:val="center"/>
        <w:tblLook w:val="04A0" w:firstRow="1" w:lastRow="0" w:firstColumn="1" w:lastColumn="0" w:noHBand="0" w:noVBand="1"/>
      </w:tblPr>
      <w:tblGrid>
        <w:gridCol w:w="10530"/>
      </w:tblGrid>
      <w:tr w:rsidR="002A5726" w14:paraId="58F6EACF" w14:textId="77777777" w:rsidTr="00DC0618">
        <w:trPr>
          <w:jc w:val="center"/>
        </w:trPr>
        <w:tc>
          <w:tcPr>
            <w:tcW w:w="10530" w:type="dxa"/>
            <w:shd w:val="clear" w:color="auto" w:fill="D9D9D9"/>
            <w:tcMar>
              <w:top w:w="44" w:type="dxa"/>
              <w:left w:w="55" w:type="dxa"/>
              <w:bottom w:w="44" w:type="dxa"/>
              <w:right w:w="55" w:type="dxa"/>
            </w:tcMar>
          </w:tcPr>
          <w:p w14:paraId="5EA77316" w14:textId="77777777" w:rsidR="002A5726" w:rsidRDefault="00097952">
            <w:pPr>
              <w:spacing w:after="0"/>
            </w:pPr>
            <w:r>
              <w:rPr>
                <w:b/>
                <w:sz w:val="19"/>
              </w:rPr>
              <w:t>OWNERSHIP, RIGHTS &amp; CONTRACTS</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5288CE49" w14:textId="77777777" w:rsidTr="009E16BE">
        <w:trPr>
          <w:trHeight w:val="350"/>
          <w:jc w:val="center"/>
        </w:trPr>
        <w:tc>
          <w:tcPr>
            <w:tcW w:w="3672" w:type="dxa"/>
            <w:tcMar>
              <w:top w:w="40" w:type="dxa"/>
              <w:left w:w="32" w:type="dxa"/>
              <w:bottom w:w="40" w:type="dxa"/>
              <w:right w:w="32" w:type="dxa"/>
            </w:tcMar>
          </w:tcPr>
          <w:p w14:paraId="139ADC8C" w14:textId="77777777" w:rsidR="002A5726" w:rsidRDefault="00097952">
            <w:r>
              <w:rPr>
                <w:b/>
                <w:sz w:val="16"/>
              </w:rPr>
              <w:t>Current Owner / Rights Holder</w:t>
            </w:r>
          </w:p>
        </w:tc>
        <w:tc>
          <w:tcPr>
            <w:tcW w:w="6768" w:type="dxa"/>
            <w:tcMar>
              <w:top w:w="40" w:type="dxa"/>
              <w:left w:w="32" w:type="dxa"/>
              <w:bottom w:w="40" w:type="dxa"/>
              <w:right w:w="32" w:type="dxa"/>
            </w:tcMar>
          </w:tcPr>
          <w:p w14:paraId="370B9611" w14:textId="77777777" w:rsidR="002A5726" w:rsidRDefault="002A5726"/>
        </w:tc>
      </w:tr>
      <w:tr w:rsidR="002A5726" w14:paraId="47D5F4E0" w14:textId="77777777" w:rsidTr="009E16BE">
        <w:trPr>
          <w:trHeight w:val="350"/>
          <w:jc w:val="center"/>
        </w:trPr>
        <w:tc>
          <w:tcPr>
            <w:tcW w:w="3672" w:type="dxa"/>
            <w:tcMar>
              <w:top w:w="40" w:type="dxa"/>
              <w:left w:w="32" w:type="dxa"/>
              <w:bottom w:w="40" w:type="dxa"/>
              <w:right w:w="32" w:type="dxa"/>
            </w:tcMar>
          </w:tcPr>
          <w:p w14:paraId="655EA4A1" w14:textId="77777777" w:rsidR="002A5726" w:rsidRDefault="00097952">
            <w:r>
              <w:rPr>
                <w:b/>
                <w:sz w:val="16"/>
              </w:rPr>
              <w:t>Ownership Form — individual, joint, business, trust, other</w:t>
            </w:r>
          </w:p>
        </w:tc>
        <w:tc>
          <w:tcPr>
            <w:tcW w:w="6768" w:type="dxa"/>
            <w:tcMar>
              <w:top w:w="40" w:type="dxa"/>
              <w:left w:w="32" w:type="dxa"/>
              <w:bottom w:w="40" w:type="dxa"/>
              <w:right w:w="32" w:type="dxa"/>
            </w:tcMar>
          </w:tcPr>
          <w:p w14:paraId="7ADE93B8" w14:textId="77777777" w:rsidR="002A5726" w:rsidRDefault="002A5726"/>
        </w:tc>
      </w:tr>
      <w:tr w:rsidR="002A5726" w14:paraId="0993B3C7" w14:textId="77777777" w:rsidTr="009E16BE">
        <w:trPr>
          <w:trHeight w:val="390"/>
          <w:jc w:val="center"/>
        </w:trPr>
        <w:tc>
          <w:tcPr>
            <w:tcW w:w="3672" w:type="dxa"/>
            <w:tcMar>
              <w:top w:w="40" w:type="dxa"/>
              <w:left w:w="32" w:type="dxa"/>
              <w:bottom w:w="40" w:type="dxa"/>
              <w:right w:w="32" w:type="dxa"/>
            </w:tcMar>
          </w:tcPr>
          <w:p w14:paraId="7620191A" w14:textId="77777777" w:rsidR="002A5726" w:rsidRDefault="00097952">
            <w:r>
              <w:rPr>
                <w:b/>
                <w:sz w:val="16"/>
              </w:rPr>
              <w:t>Known Ownership / Rights Issues</w:t>
            </w:r>
          </w:p>
        </w:tc>
        <w:tc>
          <w:tcPr>
            <w:tcW w:w="6768" w:type="dxa"/>
            <w:tcMar>
              <w:top w:w="40" w:type="dxa"/>
              <w:left w:w="32" w:type="dxa"/>
              <w:bottom w:w="40" w:type="dxa"/>
              <w:right w:w="32" w:type="dxa"/>
            </w:tcMar>
          </w:tcPr>
          <w:p w14:paraId="486FF195" w14:textId="77777777" w:rsidR="002A5726" w:rsidRDefault="002A5726"/>
        </w:tc>
      </w:tr>
      <w:tr w:rsidR="002A5726" w14:paraId="6DEB8EFA" w14:textId="77777777" w:rsidTr="009E16BE">
        <w:trPr>
          <w:trHeight w:val="350"/>
          <w:jc w:val="center"/>
        </w:trPr>
        <w:tc>
          <w:tcPr>
            <w:tcW w:w="3672" w:type="dxa"/>
            <w:tcMar>
              <w:top w:w="40" w:type="dxa"/>
              <w:left w:w="32" w:type="dxa"/>
              <w:bottom w:w="40" w:type="dxa"/>
              <w:right w:w="32" w:type="dxa"/>
            </w:tcMar>
          </w:tcPr>
          <w:p w14:paraId="02649A2F" w14:textId="77777777" w:rsidR="002A5726" w:rsidRDefault="00097952">
            <w:r>
              <w:rPr>
                <w:b/>
                <w:sz w:val="16"/>
              </w:rPr>
              <w:t>Location of Related Contract(s) / Agreement(s)</w:t>
            </w:r>
          </w:p>
        </w:tc>
        <w:tc>
          <w:tcPr>
            <w:tcW w:w="6768" w:type="dxa"/>
            <w:tcMar>
              <w:top w:w="40" w:type="dxa"/>
              <w:left w:w="32" w:type="dxa"/>
              <w:bottom w:w="40" w:type="dxa"/>
              <w:right w:w="32" w:type="dxa"/>
            </w:tcMar>
          </w:tcPr>
          <w:p w14:paraId="687BBC16" w14:textId="77777777" w:rsidR="002A5726" w:rsidRDefault="002A5726"/>
        </w:tc>
      </w:tr>
      <w:tr w:rsidR="002A5726" w14:paraId="7CB077CF" w14:textId="77777777" w:rsidTr="009E16BE">
        <w:trPr>
          <w:trHeight w:val="420"/>
          <w:jc w:val="center"/>
        </w:trPr>
        <w:tc>
          <w:tcPr>
            <w:tcW w:w="3672" w:type="dxa"/>
            <w:tcMar>
              <w:top w:w="40" w:type="dxa"/>
              <w:left w:w="32" w:type="dxa"/>
              <w:bottom w:w="40" w:type="dxa"/>
              <w:right w:w="32" w:type="dxa"/>
            </w:tcMar>
          </w:tcPr>
          <w:p w14:paraId="00D90EC0" w14:textId="77777777" w:rsidR="002A5726" w:rsidRDefault="00097952">
            <w:r>
              <w:rPr>
                <w:b/>
                <w:sz w:val="16"/>
              </w:rPr>
              <w:t>Important Contract Terms / Restrictions / Reversion / Approval Rights, if known</w:t>
            </w:r>
          </w:p>
        </w:tc>
        <w:tc>
          <w:tcPr>
            <w:tcW w:w="6768" w:type="dxa"/>
            <w:tcMar>
              <w:top w:w="40" w:type="dxa"/>
              <w:left w:w="32" w:type="dxa"/>
              <w:bottom w:w="40" w:type="dxa"/>
              <w:right w:w="32" w:type="dxa"/>
            </w:tcMar>
          </w:tcPr>
          <w:p w14:paraId="22178E07" w14:textId="77777777" w:rsidR="002A5726" w:rsidRDefault="002A5726"/>
        </w:tc>
      </w:tr>
    </w:tbl>
    <w:p w14:paraId="18F140AB" w14:textId="77777777" w:rsidR="002A5726" w:rsidRDefault="00097952" w:rsidP="007E3DCF">
      <w:pPr>
        <w:spacing w:before="80" w:after="0"/>
        <w:ind w:left="180"/>
      </w:pPr>
      <w:r>
        <w:rPr>
          <w:b/>
        </w:rPr>
        <w:t xml:space="preserve">Important: </w:t>
      </w:r>
      <w:r>
        <w:t>Creating or contributing to a work does not necessarily mean you currently own every right in it. Contracts, assignments, licenses, employment arrangements, or business agreements may affect ownership.</w:t>
      </w:r>
    </w:p>
    <w:p w14:paraId="7A4A90BF" w14:textId="77777777" w:rsidR="002A5726" w:rsidRDefault="00097952">
      <w:r>
        <w:br w:type="page"/>
      </w:r>
    </w:p>
    <w:tbl>
      <w:tblPr>
        <w:tblW w:w="0" w:type="auto"/>
        <w:jc w:val="center"/>
        <w:tblLook w:val="04A0" w:firstRow="1" w:lastRow="0" w:firstColumn="1" w:lastColumn="0" w:noHBand="0" w:noVBand="1"/>
      </w:tblPr>
      <w:tblGrid>
        <w:gridCol w:w="10440"/>
      </w:tblGrid>
      <w:tr w:rsidR="002A5726" w14:paraId="270DAD29" w14:textId="77777777" w:rsidTr="00DC0618">
        <w:trPr>
          <w:jc w:val="center"/>
        </w:trPr>
        <w:tc>
          <w:tcPr>
            <w:tcW w:w="10440" w:type="dxa"/>
            <w:shd w:val="clear" w:color="auto" w:fill="D9D9D9"/>
            <w:tcMar>
              <w:top w:w="44" w:type="dxa"/>
              <w:left w:w="55" w:type="dxa"/>
              <w:bottom w:w="44" w:type="dxa"/>
              <w:right w:w="55" w:type="dxa"/>
            </w:tcMar>
          </w:tcPr>
          <w:p w14:paraId="199FEB2C" w14:textId="77777777" w:rsidR="002A5726" w:rsidRDefault="00097952">
            <w:pPr>
              <w:spacing w:after="0"/>
            </w:pPr>
            <w:r>
              <w:rPr>
                <w:b/>
                <w:sz w:val="19"/>
              </w:rPr>
              <w:lastRenderedPageBreak/>
              <w:t>YOUR WISHES FOR THIS PROJECT</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449B0734" w14:textId="77777777" w:rsidTr="00DC0618">
        <w:trPr>
          <w:trHeight w:val="430"/>
          <w:jc w:val="center"/>
        </w:trPr>
        <w:tc>
          <w:tcPr>
            <w:tcW w:w="3672" w:type="dxa"/>
            <w:tcMar>
              <w:top w:w="40" w:type="dxa"/>
              <w:left w:w="32" w:type="dxa"/>
              <w:bottom w:w="40" w:type="dxa"/>
              <w:right w:w="32" w:type="dxa"/>
            </w:tcMar>
          </w:tcPr>
          <w:p w14:paraId="52B8BDE2" w14:textId="77777777" w:rsidR="002A5726" w:rsidRDefault="00097952">
            <w:r>
              <w:rPr>
                <w:b/>
                <w:sz w:val="16"/>
              </w:rPr>
              <w:t>Preferred Outcome</w:t>
            </w:r>
          </w:p>
        </w:tc>
        <w:tc>
          <w:tcPr>
            <w:tcW w:w="6768" w:type="dxa"/>
            <w:tcMar>
              <w:top w:w="40" w:type="dxa"/>
              <w:left w:w="32" w:type="dxa"/>
              <w:bottom w:w="40" w:type="dxa"/>
              <w:right w:w="32" w:type="dxa"/>
            </w:tcMar>
          </w:tcPr>
          <w:p w14:paraId="14596597" w14:textId="77777777" w:rsidR="002A5726" w:rsidRDefault="002A5726"/>
        </w:tc>
      </w:tr>
      <w:tr w:rsidR="002A5726" w14:paraId="7CE19353" w14:textId="77777777" w:rsidTr="00DC0618">
        <w:trPr>
          <w:trHeight w:val="410"/>
          <w:jc w:val="center"/>
        </w:trPr>
        <w:tc>
          <w:tcPr>
            <w:tcW w:w="3672" w:type="dxa"/>
            <w:tcMar>
              <w:top w:w="40" w:type="dxa"/>
              <w:left w:w="32" w:type="dxa"/>
              <w:bottom w:w="40" w:type="dxa"/>
              <w:right w:w="32" w:type="dxa"/>
            </w:tcMar>
          </w:tcPr>
          <w:p w14:paraId="0A703C52" w14:textId="77777777" w:rsidR="002A5726" w:rsidRDefault="00097952">
            <w:r>
              <w:rPr>
                <w:b/>
                <w:sz w:val="16"/>
              </w:rPr>
              <w:t>Who, if anyone, may edit, complete, or make decisions about the work</w:t>
            </w:r>
          </w:p>
        </w:tc>
        <w:tc>
          <w:tcPr>
            <w:tcW w:w="6768" w:type="dxa"/>
            <w:tcMar>
              <w:top w:w="40" w:type="dxa"/>
              <w:left w:w="32" w:type="dxa"/>
              <w:bottom w:w="40" w:type="dxa"/>
              <w:right w:w="32" w:type="dxa"/>
            </w:tcMar>
          </w:tcPr>
          <w:p w14:paraId="0EC6D4E2" w14:textId="77777777" w:rsidR="002A5726" w:rsidRDefault="002A5726"/>
        </w:tc>
      </w:tr>
      <w:tr w:rsidR="002A5726" w14:paraId="597B617B" w14:textId="77777777" w:rsidTr="00DC0618">
        <w:trPr>
          <w:trHeight w:val="430"/>
          <w:jc w:val="center"/>
        </w:trPr>
        <w:tc>
          <w:tcPr>
            <w:tcW w:w="3672" w:type="dxa"/>
            <w:tcMar>
              <w:top w:w="40" w:type="dxa"/>
              <w:left w:w="32" w:type="dxa"/>
              <w:bottom w:w="40" w:type="dxa"/>
              <w:right w:w="32" w:type="dxa"/>
            </w:tcMar>
          </w:tcPr>
          <w:p w14:paraId="74DDE450" w14:textId="77777777" w:rsidR="002A5726" w:rsidRDefault="00097952">
            <w:r>
              <w:rPr>
                <w:b/>
                <w:sz w:val="16"/>
              </w:rPr>
              <w:t>Publication / Distribution Wishes</w:t>
            </w:r>
          </w:p>
        </w:tc>
        <w:tc>
          <w:tcPr>
            <w:tcW w:w="6768" w:type="dxa"/>
            <w:tcMar>
              <w:top w:w="40" w:type="dxa"/>
              <w:left w:w="32" w:type="dxa"/>
              <w:bottom w:w="40" w:type="dxa"/>
              <w:right w:w="32" w:type="dxa"/>
            </w:tcMar>
          </w:tcPr>
          <w:p w14:paraId="7F8CD95A" w14:textId="77777777" w:rsidR="002A5726" w:rsidRDefault="002A5726"/>
        </w:tc>
      </w:tr>
      <w:tr w:rsidR="002A5726" w14:paraId="526B194F" w14:textId="77777777" w:rsidTr="00DC0618">
        <w:trPr>
          <w:trHeight w:val="430"/>
          <w:jc w:val="center"/>
        </w:trPr>
        <w:tc>
          <w:tcPr>
            <w:tcW w:w="3672" w:type="dxa"/>
            <w:tcMar>
              <w:top w:w="40" w:type="dxa"/>
              <w:left w:w="32" w:type="dxa"/>
              <w:bottom w:w="40" w:type="dxa"/>
              <w:right w:w="32" w:type="dxa"/>
            </w:tcMar>
          </w:tcPr>
          <w:p w14:paraId="6D579B66" w14:textId="77777777" w:rsidR="002A5726" w:rsidRDefault="00097952">
            <w:r>
              <w:rPr>
                <w:b/>
                <w:sz w:val="16"/>
              </w:rPr>
              <w:t>Preservation / Archiving Wishes</w:t>
            </w:r>
          </w:p>
        </w:tc>
        <w:tc>
          <w:tcPr>
            <w:tcW w:w="6768" w:type="dxa"/>
            <w:tcMar>
              <w:top w:w="40" w:type="dxa"/>
              <w:left w:w="32" w:type="dxa"/>
              <w:bottom w:w="40" w:type="dxa"/>
              <w:right w:w="32" w:type="dxa"/>
            </w:tcMar>
          </w:tcPr>
          <w:p w14:paraId="54F19196" w14:textId="77777777" w:rsidR="002A5726" w:rsidRDefault="002A5726"/>
        </w:tc>
      </w:tr>
      <w:tr w:rsidR="002A5726" w14:paraId="3FC1EB39" w14:textId="77777777" w:rsidTr="00DC0618">
        <w:trPr>
          <w:trHeight w:val="410"/>
          <w:jc w:val="center"/>
        </w:trPr>
        <w:tc>
          <w:tcPr>
            <w:tcW w:w="3672" w:type="dxa"/>
            <w:tcMar>
              <w:top w:w="40" w:type="dxa"/>
              <w:left w:w="32" w:type="dxa"/>
              <w:bottom w:w="40" w:type="dxa"/>
              <w:right w:w="32" w:type="dxa"/>
            </w:tcMar>
          </w:tcPr>
          <w:p w14:paraId="71B6C22A" w14:textId="77777777" w:rsidR="002A5726" w:rsidRDefault="00097952">
            <w:r>
              <w:rPr>
                <w:b/>
                <w:sz w:val="16"/>
              </w:rPr>
              <w:t>Donation Wishes / Institution to Contact, if applicable</w:t>
            </w:r>
          </w:p>
        </w:tc>
        <w:tc>
          <w:tcPr>
            <w:tcW w:w="6768" w:type="dxa"/>
            <w:tcMar>
              <w:top w:w="40" w:type="dxa"/>
              <w:left w:w="32" w:type="dxa"/>
              <w:bottom w:w="40" w:type="dxa"/>
              <w:right w:w="32" w:type="dxa"/>
            </w:tcMar>
          </w:tcPr>
          <w:p w14:paraId="0B43B6A1" w14:textId="77777777" w:rsidR="002A5726" w:rsidRDefault="002A5726"/>
        </w:tc>
      </w:tr>
      <w:tr w:rsidR="002A5726" w14:paraId="73C0BB2C" w14:textId="77777777" w:rsidTr="00DC0618">
        <w:trPr>
          <w:trHeight w:val="400"/>
          <w:jc w:val="center"/>
        </w:trPr>
        <w:tc>
          <w:tcPr>
            <w:tcW w:w="3672" w:type="dxa"/>
            <w:tcMar>
              <w:top w:w="40" w:type="dxa"/>
              <w:left w:w="32" w:type="dxa"/>
              <w:bottom w:w="40" w:type="dxa"/>
              <w:right w:w="32" w:type="dxa"/>
            </w:tcMar>
          </w:tcPr>
          <w:p w14:paraId="0D69AE0C" w14:textId="77777777" w:rsidR="002A5726" w:rsidRDefault="00097952">
            <w:r>
              <w:rPr>
                <w:b/>
                <w:sz w:val="16"/>
              </w:rPr>
              <w:t>Privacy / Confidentiality Wishes</w:t>
            </w:r>
          </w:p>
        </w:tc>
        <w:tc>
          <w:tcPr>
            <w:tcW w:w="6768" w:type="dxa"/>
            <w:tcMar>
              <w:top w:w="40" w:type="dxa"/>
              <w:left w:w="32" w:type="dxa"/>
              <w:bottom w:w="40" w:type="dxa"/>
              <w:right w:w="32" w:type="dxa"/>
            </w:tcMar>
          </w:tcPr>
          <w:p w14:paraId="2A46A8A6" w14:textId="77777777" w:rsidR="002A5726" w:rsidRDefault="002A5726"/>
        </w:tc>
      </w:tr>
      <w:tr w:rsidR="002A5726" w14:paraId="3E66AB56" w14:textId="77777777" w:rsidTr="00DC0618">
        <w:trPr>
          <w:trHeight w:val="400"/>
          <w:jc w:val="center"/>
        </w:trPr>
        <w:tc>
          <w:tcPr>
            <w:tcW w:w="3672" w:type="dxa"/>
            <w:tcMar>
              <w:top w:w="40" w:type="dxa"/>
              <w:left w:w="32" w:type="dxa"/>
              <w:bottom w:w="40" w:type="dxa"/>
              <w:right w:w="32" w:type="dxa"/>
            </w:tcMar>
          </w:tcPr>
          <w:p w14:paraId="43D98324" w14:textId="77777777" w:rsidR="002A5726" w:rsidRDefault="00097952">
            <w:r>
              <w:rPr>
                <w:b/>
                <w:sz w:val="16"/>
              </w:rPr>
              <w:t>Destruction Instructions, if applicable</w:t>
            </w:r>
          </w:p>
        </w:tc>
        <w:tc>
          <w:tcPr>
            <w:tcW w:w="6768" w:type="dxa"/>
            <w:tcMar>
              <w:top w:w="40" w:type="dxa"/>
              <w:left w:w="32" w:type="dxa"/>
              <w:bottom w:w="40" w:type="dxa"/>
              <w:right w:w="32" w:type="dxa"/>
            </w:tcMar>
          </w:tcPr>
          <w:p w14:paraId="0A88D52C" w14:textId="77777777" w:rsidR="002A5726" w:rsidRDefault="002A5726"/>
        </w:tc>
      </w:tr>
      <w:tr w:rsidR="002A5726" w14:paraId="40B416DD" w14:textId="77777777" w:rsidTr="00DC0618">
        <w:trPr>
          <w:trHeight w:val="410"/>
          <w:jc w:val="center"/>
        </w:trPr>
        <w:tc>
          <w:tcPr>
            <w:tcW w:w="3672" w:type="dxa"/>
            <w:tcMar>
              <w:top w:w="40" w:type="dxa"/>
              <w:left w:w="32" w:type="dxa"/>
              <w:bottom w:w="40" w:type="dxa"/>
              <w:right w:w="32" w:type="dxa"/>
            </w:tcMar>
          </w:tcPr>
          <w:p w14:paraId="03C7DE7C" w14:textId="77777777" w:rsidR="002A5726" w:rsidRDefault="00097952">
            <w:r>
              <w:rPr>
                <w:b/>
                <w:sz w:val="16"/>
              </w:rPr>
              <w:t>If no specific direction applies, who should make the future decision?</w:t>
            </w:r>
          </w:p>
        </w:tc>
        <w:tc>
          <w:tcPr>
            <w:tcW w:w="6768" w:type="dxa"/>
            <w:tcMar>
              <w:top w:w="40" w:type="dxa"/>
              <w:left w:w="32" w:type="dxa"/>
              <w:bottom w:w="40" w:type="dxa"/>
              <w:right w:w="32" w:type="dxa"/>
            </w:tcMar>
          </w:tcPr>
          <w:p w14:paraId="25AEDF2A" w14:textId="77777777" w:rsidR="002A5726" w:rsidRDefault="002A5726"/>
        </w:tc>
      </w:tr>
      <w:tr w:rsidR="002A5726" w14:paraId="1B107D74" w14:textId="77777777" w:rsidTr="00DC0618">
        <w:trPr>
          <w:trHeight w:val="460"/>
          <w:jc w:val="center"/>
        </w:trPr>
        <w:tc>
          <w:tcPr>
            <w:tcW w:w="3672" w:type="dxa"/>
            <w:tcMar>
              <w:top w:w="40" w:type="dxa"/>
              <w:left w:w="32" w:type="dxa"/>
              <w:bottom w:w="40" w:type="dxa"/>
              <w:right w:w="32" w:type="dxa"/>
            </w:tcMar>
          </w:tcPr>
          <w:p w14:paraId="57DDF67F" w14:textId="77777777" w:rsidR="002A5726" w:rsidRDefault="00097952">
            <w:r>
              <w:rPr>
                <w:b/>
                <w:sz w:val="16"/>
              </w:rPr>
              <w:t>Other Instructions</w:t>
            </w:r>
          </w:p>
        </w:tc>
        <w:tc>
          <w:tcPr>
            <w:tcW w:w="6768" w:type="dxa"/>
            <w:tcMar>
              <w:top w:w="40" w:type="dxa"/>
              <w:left w:w="32" w:type="dxa"/>
              <w:bottom w:w="40" w:type="dxa"/>
              <w:right w:w="32" w:type="dxa"/>
            </w:tcMar>
          </w:tcPr>
          <w:p w14:paraId="79465AA6" w14:textId="77777777" w:rsidR="002A5726" w:rsidRDefault="002A5726"/>
        </w:tc>
      </w:tr>
    </w:tbl>
    <w:p w14:paraId="62A99B63" w14:textId="77777777" w:rsidR="002A5726" w:rsidRDefault="00097952" w:rsidP="00DC0618">
      <w:pPr>
        <w:spacing w:before="80" w:after="80"/>
        <w:ind w:left="180"/>
      </w:pPr>
      <w:r>
        <w:rPr>
          <w:b/>
        </w:rPr>
        <w:t xml:space="preserve">Possible outcomes </w:t>
      </w:r>
      <w:proofErr w:type="gramStart"/>
      <w:r>
        <w:rPr>
          <w:b/>
        </w:rPr>
        <w:t>include:</w:t>
      </w:r>
      <w:proofErr w:type="gramEnd"/>
      <w:r>
        <w:rPr>
          <w:b/>
        </w:rPr>
        <w:t xml:space="preserve"> </w:t>
      </w:r>
      <w:r>
        <w:t xml:space="preserve">complete and publish; allow a named person to edit or complete; publish only in </w:t>
      </w:r>
      <w:proofErr w:type="gramStart"/>
      <w:r>
        <w:t>its</w:t>
      </w:r>
      <w:proofErr w:type="gramEnd"/>
      <w:r>
        <w:t xml:space="preserve"> present form; preserve for family, historical, religious, philosophical, artistic, or research purposes; explore donation; keep private; destroy; or allow a successor to decide.</w:t>
      </w:r>
    </w:p>
    <w:tbl>
      <w:tblPr>
        <w:tblW w:w="0" w:type="auto"/>
        <w:jc w:val="center"/>
        <w:tblLook w:val="04A0" w:firstRow="1" w:lastRow="0" w:firstColumn="1" w:lastColumn="0" w:noHBand="0" w:noVBand="1"/>
      </w:tblPr>
      <w:tblGrid>
        <w:gridCol w:w="10440"/>
      </w:tblGrid>
      <w:tr w:rsidR="002A5726" w14:paraId="66E472F1" w14:textId="77777777" w:rsidTr="00DC0618">
        <w:trPr>
          <w:jc w:val="center"/>
        </w:trPr>
        <w:tc>
          <w:tcPr>
            <w:tcW w:w="10440" w:type="dxa"/>
            <w:shd w:val="clear" w:color="auto" w:fill="D9D9D9"/>
            <w:tcMar>
              <w:top w:w="44" w:type="dxa"/>
              <w:left w:w="55" w:type="dxa"/>
              <w:bottom w:w="44" w:type="dxa"/>
              <w:right w:w="55" w:type="dxa"/>
            </w:tcMar>
          </w:tcPr>
          <w:p w14:paraId="1FBB1369" w14:textId="77777777" w:rsidR="002A5726" w:rsidRDefault="00097952">
            <w:pPr>
              <w:spacing w:after="0"/>
            </w:pPr>
            <w:r>
              <w:rPr>
                <w:b/>
                <w:sz w:val="19"/>
              </w:rPr>
              <w:t>FUTURE MANAGEMENT</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740A9159" w14:textId="77777777" w:rsidTr="00DC0618">
        <w:trPr>
          <w:trHeight w:val="350"/>
          <w:jc w:val="center"/>
        </w:trPr>
        <w:tc>
          <w:tcPr>
            <w:tcW w:w="3672" w:type="dxa"/>
            <w:tcMar>
              <w:top w:w="40" w:type="dxa"/>
              <w:left w:w="32" w:type="dxa"/>
              <w:bottom w:w="40" w:type="dxa"/>
              <w:right w:w="32" w:type="dxa"/>
            </w:tcMar>
          </w:tcPr>
          <w:p w14:paraId="651A728C" w14:textId="77777777" w:rsidR="002A5726" w:rsidRDefault="00097952">
            <w:r>
              <w:rPr>
                <w:b/>
                <w:sz w:val="16"/>
              </w:rPr>
              <w:t>Preferred Manager / Successor</w:t>
            </w:r>
          </w:p>
        </w:tc>
        <w:tc>
          <w:tcPr>
            <w:tcW w:w="6768" w:type="dxa"/>
            <w:tcMar>
              <w:top w:w="40" w:type="dxa"/>
              <w:left w:w="32" w:type="dxa"/>
              <w:bottom w:w="40" w:type="dxa"/>
              <w:right w:w="32" w:type="dxa"/>
            </w:tcMar>
          </w:tcPr>
          <w:p w14:paraId="42A94D62" w14:textId="77777777" w:rsidR="002A5726" w:rsidRDefault="002A5726"/>
        </w:tc>
      </w:tr>
      <w:tr w:rsidR="002A5726" w14:paraId="2FC24808" w14:textId="77777777" w:rsidTr="00DC0618">
        <w:trPr>
          <w:trHeight w:val="350"/>
          <w:jc w:val="center"/>
        </w:trPr>
        <w:tc>
          <w:tcPr>
            <w:tcW w:w="3672" w:type="dxa"/>
            <w:tcMar>
              <w:top w:w="40" w:type="dxa"/>
              <w:left w:w="32" w:type="dxa"/>
              <w:bottom w:w="40" w:type="dxa"/>
              <w:right w:w="32" w:type="dxa"/>
            </w:tcMar>
          </w:tcPr>
          <w:p w14:paraId="547700FC" w14:textId="77777777" w:rsidR="002A5726" w:rsidRDefault="00097952">
            <w:r>
              <w:rPr>
                <w:b/>
                <w:sz w:val="16"/>
              </w:rPr>
              <w:t>Alternate Person</w:t>
            </w:r>
          </w:p>
        </w:tc>
        <w:tc>
          <w:tcPr>
            <w:tcW w:w="6768" w:type="dxa"/>
            <w:tcMar>
              <w:top w:w="40" w:type="dxa"/>
              <w:left w:w="32" w:type="dxa"/>
              <w:bottom w:w="40" w:type="dxa"/>
              <w:right w:w="32" w:type="dxa"/>
            </w:tcMar>
          </w:tcPr>
          <w:p w14:paraId="746DB4E9" w14:textId="77777777" w:rsidR="002A5726" w:rsidRDefault="002A5726"/>
        </w:tc>
      </w:tr>
      <w:tr w:rsidR="002A5726" w14:paraId="0F4CCB64" w14:textId="77777777" w:rsidTr="00DC0618">
        <w:trPr>
          <w:trHeight w:val="350"/>
          <w:jc w:val="center"/>
        </w:trPr>
        <w:tc>
          <w:tcPr>
            <w:tcW w:w="3672" w:type="dxa"/>
            <w:tcMar>
              <w:top w:w="40" w:type="dxa"/>
              <w:left w:w="32" w:type="dxa"/>
              <w:bottom w:w="40" w:type="dxa"/>
              <w:right w:w="32" w:type="dxa"/>
            </w:tcMar>
          </w:tcPr>
          <w:p w14:paraId="4B521846" w14:textId="77777777" w:rsidR="002A5726" w:rsidRDefault="00097952">
            <w:r>
              <w:rPr>
                <w:b/>
                <w:sz w:val="16"/>
              </w:rPr>
              <w:t>Professional Advisor</w:t>
            </w:r>
          </w:p>
        </w:tc>
        <w:tc>
          <w:tcPr>
            <w:tcW w:w="6768" w:type="dxa"/>
            <w:tcMar>
              <w:top w:w="40" w:type="dxa"/>
              <w:left w:w="32" w:type="dxa"/>
              <w:bottom w:w="40" w:type="dxa"/>
              <w:right w:w="32" w:type="dxa"/>
            </w:tcMar>
          </w:tcPr>
          <w:p w14:paraId="277A0634" w14:textId="77777777" w:rsidR="002A5726" w:rsidRDefault="002A5726"/>
        </w:tc>
      </w:tr>
      <w:tr w:rsidR="002A5726" w14:paraId="5839BD61" w14:textId="77777777" w:rsidTr="00DC0618">
        <w:trPr>
          <w:trHeight w:val="350"/>
          <w:jc w:val="center"/>
        </w:trPr>
        <w:tc>
          <w:tcPr>
            <w:tcW w:w="3672" w:type="dxa"/>
            <w:tcMar>
              <w:top w:w="40" w:type="dxa"/>
              <w:left w:w="32" w:type="dxa"/>
              <w:bottom w:w="40" w:type="dxa"/>
              <w:right w:w="32" w:type="dxa"/>
            </w:tcMar>
          </w:tcPr>
          <w:p w14:paraId="10236E48" w14:textId="77777777" w:rsidR="002A5726" w:rsidRDefault="00097952">
            <w:r>
              <w:rPr>
                <w:b/>
                <w:sz w:val="16"/>
              </w:rPr>
              <w:t>Institution or Organization to Contact</w:t>
            </w:r>
          </w:p>
        </w:tc>
        <w:tc>
          <w:tcPr>
            <w:tcW w:w="6768" w:type="dxa"/>
            <w:tcMar>
              <w:top w:w="40" w:type="dxa"/>
              <w:left w:w="32" w:type="dxa"/>
              <w:bottom w:w="40" w:type="dxa"/>
              <w:right w:w="32" w:type="dxa"/>
            </w:tcMar>
          </w:tcPr>
          <w:p w14:paraId="3A4A876A" w14:textId="77777777" w:rsidR="002A5726" w:rsidRDefault="002A5726"/>
        </w:tc>
      </w:tr>
      <w:tr w:rsidR="002A5726" w14:paraId="76C0FD5E" w14:textId="77777777" w:rsidTr="00DC0618">
        <w:trPr>
          <w:trHeight w:val="430"/>
          <w:jc w:val="center"/>
        </w:trPr>
        <w:tc>
          <w:tcPr>
            <w:tcW w:w="3672" w:type="dxa"/>
            <w:tcMar>
              <w:top w:w="40" w:type="dxa"/>
              <w:left w:w="32" w:type="dxa"/>
              <w:bottom w:w="40" w:type="dxa"/>
              <w:right w:w="32" w:type="dxa"/>
            </w:tcMar>
          </w:tcPr>
          <w:p w14:paraId="3A232434" w14:textId="77777777" w:rsidR="002A5726" w:rsidRDefault="00097952">
            <w:r>
              <w:rPr>
                <w:b/>
                <w:sz w:val="16"/>
              </w:rPr>
              <w:t>General Priorities / What Should Receive Special Protection</w:t>
            </w:r>
          </w:p>
        </w:tc>
        <w:tc>
          <w:tcPr>
            <w:tcW w:w="6768" w:type="dxa"/>
            <w:tcMar>
              <w:top w:w="40" w:type="dxa"/>
              <w:left w:w="32" w:type="dxa"/>
              <w:bottom w:w="40" w:type="dxa"/>
              <w:right w:w="32" w:type="dxa"/>
            </w:tcMar>
          </w:tcPr>
          <w:p w14:paraId="7130C34B" w14:textId="77777777" w:rsidR="002A5726" w:rsidRDefault="002A5726"/>
        </w:tc>
      </w:tr>
      <w:tr w:rsidR="002A5726" w14:paraId="352E4528" w14:textId="77777777" w:rsidTr="00DC0618">
        <w:trPr>
          <w:trHeight w:val="360"/>
          <w:jc w:val="center"/>
        </w:trPr>
        <w:tc>
          <w:tcPr>
            <w:tcW w:w="3672" w:type="dxa"/>
            <w:tcMar>
              <w:top w:w="40" w:type="dxa"/>
              <w:left w:w="32" w:type="dxa"/>
              <w:bottom w:w="40" w:type="dxa"/>
              <w:right w:w="32" w:type="dxa"/>
            </w:tcMar>
          </w:tcPr>
          <w:p w14:paraId="64C4F95B" w14:textId="77777777" w:rsidR="002A5726" w:rsidRDefault="00097952">
            <w:r>
              <w:rPr>
                <w:b/>
                <w:sz w:val="16"/>
              </w:rPr>
              <w:t>Should professional advice be obtained before major decisions?  ☐ Yes   ☐ No   ☐ Use judgment</w:t>
            </w:r>
          </w:p>
        </w:tc>
        <w:tc>
          <w:tcPr>
            <w:tcW w:w="6768" w:type="dxa"/>
            <w:tcMar>
              <w:top w:w="40" w:type="dxa"/>
              <w:left w:w="32" w:type="dxa"/>
              <w:bottom w:w="40" w:type="dxa"/>
              <w:right w:w="32" w:type="dxa"/>
            </w:tcMar>
          </w:tcPr>
          <w:p w14:paraId="739EFBC9" w14:textId="77777777" w:rsidR="002A5726" w:rsidRDefault="002A5726"/>
        </w:tc>
      </w:tr>
    </w:tbl>
    <w:p w14:paraId="4B1FE22D" w14:textId="77777777" w:rsidR="002A5726" w:rsidRDefault="002A5726">
      <w:pPr>
        <w:spacing w:after="0"/>
      </w:pPr>
    </w:p>
    <w:tbl>
      <w:tblPr>
        <w:tblW w:w="0" w:type="auto"/>
        <w:jc w:val="center"/>
        <w:tblLook w:val="04A0" w:firstRow="1" w:lastRow="0" w:firstColumn="1" w:lastColumn="0" w:noHBand="0" w:noVBand="1"/>
      </w:tblPr>
      <w:tblGrid>
        <w:gridCol w:w="10440"/>
      </w:tblGrid>
      <w:tr w:rsidR="002A5726" w14:paraId="7FA735F5" w14:textId="77777777" w:rsidTr="00DC0618">
        <w:trPr>
          <w:jc w:val="center"/>
        </w:trPr>
        <w:tc>
          <w:tcPr>
            <w:tcW w:w="10440" w:type="dxa"/>
            <w:shd w:val="clear" w:color="auto" w:fill="D9D9D9"/>
            <w:tcMar>
              <w:top w:w="44" w:type="dxa"/>
              <w:left w:w="55" w:type="dxa"/>
              <w:bottom w:w="44" w:type="dxa"/>
              <w:right w:w="55" w:type="dxa"/>
            </w:tcMar>
          </w:tcPr>
          <w:p w14:paraId="2134BF9A" w14:textId="77777777" w:rsidR="002A5726" w:rsidRDefault="00097952">
            <w:pPr>
              <w:spacing w:after="0"/>
            </w:pPr>
            <w:r>
              <w:rPr>
                <w:b/>
                <w:sz w:val="19"/>
              </w:rPr>
              <w:t>RELATED RECORDS &amp; CROSS-REFERENCES</w:t>
            </w:r>
          </w:p>
        </w:tc>
      </w:tr>
    </w:tbl>
    <w:tbl>
      <w:tblPr>
        <w:tblStyle w:val="TableGrid"/>
        <w:tblW w:w="0" w:type="auto"/>
        <w:jc w:val="center"/>
        <w:tblLayout w:type="fixed"/>
        <w:tblLook w:val="04A0" w:firstRow="1" w:lastRow="0" w:firstColumn="1" w:lastColumn="0" w:noHBand="0" w:noVBand="1"/>
      </w:tblPr>
      <w:tblGrid>
        <w:gridCol w:w="3672"/>
        <w:gridCol w:w="6768"/>
      </w:tblGrid>
      <w:tr w:rsidR="002A5726" w14:paraId="7081AEEF" w14:textId="77777777" w:rsidTr="00DC0618">
        <w:trPr>
          <w:trHeight w:val="340"/>
          <w:jc w:val="center"/>
        </w:trPr>
        <w:tc>
          <w:tcPr>
            <w:tcW w:w="3672" w:type="dxa"/>
            <w:tcMar>
              <w:top w:w="40" w:type="dxa"/>
              <w:left w:w="32" w:type="dxa"/>
              <w:bottom w:w="40" w:type="dxa"/>
              <w:right w:w="32" w:type="dxa"/>
            </w:tcMar>
          </w:tcPr>
          <w:p w14:paraId="4CCDEEFD" w14:textId="77777777" w:rsidR="002A5726" w:rsidRDefault="00097952">
            <w:r>
              <w:rPr>
                <w:b/>
                <w:sz w:val="16"/>
              </w:rPr>
              <w:t>Related Entry on S15-01 — Professional, Creative &amp; Intellectual Assets Summary</w:t>
            </w:r>
          </w:p>
        </w:tc>
        <w:tc>
          <w:tcPr>
            <w:tcW w:w="6768" w:type="dxa"/>
            <w:tcMar>
              <w:top w:w="40" w:type="dxa"/>
              <w:left w:w="32" w:type="dxa"/>
              <w:bottom w:w="40" w:type="dxa"/>
              <w:right w:w="32" w:type="dxa"/>
            </w:tcMar>
          </w:tcPr>
          <w:p w14:paraId="13564AD6" w14:textId="77777777" w:rsidR="002A5726" w:rsidRDefault="002A5726"/>
        </w:tc>
      </w:tr>
      <w:tr w:rsidR="002A5726" w14:paraId="1A386474" w14:textId="77777777" w:rsidTr="00DC0618">
        <w:trPr>
          <w:trHeight w:val="340"/>
          <w:jc w:val="center"/>
        </w:trPr>
        <w:tc>
          <w:tcPr>
            <w:tcW w:w="3672" w:type="dxa"/>
            <w:tcMar>
              <w:top w:w="40" w:type="dxa"/>
              <w:left w:w="32" w:type="dxa"/>
              <w:bottom w:w="40" w:type="dxa"/>
              <w:right w:w="32" w:type="dxa"/>
            </w:tcMar>
          </w:tcPr>
          <w:p w14:paraId="3A20F3B2" w14:textId="77777777" w:rsidR="002A5726" w:rsidRDefault="00097952">
            <w:r>
              <w:rPr>
                <w:b/>
                <w:sz w:val="16"/>
              </w:rPr>
              <w:t>Location of Ownership / Registration Records</w:t>
            </w:r>
          </w:p>
        </w:tc>
        <w:tc>
          <w:tcPr>
            <w:tcW w:w="6768" w:type="dxa"/>
            <w:tcMar>
              <w:top w:w="40" w:type="dxa"/>
              <w:left w:w="32" w:type="dxa"/>
              <w:bottom w:w="40" w:type="dxa"/>
              <w:right w:w="32" w:type="dxa"/>
            </w:tcMar>
          </w:tcPr>
          <w:p w14:paraId="1D31CAA9" w14:textId="77777777" w:rsidR="002A5726" w:rsidRDefault="002A5726"/>
        </w:tc>
      </w:tr>
      <w:tr w:rsidR="002A5726" w14:paraId="0C6C03FF" w14:textId="77777777" w:rsidTr="00DC0618">
        <w:trPr>
          <w:trHeight w:val="340"/>
          <w:jc w:val="center"/>
        </w:trPr>
        <w:tc>
          <w:tcPr>
            <w:tcW w:w="3672" w:type="dxa"/>
            <w:tcMar>
              <w:top w:w="40" w:type="dxa"/>
              <w:left w:w="32" w:type="dxa"/>
              <w:bottom w:w="40" w:type="dxa"/>
              <w:right w:w="32" w:type="dxa"/>
            </w:tcMar>
          </w:tcPr>
          <w:p w14:paraId="00726C51" w14:textId="77777777" w:rsidR="002A5726" w:rsidRDefault="00097952">
            <w:r>
              <w:rPr>
                <w:b/>
                <w:sz w:val="16"/>
              </w:rPr>
              <w:t>Location of Contracts / Licensing / Publishing Records</w:t>
            </w:r>
          </w:p>
        </w:tc>
        <w:tc>
          <w:tcPr>
            <w:tcW w:w="6768" w:type="dxa"/>
            <w:tcMar>
              <w:top w:w="40" w:type="dxa"/>
              <w:left w:w="32" w:type="dxa"/>
              <w:bottom w:w="40" w:type="dxa"/>
              <w:right w:w="32" w:type="dxa"/>
            </w:tcMar>
          </w:tcPr>
          <w:p w14:paraId="40B21F6A" w14:textId="77777777" w:rsidR="002A5726" w:rsidRDefault="002A5726"/>
        </w:tc>
      </w:tr>
      <w:tr w:rsidR="002A5726" w14:paraId="4AB2762E" w14:textId="77777777" w:rsidTr="00DC0618">
        <w:trPr>
          <w:trHeight w:val="340"/>
          <w:jc w:val="center"/>
        </w:trPr>
        <w:tc>
          <w:tcPr>
            <w:tcW w:w="3672" w:type="dxa"/>
            <w:tcMar>
              <w:top w:w="40" w:type="dxa"/>
              <w:left w:w="32" w:type="dxa"/>
              <w:bottom w:w="40" w:type="dxa"/>
              <w:right w:w="32" w:type="dxa"/>
            </w:tcMar>
          </w:tcPr>
          <w:p w14:paraId="26E20E74" w14:textId="77777777" w:rsidR="002A5726" w:rsidRDefault="00097952">
            <w:r>
              <w:rPr>
                <w:b/>
                <w:sz w:val="16"/>
              </w:rPr>
              <w:t>Location of Income / Royalty Information, if applicable</w:t>
            </w:r>
          </w:p>
        </w:tc>
        <w:tc>
          <w:tcPr>
            <w:tcW w:w="6768" w:type="dxa"/>
            <w:tcMar>
              <w:top w:w="40" w:type="dxa"/>
              <w:left w:w="32" w:type="dxa"/>
              <w:bottom w:w="40" w:type="dxa"/>
              <w:right w:w="32" w:type="dxa"/>
            </w:tcMar>
          </w:tcPr>
          <w:p w14:paraId="49513030" w14:textId="77777777" w:rsidR="002A5726" w:rsidRDefault="002A5726"/>
        </w:tc>
      </w:tr>
      <w:tr w:rsidR="002A5726" w14:paraId="4B38CE33" w14:textId="77777777" w:rsidTr="00DC0618">
        <w:trPr>
          <w:trHeight w:val="340"/>
          <w:jc w:val="center"/>
        </w:trPr>
        <w:tc>
          <w:tcPr>
            <w:tcW w:w="3672" w:type="dxa"/>
            <w:tcMar>
              <w:top w:w="40" w:type="dxa"/>
              <w:left w:w="32" w:type="dxa"/>
              <w:bottom w:w="40" w:type="dxa"/>
              <w:right w:w="32" w:type="dxa"/>
            </w:tcMar>
          </w:tcPr>
          <w:p w14:paraId="3B6CAD42" w14:textId="77777777" w:rsidR="002A5726" w:rsidRDefault="00097952">
            <w:r>
              <w:rPr>
                <w:b/>
                <w:sz w:val="16"/>
              </w:rPr>
              <w:t>Location of Estate-Planning / Legal Authority Documents, if applicable</w:t>
            </w:r>
          </w:p>
        </w:tc>
        <w:tc>
          <w:tcPr>
            <w:tcW w:w="6768" w:type="dxa"/>
            <w:tcMar>
              <w:top w:w="40" w:type="dxa"/>
              <w:left w:w="32" w:type="dxa"/>
              <w:bottom w:w="40" w:type="dxa"/>
              <w:right w:w="32" w:type="dxa"/>
            </w:tcMar>
          </w:tcPr>
          <w:p w14:paraId="533FA20E" w14:textId="77777777" w:rsidR="002A5726" w:rsidRDefault="002A5726"/>
        </w:tc>
      </w:tr>
    </w:tbl>
    <w:p w14:paraId="5D4B4F92" w14:textId="77777777" w:rsidR="002A5726" w:rsidRDefault="00097952" w:rsidP="007E3DCF">
      <w:pPr>
        <w:spacing w:before="80" w:after="40"/>
        <w:ind w:left="180"/>
      </w:pPr>
      <w:r>
        <w:rPr>
          <w:b/>
        </w:rPr>
        <w:t xml:space="preserve">Legal Reminder: </w:t>
      </w:r>
      <w:r>
        <w:t>These instructions express your wishes but do not by themselves transfer ownership or give another person legal authority to manage, license, sell, publish, or transfer the work. Coordinate legally effective arrangements with your estate-planning documents and appropriate professional advice.</w:t>
      </w:r>
    </w:p>
    <w:p w14:paraId="2D387419" w14:textId="77777777" w:rsidR="002A5726" w:rsidRDefault="00097952" w:rsidP="007E3DCF">
      <w:pPr>
        <w:spacing w:before="20" w:after="0"/>
        <w:ind w:left="180"/>
      </w:pPr>
      <w:r>
        <w:rPr>
          <w:b/>
        </w:rPr>
        <w:t xml:space="preserve">Security: </w:t>
      </w:r>
      <w:r>
        <w:t>Protect unpublished work, confidential information, contracts, and digital access information appropriately. Keep complete passwords and credentials in your secure digital-access system rather than duplicating them here.</w:t>
      </w:r>
    </w:p>
    <w:sectPr w:rsidR="002A5726" w:rsidSect="00034616">
      <w:footerReference w:type="default" r:id="rId8"/>
      <w:pgSz w:w="12240" w:h="15840"/>
      <w:pgMar w:top="691" w:right="720" w:bottom="691"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CABBC" w14:textId="77777777" w:rsidR="002D767E" w:rsidRDefault="002D767E">
      <w:pPr>
        <w:spacing w:after="0" w:line="240" w:lineRule="auto"/>
      </w:pPr>
      <w:r>
        <w:separator/>
      </w:r>
    </w:p>
  </w:endnote>
  <w:endnote w:type="continuationSeparator" w:id="0">
    <w:p w14:paraId="4A7B971D" w14:textId="77777777" w:rsidR="002D767E" w:rsidRDefault="002D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0D9" w14:textId="77777777" w:rsidR="002A5726" w:rsidRDefault="00097952">
    <w:pPr>
      <w:pStyle w:val="Footer"/>
      <w:jc w:val="center"/>
    </w:pPr>
    <w:r>
      <w:rPr>
        <w:sz w:val="14"/>
      </w:rPr>
      <w:t>Legacy Binder © Sheila Keene-Lund | S15-02 — Unfinished Work &amp; Legacy Instructions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43EC" w14:textId="77777777" w:rsidR="002D767E" w:rsidRDefault="002D767E">
      <w:pPr>
        <w:spacing w:after="0" w:line="240" w:lineRule="auto"/>
      </w:pPr>
      <w:r>
        <w:separator/>
      </w:r>
    </w:p>
  </w:footnote>
  <w:footnote w:type="continuationSeparator" w:id="0">
    <w:p w14:paraId="4C9336FB" w14:textId="77777777" w:rsidR="002D767E" w:rsidRDefault="002D76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6386418">
    <w:abstractNumId w:val="8"/>
  </w:num>
  <w:num w:numId="2" w16cid:durableId="1668241659">
    <w:abstractNumId w:val="6"/>
  </w:num>
  <w:num w:numId="3" w16cid:durableId="712733130">
    <w:abstractNumId w:val="5"/>
  </w:num>
  <w:num w:numId="4" w16cid:durableId="1000350324">
    <w:abstractNumId w:val="4"/>
  </w:num>
  <w:num w:numId="5" w16cid:durableId="1058432975">
    <w:abstractNumId w:val="7"/>
  </w:num>
  <w:num w:numId="6" w16cid:durableId="1149201432">
    <w:abstractNumId w:val="3"/>
  </w:num>
  <w:num w:numId="7" w16cid:durableId="582296838">
    <w:abstractNumId w:val="2"/>
  </w:num>
  <w:num w:numId="8" w16cid:durableId="1508251879">
    <w:abstractNumId w:val="1"/>
  </w:num>
  <w:num w:numId="9" w16cid:durableId="28096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7952"/>
    <w:rsid w:val="0015074B"/>
    <w:rsid w:val="0029639D"/>
    <w:rsid w:val="002A5726"/>
    <w:rsid w:val="002B36E0"/>
    <w:rsid w:val="002D767E"/>
    <w:rsid w:val="00326F90"/>
    <w:rsid w:val="00413DFC"/>
    <w:rsid w:val="005D0D2B"/>
    <w:rsid w:val="007E3DCF"/>
    <w:rsid w:val="009E16BE"/>
    <w:rsid w:val="00AA1D8D"/>
    <w:rsid w:val="00B47730"/>
    <w:rsid w:val="00CB0664"/>
    <w:rsid w:val="00DC06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CCB64C"/>
  <w14:defaultImageDpi w14:val="300"/>
  <w15:docId w15:val="{7E10FD57-B50D-4683-8461-DC9BBA0B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447</Words>
  <Characters>2844</Characters>
  <Application>Microsoft Office Word</Application>
  <DocSecurity>0</DocSecurity>
  <Lines>129</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 Kornreich</cp:lastModifiedBy>
  <cp:revision>4</cp:revision>
  <dcterms:created xsi:type="dcterms:W3CDTF">2026-09-08T10:05:00Z</dcterms:created>
  <dcterms:modified xsi:type="dcterms:W3CDTF">2026-09-14T10:20:00Z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d72b5c01-2feb-4c92-a40e-792f8705dfcd</vt:lpwstr>
  </property>
</Properties>
</file>