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852C" w14:textId="77777777" w:rsidR="0088526E" w:rsidRDefault="003C2F06">
      <w:pPr>
        <w:spacing w:after="0"/>
        <w:jc w:val="center"/>
      </w:pPr>
      <w:r>
        <w:rPr>
          <w:b/>
          <w:sz w:val="28"/>
        </w:rPr>
        <w:t>LEGACY BINDER</w:t>
      </w:r>
    </w:p>
    <w:p w14:paraId="20DDE584" w14:textId="77777777" w:rsidR="0088526E" w:rsidRDefault="003C2F06">
      <w:pPr>
        <w:spacing w:after="60"/>
        <w:jc w:val="center"/>
      </w:pPr>
      <w:r>
        <w:rPr>
          <w:b/>
          <w:sz w:val="31"/>
        </w:rPr>
        <w:t>S2-03 — HEALTHCARE PROVIDER &amp; PHARMACY LIST</w:t>
      </w:r>
    </w:p>
    <w:p w14:paraId="7BBACE71" w14:textId="77777777" w:rsidR="0088526E" w:rsidRDefault="003C2F06">
      <w:pPr>
        <w:spacing w:after="120"/>
        <w:jc w:val="center"/>
      </w:pPr>
      <w:r>
        <w:rPr>
          <w:i/>
          <w:sz w:val="18"/>
        </w:rPr>
        <w:t>Use this form to identify the healthcare professionals, facilities, pharmacies, and services important to your care.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88526E" w14:paraId="3788C5CE" w14:textId="77777777" w:rsidTr="00817BEF">
        <w:trPr>
          <w:jc w:val="center"/>
        </w:trPr>
        <w:tc>
          <w:tcPr>
            <w:tcW w:w="532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8ECEEB" w14:textId="77777777" w:rsidR="0088526E" w:rsidRDefault="003C2F06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32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A4EF9B" w14:textId="77777777" w:rsidR="0088526E" w:rsidRDefault="003C2F06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15194808" w14:textId="77777777" w:rsidR="0088526E" w:rsidRDefault="003C2F06">
      <w:pPr>
        <w:spacing w:before="80" w:after="100"/>
      </w:pPr>
      <w:r>
        <w:t>Include, as applicable, your primary-care physician, specialists, dentist, eye doctor, pharmacy, home-health agency, hospice provider, and other important healthcare contacts.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278"/>
        <w:gridCol w:w="1984"/>
        <w:gridCol w:w="1543"/>
        <w:gridCol w:w="2571"/>
        <w:gridCol w:w="2424"/>
      </w:tblGrid>
      <w:tr w:rsidR="0088526E" w14:paraId="32CD1A86" w14:textId="77777777" w:rsidTr="00817BEF">
        <w:trPr>
          <w:tblHeader/>
          <w:jc w:val="center"/>
        </w:trPr>
        <w:tc>
          <w:tcPr>
            <w:tcW w:w="2232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5ED065E" w14:textId="77777777" w:rsidR="0088526E" w:rsidRDefault="003C2F06">
            <w:pPr>
              <w:jc w:val="center"/>
            </w:pPr>
            <w:r>
              <w:rPr>
                <w:b/>
                <w:sz w:val="15"/>
              </w:rPr>
              <w:t>Provider / Facility / Pharmacy</w:t>
            </w:r>
          </w:p>
        </w:tc>
        <w:tc>
          <w:tcPr>
            <w:tcW w:w="1944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11A051C" w14:textId="77777777" w:rsidR="0088526E" w:rsidRDefault="003C2F06">
            <w:pPr>
              <w:jc w:val="center"/>
            </w:pPr>
            <w:r>
              <w:rPr>
                <w:b/>
                <w:sz w:val="15"/>
              </w:rPr>
              <w:t>Specialty or Type of Service</w:t>
            </w:r>
          </w:p>
        </w:tc>
        <w:tc>
          <w:tcPr>
            <w:tcW w:w="1512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E42EF86" w14:textId="77777777" w:rsidR="0088526E" w:rsidRDefault="003C2F06">
            <w:pPr>
              <w:jc w:val="center"/>
            </w:pPr>
            <w:r>
              <w:rPr>
                <w:b/>
                <w:sz w:val="15"/>
              </w:rPr>
              <w:t>Phone</w:t>
            </w:r>
          </w:p>
        </w:tc>
        <w:tc>
          <w:tcPr>
            <w:tcW w:w="2520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8EB8DF8" w14:textId="77777777" w:rsidR="0088526E" w:rsidRDefault="003C2F06">
            <w:pPr>
              <w:jc w:val="center"/>
            </w:pPr>
            <w:r>
              <w:rPr>
                <w:b/>
                <w:sz w:val="15"/>
              </w:rPr>
              <w:t>Address</w:t>
            </w:r>
          </w:p>
        </w:tc>
        <w:tc>
          <w:tcPr>
            <w:tcW w:w="2376" w:type="dxa"/>
            <w:shd w:val="clear" w:color="auto" w:fill="D9D9D9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3FB235F7" w14:textId="77777777" w:rsidR="0088526E" w:rsidRDefault="003C2F06">
            <w:pPr>
              <w:jc w:val="center"/>
            </w:pPr>
            <w:r>
              <w:rPr>
                <w:b/>
                <w:sz w:val="15"/>
              </w:rPr>
              <w:t>Relevant Notes</w:t>
            </w:r>
          </w:p>
        </w:tc>
      </w:tr>
      <w:tr w:rsidR="0088526E" w14:paraId="2D67EA30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17F5FB3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E87016A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C4DF980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6699F79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D17997C" w14:textId="77777777" w:rsidR="0088526E" w:rsidRDefault="0088526E"/>
        </w:tc>
      </w:tr>
      <w:tr w:rsidR="0088526E" w14:paraId="1E456470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68FF980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C63509B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918317C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2F4074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FC89D40" w14:textId="77777777" w:rsidR="0088526E" w:rsidRDefault="0088526E"/>
        </w:tc>
      </w:tr>
      <w:tr w:rsidR="0088526E" w14:paraId="519B21BE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72ADB67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22FD987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0B90B73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5F91AE9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08A3836" w14:textId="77777777" w:rsidR="0088526E" w:rsidRDefault="0088526E"/>
        </w:tc>
      </w:tr>
      <w:tr w:rsidR="0088526E" w14:paraId="5AA5EA01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76A63B8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7806C26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4C1D3A1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AE0C1EC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B7C4D15" w14:textId="77777777" w:rsidR="0088526E" w:rsidRDefault="0088526E"/>
        </w:tc>
      </w:tr>
      <w:tr w:rsidR="0088526E" w14:paraId="4B9CEE3B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A0F1E3A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1076632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3E85ED0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48A1273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FF2AB27" w14:textId="77777777" w:rsidR="0088526E" w:rsidRDefault="0088526E"/>
        </w:tc>
      </w:tr>
      <w:tr w:rsidR="0088526E" w14:paraId="5E487A7A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E6C1909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40952AC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4B5799C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1072984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AD0909B" w14:textId="77777777" w:rsidR="0088526E" w:rsidRDefault="0088526E"/>
        </w:tc>
      </w:tr>
      <w:tr w:rsidR="0088526E" w14:paraId="108FA0E5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D8F7104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2EF6000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442A6A8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C005FE3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56B4DAC" w14:textId="77777777" w:rsidR="0088526E" w:rsidRDefault="0088526E"/>
        </w:tc>
      </w:tr>
      <w:tr w:rsidR="0088526E" w14:paraId="5853E15B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11C29C2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07AFCFF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948B6D9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59B9879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5D35142D" w14:textId="77777777" w:rsidR="0088526E" w:rsidRDefault="0088526E"/>
        </w:tc>
      </w:tr>
      <w:tr w:rsidR="0088526E" w14:paraId="40725397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4F94630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A066905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2F7A688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1BC6E58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4E215FD" w14:textId="77777777" w:rsidR="0088526E" w:rsidRDefault="0088526E"/>
        </w:tc>
      </w:tr>
      <w:tr w:rsidR="0088526E" w14:paraId="270AFBA0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CFDA909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A4AAEAA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E1B74EC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E6127F2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0046612F" w14:textId="77777777" w:rsidR="0088526E" w:rsidRDefault="0088526E"/>
        </w:tc>
      </w:tr>
      <w:tr w:rsidR="0088526E" w14:paraId="5D1E7A50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6B6401C4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6A49FDB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249584E1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7176A02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84A8007" w14:textId="77777777" w:rsidR="0088526E" w:rsidRDefault="0088526E"/>
        </w:tc>
      </w:tr>
      <w:tr w:rsidR="0088526E" w14:paraId="6BDA93E1" w14:textId="77777777" w:rsidTr="00817BEF">
        <w:trPr>
          <w:trHeight w:val="510"/>
          <w:jc w:val="center"/>
        </w:trPr>
        <w:tc>
          <w:tcPr>
            <w:tcW w:w="223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5472CF2" w14:textId="77777777" w:rsidR="0088526E" w:rsidRDefault="0088526E"/>
        </w:tc>
        <w:tc>
          <w:tcPr>
            <w:tcW w:w="1944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4694309B" w14:textId="77777777" w:rsidR="0088526E" w:rsidRDefault="0088526E"/>
        </w:tc>
        <w:tc>
          <w:tcPr>
            <w:tcW w:w="1512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3E198B57" w14:textId="77777777" w:rsidR="0088526E" w:rsidRDefault="0088526E"/>
        </w:tc>
        <w:tc>
          <w:tcPr>
            <w:tcW w:w="2520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75036B0F" w14:textId="77777777" w:rsidR="0088526E" w:rsidRDefault="0088526E"/>
        </w:tc>
        <w:tc>
          <w:tcPr>
            <w:tcW w:w="2376" w:type="dxa"/>
            <w:tcMar>
              <w:top w:w="45" w:type="dxa"/>
              <w:left w:w="40" w:type="dxa"/>
              <w:bottom w:w="45" w:type="dxa"/>
              <w:right w:w="40" w:type="dxa"/>
            </w:tcMar>
          </w:tcPr>
          <w:p w14:paraId="1F2F1237" w14:textId="77777777" w:rsidR="0088526E" w:rsidRDefault="0088526E"/>
        </w:tc>
      </w:tr>
    </w:tbl>
    <w:p w14:paraId="367092D2" w14:textId="77777777" w:rsidR="00E54F82" w:rsidRDefault="00E54F82">
      <w:pPr>
        <w:spacing w:before="100" w:after="40"/>
        <w:rPr>
          <w:b/>
          <w:sz w:val="20"/>
        </w:rPr>
      </w:pPr>
    </w:p>
    <w:p w14:paraId="3B681F04" w14:textId="46CCB60B" w:rsidR="0088526E" w:rsidRDefault="003C2F06" w:rsidP="005B1B3B">
      <w:pPr>
        <w:spacing w:before="100" w:after="40" w:line="360" w:lineRule="auto"/>
      </w:pPr>
      <w:r>
        <w:rPr>
          <w:b/>
          <w:sz w:val="20"/>
        </w:rPr>
        <w:t>ADDITIONAL NOTES</w:t>
      </w:r>
    </w:p>
    <w:p w14:paraId="247AB518" w14:textId="77777777" w:rsidR="0088526E" w:rsidRDefault="003C2F06" w:rsidP="005B1B3B">
      <w:pPr>
        <w:spacing w:after="20" w:line="360" w:lineRule="auto"/>
      </w:pPr>
      <w:r>
        <w:t>________________________________________________________________________________</w:t>
      </w:r>
    </w:p>
    <w:p w14:paraId="12822EFE" w14:textId="77777777" w:rsidR="0088526E" w:rsidRDefault="003C2F06" w:rsidP="005B1B3B">
      <w:pPr>
        <w:spacing w:after="20" w:line="360" w:lineRule="auto"/>
      </w:pPr>
      <w:r>
        <w:t>________________________________________________________________________________</w:t>
      </w:r>
    </w:p>
    <w:sectPr w:rsidR="0088526E" w:rsidSect="00034616">
      <w:footerReference w:type="default" r:id="rId8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7F78" w14:textId="77777777" w:rsidR="00A63DC7" w:rsidRDefault="00A63DC7">
      <w:pPr>
        <w:spacing w:after="0" w:line="240" w:lineRule="auto"/>
      </w:pPr>
      <w:r>
        <w:separator/>
      </w:r>
    </w:p>
  </w:endnote>
  <w:endnote w:type="continuationSeparator" w:id="0">
    <w:p w14:paraId="48444AC2" w14:textId="77777777" w:rsidR="00A63DC7" w:rsidRDefault="00A6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BB846" w14:textId="77777777" w:rsidR="0088526E" w:rsidRDefault="003C2F06">
    <w:pPr>
      <w:pStyle w:val="Footer"/>
      <w:jc w:val="center"/>
    </w:pPr>
    <w:r>
      <w:rPr>
        <w:sz w:val="15"/>
      </w:rPr>
      <w:t>Legacy Binder © Sheila Keene-Lund | S2-03 — Healthcare Provider &amp; Pharmacy 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E87CC" w14:textId="77777777" w:rsidR="00A63DC7" w:rsidRDefault="00A63DC7">
      <w:pPr>
        <w:spacing w:after="0" w:line="240" w:lineRule="auto"/>
      </w:pPr>
      <w:r>
        <w:separator/>
      </w:r>
    </w:p>
  </w:footnote>
  <w:footnote w:type="continuationSeparator" w:id="0">
    <w:p w14:paraId="259D7422" w14:textId="77777777" w:rsidR="00A63DC7" w:rsidRDefault="00A6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769053">
    <w:abstractNumId w:val="8"/>
  </w:num>
  <w:num w:numId="2" w16cid:durableId="1245265750">
    <w:abstractNumId w:val="6"/>
  </w:num>
  <w:num w:numId="3" w16cid:durableId="1728996008">
    <w:abstractNumId w:val="5"/>
  </w:num>
  <w:num w:numId="4" w16cid:durableId="74741572">
    <w:abstractNumId w:val="4"/>
  </w:num>
  <w:num w:numId="5" w16cid:durableId="119108881">
    <w:abstractNumId w:val="7"/>
  </w:num>
  <w:num w:numId="6" w16cid:durableId="2126927137">
    <w:abstractNumId w:val="3"/>
  </w:num>
  <w:num w:numId="7" w16cid:durableId="2040082771">
    <w:abstractNumId w:val="2"/>
  </w:num>
  <w:num w:numId="8" w16cid:durableId="1494640509">
    <w:abstractNumId w:val="1"/>
  </w:num>
  <w:num w:numId="9" w16cid:durableId="623004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2F06"/>
    <w:rsid w:val="00413DFC"/>
    <w:rsid w:val="005B1B3B"/>
    <w:rsid w:val="00777444"/>
    <w:rsid w:val="00817BEF"/>
    <w:rsid w:val="0088526E"/>
    <w:rsid w:val="00A63DC7"/>
    <w:rsid w:val="00AA1D8D"/>
    <w:rsid w:val="00B47730"/>
    <w:rsid w:val="00C82F1F"/>
    <w:rsid w:val="00CB0664"/>
    <w:rsid w:val="00E54F82"/>
    <w:rsid w:val="00FC5C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93DF9"/>
  <w14:defaultImageDpi w14:val="300"/>
  <w15:docId w15:val="{58B91C75-6E4D-44E7-B27F-46CA2F6C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2026-09-07T23:03:00Z</dcterms:created>
  <dcterms:modified xsi:type="dcterms:W3CDTF">2026-09-14T14:07:00Z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43ee2666-1533-4b6d-b3d3-c0d0f41f2775</vt:lpwstr>
  </property>
</Properties>
</file>