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78B89" w14:textId="77777777" w:rsidR="00CD5830" w:rsidRDefault="00BD4FDE">
      <w:pPr>
        <w:spacing w:after="0"/>
        <w:jc w:val="center"/>
      </w:pPr>
      <w:r>
        <w:rPr>
          <w:b/>
          <w:sz w:val="28"/>
        </w:rPr>
        <w:t>LEGACY BINDER</w:t>
      </w:r>
    </w:p>
    <w:p w14:paraId="6B30BD3D" w14:textId="77777777" w:rsidR="00CD5830" w:rsidRDefault="00BD4FDE">
      <w:pPr>
        <w:spacing w:after="60"/>
        <w:jc w:val="center"/>
      </w:pPr>
      <w:r>
        <w:rPr>
          <w:b/>
          <w:sz w:val="29"/>
        </w:rPr>
        <w:t>S3-01 — FUNERAL, MEMORIAL &amp; FINAL ARRANGEMENTS SUMMARY</w:t>
      </w:r>
    </w:p>
    <w:p w14:paraId="47D8CF63" w14:textId="77777777" w:rsidR="00CD5830" w:rsidRDefault="00BD4FDE">
      <w:pPr>
        <w:spacing w:after="100"/>
        <w:jc w:val="center"/>
      </w:pPr>
      <w:r>
        <w:rPr>
          <w:i/>
          <w:sz w:val="17"/>
        </w:rPr>
        <w:t>Use this form to record your principal arrangements and preferences and to direct those responsible to supporting documents or additional instructions.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CD5830" w14:paraId="731A2FAB" w14:textId="77777777" w:rsidTr="009C17A3">
        <w:trPr>
          <w:jc w:val="center"/>
        </w:trPr>
        <w:tc>
          <w:tcPr>
            <w:tcW w:w="5256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398D71D" w14:textId="77777777" w:rsidR="00CD5830" w:rsidRDefault="00BD4FDE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256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9815EAE" w14:textId="77777777" w:rsidR="00CD5830" w:rsidRDefault="00BD4FDE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4EA3BA11" w14:textId="77777777" w:rsidR="00CD5830" w:rsidRDefault="00CD5830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D5830" w14:paraId="1E71BA13" w14:textId="77777777" w:rsidTr="009C17A3">
        <w:trPr>
          <w:jc w:val="center"/>
        </w:trPr>
        <w:tc>
          <w:tcPr>
            <w:tcW w:w="1044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A25FD42" w14:textId="77777777" w:rsidR="00CD5830" w:rsidRDefault="00BD4FDE">
            <w:pPr>
              <w:spacing w:after="0"/>
            </w:pPr>
            <w:r>
              <w:rPr>
                <w:b/>
                <w:sz w:val="19"/>
              </w:rPr>
              <w:t>PREFERRED FUNERAL HOME OR PROVIDER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225"/>
        <w:gridCol w:w="7575"/>
      </w:tblGrid>
      <w:tr w:rsidR="00CD5830" w14:paraId="529849CB" w14:textId="77777777" w:rsidTr="009C17A3">
        <w:trPr>
          <w:trHeight w:val="35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BFC305D" w14:textId="77777777" w:rsidR="00CD5830" w:rsidRDefault="00BD4FDE">
            <w:r>
              <w:rPr>
                <w:b/>
                <w:sz w:val="17"/>
              </w:rPr>
              <w:t>Provider / Funeral Home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4D821DF" w14:textId="77777777" w:rsidR="00CD5830" w:rsidRDefault="00CD5830"/>
        </w:tc>
      </w:tr>
      <w:tr w:rsidR="00CD5830" w14:paraId="42E00A5A" w14:textId="77777777" w:rsidTr="009C17A3">
        <w:trPr>
          <w:trHeight w:val="42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753CC29" w14:textId="77777777" w:rsidR="00CD5830" w:rsidRDefault="00BD4FDE">
            <w:r>
              <w:rPr>
                <w:b/>
                <w:sz w:val="17"/>
              </w:rPr>
              <w:t>Contact Information / Contact Person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4CC0B73" w14:textId="77777777" w:rsidR="00CD5830" w:rsidRDefault="00CD5830"/>
        </w:tc>
      </w:tr>
      <w:tr w:rsidR="00CD5830" w14:paraId="570C26E8" w14:textId="77777777" w:rsidTr="009C17A3">
        <w:trPr>
          <w:trHeight w:val="33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7F9F4CA" w14:textId="77777777" w:rsidR="00CD5830" w:rsidRDefault="00BD4FDE">
            <w:r>
              <w:rPr>
                <w:b/>
                <w:sz w:val="17"/>
              </w:rPr>
              <w:t>Contract / Arrangement Number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B30B7E9" w14:textId="77777777" w:rsidR="00CD5830" w:rsidRDefault="00CD5830"/>
        </w:tc>
      </w:tr>
      <w:tr w:rsidR="00CD5830" w14:paraId="04709685" w14:textId="77777777" w:rsidTr="009C17A3">
        <w:trPr>
          <w:trHeight w:val="36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83D7424" w14:textId="77777777" w:rsidR="00CD5830" w:rsidRDefault="00BD4FDE">
            <w:r>
              <w:rPr>
                <w:b/>
                <w:sz w:val="17"/>
              </w:rPr>
              <w:t>Location of Supporting Documents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89D4519" w14:textId="77777777" w:rsidR="00CD5830" w:rsidRDefault="00CD5830"/>
        </w:tc>
      </w:tr>
    </w:tbl>
    <w:p w14:paraId="6E4B15E6" w14:textId="77777777" w:rsidR="00CD5830" w:rsidRDefault="00CD5830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D5830" w14:paraId="386FC8D8" w14:textId="77777777" w:rsidTr="009C17A3">
        <w:trPr>
          <w:jc w:val="center"/>
        </w:trPr>
        <w:tc>
          <w:tcPr>
            <w:tcW w:w="1044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194117D" w14:textId="77777777" w:rsidR="00CD5830" w:rsidRDefault="00BD4FDE">
            <w:pPr>
              <w:spacing w:after="0"/>
            </w:pPr>
            <w:r>
              <w:rPr>
                <w:b/>
                <w:sz w:val="19"/>
              </w:rPr>
              <w:t>FUNDING &amp; PREPAID ARRANGEMENTS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225"/>
        <w:gridCol w:w="7575"/>
      </w:tblGrid>
      <w:tr w:rsidR="00CD5830" w14:paraId="7D1998B1" w14:textId="77777777" w:rsidTr="009C17A3">
        <w:trPr>
          <w:trHeight w:val="39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378D78B" w14:textId="77777777" w:rsidR="00CD5830" w:rsidRDefault="00BD4FDE">
            <w:r>
              <w:rPr>
                <w:b/>
                <w:sz w:val="17"/>
              </w:rPr>
              <w:t>Arrangement / Funding Source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DF1B781" w14:textId="77777777" w:rsidR="00CD5830" w:rsidRDefault="00CD5830"/>
        </w:tc>
      </w:tr>
      <w:tr w:rsidR="00CD5830" w14:paraId="36F5EDF6" w14:textId="77777777" w:rsidTr="009C17A3">
        <w:trPr>
          <w:trHeight w:val="39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A03AD6B" w14:textId="77777777" w:rsidR="00CD5830" w:rsidRDefault="00BD4FDE">
            <w:r>
              <w:rPr>
                <w:b/>
                <w:sz w:val="17"/>
              </w:rPr>
              <w:t>Provider / Policy / Account Reference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A20CA18" w14:textId="77777777" w:rsidR="00CD5830" w:rsidRDefault="00CD5830"/>
        </w:tc>
      </w:tr>
      <w:tr w:rsidR="00CD5830" w14:paraId="3AF54F22" w14:textId="77777777" w:rsidTr="009C17A3">
        <w:trPr>
          <w:trHeight w:val="36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3B6B7C8" w14:textId="77777777" w:rsidR="00CD5830" w:rsidRDefault="00BD4FDE">
            <w:r>
              <w:rPr>
                <w:b/>
                <w:sz w:val="17"/>
              </w:rPr>
              <w:t>Location of Supporting Information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3B53D16" w14:textId="77777777" w:rsidR="00CD5830" w:rsidRDefault="00CD5830"/>
        </w:tc>
      </w:tr>
    </w:tbl>
    <w:p w14:paraId="6FE99288" w14:textId="77777777" w:rsidR="00CD5830" w:rsidRDefault="00CD5830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D5830" w14:paraId="254E6EA6" w14:textId="77777777" w:rsidTr="009C17A3">
        <w:trPr>
          <w:jc w:val="center"/>
        </w:trPr>
        <w:tc>
          <w:tcPr>
            <w:tcW w:w="1044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EA75AAC" w14:textId="77777777" w:rsidR="00CD5830" w:rsidRDefault="00BD4FDE">
            <w:pPr>
              <w:spacing w:after="0"/>
            </w:pPr>
            <w:r>
              <w:rPr>
                <w:b/>
                <w:sz w:val="19"/>
              </w:rPr>
              <w:t>DISPOSITION OF REMAINS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225"/>
        <w:gridCol w:w="7575"/>
      </w:tblGrid>
      <w:tr w:rsidR="00CD5830" w14:paraId="4C6385C2" w14:textId="77777777" w:rsidTr="009C17A3">
        <w:trPr>
          <w:trHeight w:val="43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CF79B03" w14:textId="77777777" w:rsidR="00CD5830" w:rsidRDefault="00BD4FDE">
            <w:r>
              <w:rPr>
                <w:b/>
                <w:sz w:val="17"/>
              </w:rPr>
              <w:t>My Preference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202B195" w14:textId="77777777" w:rsidR="00CD5830" w:rsidRDefault="00CD5830"/>
        </w:tc>
      </w:tr>
      <w:tr w:rsidR="00CD5830" w14:paraId="61857FA4" w14:textId="77777777" w:rsidTr="009C17A3">
        <w:trPr>
          <w:trHeight w:val="43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10F3B25" w14:textId="77777777" w:rsidR="00CD5830" w:rsidRDefault="00BD4FDE">
            <w:r>
              <w:rPr>
                <w:b/>
                <w:sz w:val="17"/>
              </w:rPr>
              <w:t>Cremated Remains — Instructions, if applicable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05CC1D9" w14:textId="77777777" w:rsidR="00CD5830" w:rsidRDefault="00CD5830"/>
        </w:tc>
      </w:tr>
      <w:tr w:rsidR="00CD5830" w14:paraId="33F7A0B5" w14:textId="77777777" w:rsidTr="009C17A3">
        <w:trPr>
          <w:trHeight w:val="36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97EA04D" w14:textId="77777777" w:rsidR="00CD5830" w:rsidRDefault="00BD4FDE">
            <w:r>
              <w:rPr>
                <w:b/>
                <w:sz w:val="17"/>
              </w:rPr>
              <w:t>Whole-Body Donation — Cross-Reference, if applicable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9D88F20" w14:textId="77777777" w:rsidR="00CD5830" w:rsidRDefault="00CD5830"/>
        </w:tc>
      </w:tr>
    </w:tbl>
    <w:p w14:paraId="3DDD10AD" w14:textId="77777777" w:rsidR="00CD5830" w:rsidRDefault="00CD5830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D5830" w14:paraId="71FFA43A" w14:textId="77777777" w:rsidTr="009C17A3">
        <w:trPr>
          <w:jc w:val="center"/>
        </w:trPr>
        <w:tc>
          <w:tcPr>
            <w:tcW w:w="1035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4D59D47" w14:textId="77777777" w:rsidR="00CD5830" w:rsidRDefault="00BD4FDE">
            <w:pPr>
              <w:spacing w:after="0"/>
            </w:pPr>
            <w:r>
              <w:rPr>
                <w:b/>
                <w:sz w:val="19"/>
              </w:rPr>
              <w:t>CEMETERY OR FINAL RESTING PLACE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225"/>
        <w:gridCol w:w="7575"/>
      </w:tblGrid>
      <w:tr w:rsidR="00CD5830" w14:paraId="57A20CCD" w14:textId="77777777" w:rsidTr="009C17A3">
        <w:trPr>
          <w:trHeight w:val="37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74C3370" w14:textId="77777777" w:rsidR="00CD5830" w:rsidRDefault="00BD4FDE">
            <w:r>
              <w:rPr>
                <w:b/>
                <w:sz w:val="17"/>
              </w:rPr>
              <w:t>Cemetery / Memorial Park / Location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15E3EF5" w14:textId="77777777" w:rsidR="00CD5830" w:rsidRDefault="00CD5830"/>
        </w:tc>
      </w:tr>
      <w:tr w:rsidR="00CD5830" w14:paraId="684672B9" w14:textId="77777777" w:rsidTr="009C17A3">
        <w:trPr>
          <w:trHeight w:val="37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ED1FF77" w14:textId="77777777" w:rsidR="00CD5830" w:rsidRDefault="00BD4FDE">
            <w:r>
              <w:rPr>
                <w:b/>
                <w:sz w:val="17"/>
              </w:rPr>
              <w:t>Plot / Crypt / Niche / Other Location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942871E" w14:textId="77777777" w:rsidR="00CD5830" w:rsidRDefault="00CD5830"/>
        </w:tc>
      </w:tr>
      <w:tr w:rsidR="00CD5830" w14:paraId="01DE7EED" w14:textId="77777777" w:rsidTr="009C17A3">
        <w:trPr>
          <w:trHeight w:val="37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1AC0177" w14:textId="77777777" w:rsidR="00CD5830" w:rsidRDefault="00BD4FDE">
            <w:r>
              <w:rPr>
                <w:b/>
                <w:sz w:val="17"/>
              </w:rPr>
              <w:t>Deed / Contract / Payment Information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EC11F66" w14:textId="77777777" w:rsidR="00CD5830" w:rsidRDefault="00CD5830"/>
        </w:tc>
      </w:tr>
    </w:tbl>
    <w:p w14:paraId="4FB7E8BE" w14:textId="77777777" w:rsidR="00CD5830" w:rsidRDefault="00CD5830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D5830" w14:paraId="759C6765" w14:textId="77777777" w:rsidTr="00FD2205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2B645B2" w14:textId="77777777" w:rsidR="00CD5830" w:rsidRDefault="00BD4FDE">
            <w:pPr>
              <w:spacing w:after="0"/>
            </w:pPr>
            <w:r>
              <w:rPr>
                <w:b/>
                <w:sz w:val="19"/>
              </w:rPr>
              <w:t>FUNERAL, MEMORIAL OR CELEBRATION OF LIFE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225"/>
        <w:gridCol w:w="7575"/>
      </w:tblGrid>
      <w:tr w:rsidR="00CD5830" w14:paraId="1E8AD6F2" w14:textId="77777777" w:rsidTr="009C17A3">
        <w:trPr>
          <w:trHeight w:val="37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C379491" w14:textId="77777777" w:rsidR="00CD5830" w:rsidRDefault="00BD4FDE">
            <w:r>
              <w:rPr>
                <w:b/>
                <w:sz w:val="17"/>
              </w:rPr>
              <w:t>Type of Service / Gathering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B4B305A" w14:textId="77777777" w:rsidR="00CD5830" w:rsidRDefault="00CD5830"/>
        </w:tc>
      </w:tr>
      <w:tr w:rsidR="00CD5830" w14:paraId="3B31C0AF" w14:textId="77777777" w:rsidTr="009C17A3">
        <w:trPr>
          <w:trHeight w:val="34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F64CB1E" w14:textId="77777777" w:rsidR="00CD5830" w:rsidRDefault="00BD4FDE">
            <w:r>
              <w:rPr>
                <w:b/>
                <w:sz w:val="17"/>
              </w:rPr>
              <w:t>Preferred Location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8D1297E" w14:textId="77777777" w:rsidR="00CD5830" w:rsidRDefault="00CD5830"/>
        </w:tc>
      </w:tr>
      <w:tr w:rsidR="00CD5830" w14:paraId="049D1D88" w14:textId="77777777" w:rsidTr="009C17A3">
        <w:trPr>
          <w:trHeight w:val="37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EB9C15A" w14:textId="77777777" w:rsidR="00CD5830" w:rsidRDefault="00BD4FDE">
            <w:r>
              <w:rPr>
                <w:b/>
                <w:sz w:val="17"/>
              </w:rPr>
              <w:t>Officiant / Clergy / Celebrant / Contact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73B9A59" w14:textId="77777777" w:rsidR="00CD5830" w:rsidRDefault="00CD5830"/>
        </w:tc>
      </w:tr>
      <w:tr w:rsidR="00CD5830" w14:paraId="1DB9D9E4" w14:textId="77777777" w:rsidTr="009C17A3">
        <w:trPr>
          <w:trHeight w:val="41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A828BAD" w14:textId="77777777" w:rsidR="00CD5830" w:rsidRDefault="00BD4FDE">
            <w:r>
              <w:rPr>
                <w:b/>
                <w:sz w:val="17"/>
              </w:rPr>
              <w:t>Religious / Spiritual / Cultural Traditions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D353834" w14:textId="77777777" w:rsidR="00CD5830" w:rsidRDefault="00CD5830"/>
        </w:tc>
      </w:tr>
    </w:tbl>
    <w:p w14:paraId="7DE8BFBD" w14:textId="77777777" w:rsidR="00CD5830" w:rsidRDefault="00CD5830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D5830" w14:paraId="4CC494F7" w14:textId="77777777" w:rsidTr="009C17A3">
        <w:trPr>
          <w:jc w:val="center"/>
        </w:trPr>
        <w:tc>
          <w:tcPr>
            <w:tcW w:w="1035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510B38A" w14:textId="77777777" w:rsidR="00CD5830" w:rsidRDefault="00BD4FDE">
            <w:pPr>
              <w:spacing w:after="0"/>
            </w:pPr>
            <w:r>
              <w:rPr>
                <w:b/>
                <w:sz w:val="19"/>
              </w:rPr>
              <w:t>SERVICE DETAILS &amp; PERSONAL TRIBUTES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225"/>
        <w:gridCol w:w="7575"/>
      </w:tblGrid>
      <w:tr w:rsidR="00CD5830" w14:paraId="70CA9EAF" w14:textId="77777777" w:rsidTr="009C17A3">
        <w:trPr>
          <w:trHeight w:val="36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C93ADC9" w14:textId="77777777" w:rsidR="00CD5830" w:rsidRDefault="00BD4FDE">
            <w:r>
              <w:rPr>
                <w:b/>
                <w:sz w:val="17"/>
              </w:rPr>
              <w:t>Viewing / Visitation / Casket Preferences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87EBAA2" w14:textId="77777777" w:rsidR="00CD5830" w:rsidRDefault="00CD5830"/>
        </w:tc>
      </w:tr>
      <w:tr w:rsidR="00CD5830" w14:paraId="090B3ACB" w14:textId="77777777" w:rsidTr="009C17A3">
        <w:trPr>
          <w:trHeight w:val="43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8368481" w14:textId="77777777" w:rsidR="00CD5830" w:rsidRDefault="00BD4FDE">
            <w:r>
              <w:rPr>
                <w:b/>
                <w:sz w:val="17"/>
              </w:rPr>
              <w:lastRenderedPageBreak/>
              <w:t>Music / Readings / Prayers / Poems / Scripture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E86161D" w14:textId="77777777" w:rsidR="00CD5830" w:rsidRDefault="00CD5830"/>
        </w:tc>
      </w:tr>
      <w:tr w:rsidR="00CD5830" w14:paraId="6ABFB9A8" w14:textId="77777777" w:rsidTr="009C17A3">
        <w:trPr>
          <w:trHeight w:val="40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EDB3293" w14:textId="77777777" w:rsidR="00CD5830" w:rsidRDefault="00BD4FDE">
            <w:r>
              <w:rPr>
                <w:b/>
                <w:sz w:val="17"/>
              </w:rPr>
              <w:t>Speakers / Photographs / Video / Displays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A2FE70E" w14:textId="77777777" w:rsidR="00CD5830" w:rsidRDefault="00CD5830"/>
        </w:tc>
      </w:tr>
      <w:tr w:rsidR="00CD5830" w14:paraId="1B5D1718" w14:textId="77777777" w:rsidTr="009C17A3">
        <w:trPr>
          <w:trHeight w:val="40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8425D5D" w14:textId="77777777" w:rsidR="00CD5830" w:rsidRDefault="00BD4FDE">
            <w:r>
              <w:rPr>
                <w:b/>
                <w:sz w:val="17"/>
              </w:rPr>
              <w:t>Clothing / Jewelry / Personal Items / Other Wishes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50491E1" w14:textId="77777777" w:rsidR="00CD5830" w:rsidRDefault="00CD5830"/>
        </w:tc>
      </w:tr>
    </w:tbl>
    <w:p w14:paraId="5D4BA997" w14:textId="77777777" w:rsidR="00CD5830" w:rsidRDefault="00CD5830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D5830" w14:paraId="71C5F9A1" w14:textId="77777777" w:rsidTr="009C17A3">
        <w:trPr>
          <w:jc w:val="center"/>
        </w:trPr>
        <w:tc>
          <w:tcPr>
            <w:tcW w:w="1035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AB5F6B3" w14:textId="77777777" w:rsidR="00CD5830" w:rsidRDefault="00BD4FDE">
            <w:pPr>
              <w:spacing w:after="0"/>
            </w:pPr>
            <w:r>
              <w:rPr>
                <w:b/>
                <w:sz w:val="19"/>
              </w:rPr>
              <w:t>FLOWERS &amp; MEMORIAL DONATIONS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225"/>
        <w:gridCol w:w="7575"/>
      </w:tblGrid>
      <w:tr w:rsidR="00CD5830" w14:paraId="2DF2D34D" w14:textId="77777777" w:rsidTr="009C17A3">
        <w:trPr>
          <w:trHeight w:val="36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3069610" w14:textId="77777777" w:rsidR="00CD5830" w:rsidRDefault="00BD4FDE">
            <w:r>
              <w:rPr>
                <w:b/>
                <w:sz w:val="17"/>
              </w:rPr>
              <w:t>Flowers / Donations / No Preference / Other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EB7D854" w14:textId="77777777" w:rsidR="00CD5830" w:rsidRDefault="00CD5830"/>
        </w:tc>
      </w:tr>
      <w:tr w:rsidR="00CD5830" w14:paraId="29AFD467" w14:textId="77777777" w:rsidTr="009C17A3">
        <w:trPr>
          <w:trHeight w:val="360"/>
          <w:jc w:val="center"/>
        </w:trPr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7A10112" w14:textId="77777777" w:rsidR="00CD5830" w:rsidRDefault="00BD4FDE">
            <w:r>
              <w:rPr>
                <w:b/>
                <w:sz w:val="17"/>
              </w:rPr>
              <w:t>Preferred Charity / Organization / Cause</w:t>
            </w:r>
          </w:p>
        </w:tc>
        <w:tc>
          <w:tcPr>
            <w:tcW w:w="72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6B2F00C" w14:textId="77777777" w:rsidR="00CD5830" w:rsidRDefault="00CD5830"/>
        </w:tc>
      </w:tr>
    </w:tbl>
    <w:p w14:paraId="5974374D" w14:textId="77777777" w:rsidR="00CD5830" w:rsidRDefault="00BD4FDE" w:rsidP="00525D63">
      <w:pPr>
        <w:spacing w:before="80" w:after="20" w:line="360" w:lineRule="auto"/>
        <w:ind w:left="90"/>
      </w:pPr>
      <w:r>
        <w:rPr>
          <w:b/>
          <w:sz w:val="19"/>
        </w:rPr>
        <w:t>ADDITIONAL INSTRUCTIONS</w:t>
      </w:r>
    </w:p>
    <w:p w14:paraId="5A7A748A" w14:textId="77777777" w:rsidR="00CD5830" w:rsidRDefault="00BD4FDE" w:rsidP="00525D63">
      <w:pPr>
        <w:spacing w:after="0" w:line="360" w:lineRule="auto"/>
        <w:ind w:left="90"/>
      </w:pPr>
      <w:r>
        <w:t>________________________________________________________________________________</w:t>
      </w:r>
    </w:p>
    <w:p w14:paraId="26D5BDBB" w14:textId="77777777" w:rsidR="00CD5830" w:rsidRDefault="00BD4FDE" w:rsidP="00525D63">
      <w:pPr>
        <w:spacing w:after="0" w:line="360" w:lineRule="auto"/>
        <w:ind w:left="90"/>
      </w:pPr>
      <w:r>
        <w:t>________________________________________________________________________________</w:t>
      </w:r>
    </w:p>
    <w:p w14:paraId="70DC827A" w14:textId="77777777" w:rsidR="00CD5830" w:rsidRDefault="00BD4FDE" w:rsidP="00525D63">
      <w:pPr>
        <w:spacing w:before="60" w:after="0"/>
        <w:ind w:left="90"/>
      </w:pPr>
      <w:r>
        <w:rPr>
          <w:b/>
        </w:rPr>
        <w:t xml:space="preserve">Note: </w:t>
      </w:r>
      <w:r>
        <w:t>Keep primary organ- and tissue-donation information in the Medical &amp; Health Information section. Laws governing authority over final arrangements and disposition of remains vary by state.</w:t>
      </w:r>
    </w:p>
    <w:sectPr w:rsidR="00CD5830" w:rsidSect="00034616">
      <w:footerReference w:type="default" r:id="rId8"/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5CDD6" w14:textId="77777777" w:rsidR="00B447D7" w:rsidRDefault="00B447D7">
      <w:pPr>
        <w:spacing w:after="0" w:line="240" w:lineRule="auto"/>
      </w:pPr>
      <w:r>
        <w:separator/>
      </w:r>
    </w:p>
  </w:endnote>
  <w:endnote w:type="continuationSeparator" w:id="0">
    <w:p w14:paraId="1D04876C" w14:textId="77777777" w:rsidR="00B447D7" w:rsidRDefault="00B44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56D71" w14:textId="77777777" w:rsidR="00CD5830" w:rsidRDefault="00BD4FDE">
    <w:pPr>
      <w:pStyle w:val="Footer"/>
      <w:jc w:val="center"/>
    </w:pPr>
    <w:r>
      <w:rPr>
        <w:sz w:val="14"/>
      </w:rPr>
      <w:t>Legacy Binder © Sheila Keene-Lund | S3-01 — Funeral, Memorial &amp; Final Arrangements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CBC0C" w14:textId="77777777" w:rsidR="00B447D7" w:rsidRDefault="00B447D7">
      <w:pPr>
        <w:spacing w:after="0" w:line="240" w:lineRule="auto"/>
      </w:pPr>
      <w:r>
        <w:separator/>
      </w:r>
    </w:p>
  </w:footnote>
  <w:footnote w:type="continuationSeparator" w:id="0">
    <w:p w14:paraId="0EC42212" w14:textId="77777777" w:rsidR="00B447D7" w:rsidRDefault="00B44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361678">
    <w:abstractNumId w:val="8"/>
  </w:num>
  <w:num w:numId="2" w16cid:durableId="928581594">
    <w:abstractNumId w:val="6"/>
  </w:num>
  <w:num w:numId="3" w16cid:durableId="1067729704">
    <w:abstractNumId w:val="5"/>
  </w:num>
  <w:num w:numId="4" w16cid:durableId="1628462518">
    <w:abstractNumId w:val="4"/>
  </w:num>
  <w:num w:numId="5" w16cid:durableId="68887111">
    <w:abstractNumId w:val="7"/>
  </w:num>
  <w:num w:numId="6" w16cid:durableId="1484815808">
    <w:abstractNumId w:val="3"/>
  </w:num>
  <w:num w:numId="7" w16cid:durableId="510605121">
    <w:abstractNumId w:val="2"/>
  </w:num>
  <w:num w:numId="8" w16cid:durableId="16010460">
    <w:abstractNumId w:val="1"/>
  </w:num>
  <w:num w:numId="9" w16cid:durableId="982003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4DEE"/>
    <w:rsid w:val="002701DE"/>
    <w:rsid w:val="0029639D"/>
    <w:rsid w:val="00326F90"/>
    <w:rsid w:val="00413DFC"/>
    <w:rsid w:val="00525D63"/>
    <w:rsid w:val="00777444"/>
    <w:rsid w:val="00800BF2"/>
    <w:rsid w:val="00893FDD"/>
    <w:rsid w:val="009C17A3"/>
    <w:rsid w:val="009D3076"/>
    <w:rsid w:val="00AA1D8D"/>
    <w:rsid w:val="00B1677B"/>
    <w:rsid w:val="00B447D7"/>
    <w:rsid w:val="00B47730"/>
    <w:rsid w:val="00BD4FDE"/>
    <w:rsid w:val="00CB0664"/>
    <w:rsid w:val="00CD5830"/>
    <w:rsid w:val="00FC693F"/>
    <w:rsid w:val="00FD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FF7B1F"/>
  <w14:defaultImageDpi w14:val="300"/>
  <w15:docId w15:val="{0E0B4452-BAB6-44F6-89B3-FC51B16A7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6</cp:revision>
  <dcterms:created xsi:type="dcterms:W3CDTF">2026-09-07T23:15:00Z</dcterms:created>
  <dcterms:modified xsi:type="dcterms:W3CDTF">2026-09-14T14:28:00Z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08c109ed-90a5-4c05-8af6-ec7c0ef25d8b</vt:lpwstr>
  </property>
</Properties>
</file>