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B97A" w14:textId="77777777" w:rsidR="006112E8" w:rsidRDefault="00723A8B">
      <w:pPr>
        <w:spacing w:after="0"/>
        <w:jc w:val="center"/>
      </w:pPr>
      <w:r>
        <w:rPr>
          <w:b/>
          <w:sz w:val="28"/>
        </w:rPr>
        <w:t>LEGACY BINDER</w:t>
      </w:r>
    </w:p>
    <w:p w14:paraId="547C6D0A" w14:textId="77777777" w:rsidR="006112E8" w:rsidRDefault="00723A8B">
      <w:pPr>
        <w:spacing w:after="60"/>
        <w:jc w:val="center"/>
      </w:pPr>
      <w:r>
        <w:rPr>
          <w:b/>
          <w:sz w:val="30"/>
        </w:rPr>
        <w:t>S3-02 — OBITUARY &amp; LIFE INFORMATION WORKSHEET</w:t>
      </w:r>
    </w:p>
    <w:p w14:paraId="446FEBE1" w14:textId="77777777" w:rsidR="006112E8" w:rsidRDefault="00723A8B">
      <w:pPr>
        <w:spacing w:after="100"/>
        <w:jc w:val="center"/>
      </w:pPr>
      <w:r>
        <w:rPr>
          <w:i/>
          <w:sz w:val="17"/>
        </w:rPr>
        <w:t>Use this worksheet to record accurate biographical information and details you would like available when an obituary, death notice, or memorial tribute is prepared.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6112E8" w14:paraId="054AEE20" w14:textId="77777777" w:rsidTr="00C37F7F">
        <w:trPr>
          <w:jc w:val="center"/>
        </w:trPr>
        <w:tc>
          <w:tcPr>
            <w:tcW w:w="5256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4B8E903" w14:textId="77777777" w:rsidR="006112E8" w:rsidRDefault="00723A8B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256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4CFDC81" w14:textId="77777777" w:rsidR="006112E8" w:rsidRDefault="00723A8B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269DEA03" w14:textId="77777777" w:rsidR="006112E8" w:rsidRDefault="006112E8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112E8" w14:paraId="657EF878" w14:textId="77777777" w:rsidTr="00C37F7F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274B43" w14:textId="77777777" w:rsidR="006112E8" w:rsidRDefault="00723A8B" w:rsidP="00C37F7F">
            <w:pPr>
              <w:spacing w:after="0" w:line="240" w:lineRule="auto"/>
            </w:pPr>
            <w:r>
              <w:rPr>
                <w:b/>
                <w:sz w:val="19"/>
              </w:rPr>
              <w:t>BASIC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75"/>
        <w:gridCol w:w="7425"/>
      </w:tblGrid>
      <w:tr w:rsidR="006112E8" w14:paraId="742447EB" w14:textId="77777777" w:rsidTr="00C37F7F">
        <w:trPr>
          <w:trHeight w:val="34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30EF719" w14:textId="77777777" w:rsidR="006112E8" w:rsidRDefault="00723A8B" w:rsidP="00C37F7F">
            <w:r>
              <w:rPr>
                <w:b/>
                <w:sz w:val="17"/>
              </w:rPr>
              <w:t>Full Legal Name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02A5C51" w14:textId="77777777" w:rsidR="006112E8" w:rsidRDefault="006112E8" w:rsidP="00C37F7F"/>
        </w:tc>
      </w:tr>
      <w:tr w:rsidR="006112E8" w14:paraId="46AFC6BD" w14:textId="77777777" w:rsidTr="00C37F7F">
        <w:trPr>
          <w:trHeight w:val="34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EE800EE" w14:textId="77777777" w:rsidR="006112E8" w:rsidRDefault="00723A8B" w:rsidP="00C37F7F">
            <w:r>
              <w:rPr>
                <w:b/>
                <w:sz w:val="17"/>
              </w:rPr>
              <w:t>Preferred Name / Nickname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5786462" w14:textId="77777777" w:rsidR="006112E8" w:rsidRDefault="006112E8" w:rsidP="00C37F7F"/>
        </w:tc>
      </w:tr>
      <w:tr w:rsidR="006112E8" w14:paraId="056CE95F" w14:textId="77777777" w:rsidTr="00C37F7F">
        <w:trPr>
          <w:trHeight w:val="32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06810E8" w14:textId="77777777" w:rsidR="006112E8" w:rsidRDefault="00723A8B" w:rsidP="00C37F7F">
            <w:r>
              <w:rPr>
                <w:b/>
                <w:sz w:val="17"/>
              </w:rPr>
              <w:t>Date of Birth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5D82BB" w14:textId="77777777" w:rsidR="006112E8" w:rsidRDefault="006112E8" w:rsidP="00C37F7F"/>
        </w:tc>
      </w:tr>
      <w:tr w:rsidR="006112E8" w14:paraId="6111097B" w14:textId="77777777" w:rsidTr="00C37F7F">
        <w:trPr>
          <w:trHeight w:val="34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E41A625" w14:textId="77777777" w:rsidR="006112E8" w:rsidRDefault="00723A8B" w:rsidP="00C37F7F">
            <w:r>
              <w:rPr>
                <w:b/>
                <w:sz w:val="17"/>
              </w:rPr>
              <w:t>Place of Birth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78FC1F7" w14:textId="77777777" w:rsidR="006112E8" w:rsidRDefault="006112E8" w:rsidP="00C37F7F"/>
        </w:tc>
      </w:tr>
      <w:tr w:rsidR="006112E8" w14:paraId="4A795C95" w14:textId="77777777" w:rsidTr="00C37F7F">
        <w:trPr>
          <w:trHeight w:val="368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5A58B1F" w14:textId="77777777" w:rsidR="006112E8" w:rsidRDefault="00723A8B" w:rsidP="00C37F7F">
            <w:r>
              <w:rPr>
                <w:b/>
                <w:sz w:val="17"/>
              </w:rPr>
              <w:t>Places Lived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AD7237E" w14:textId="77777777" w:rsidR="006112E8" w:rsidRDefault="006112E8" w:rsidP="00C37F7F"/>
        </w:tc>
      </w:tr>
    </w:tbl>
    <w:p w14:paraId="2CE1A8BB" w14:textId="77777777" w:rsidR="006112E8" w:rsidRDefault="006112E8" w:rsidP="00C37F7F">
      <w:pPr>
        <w:spacing w:after="0" w:line="240" w:lineRule="auto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112E8" w14:paraId="35DA050E" w14:textId="77777777" w:rsidTr="00C37F7F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812D749" w14:textId="77777777" w:rsidR="006112E8" w:rsidRDefault="00723A8B" w:rsidP="00C37F7F">
            <w:pPr>
              <w:spacing w:after="0" w:line="240" w:lineRule="auto"/>
            </w:pPr>
            <w:r>
              <w:rPr>
                <w:b/>
                <w:sz w:val="19"/>
              </w:rPr>
              <w:t>EDUCATION, CAREER &amp; SERVICE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75"/>
        <w:gridCol w:w="7425"/>
      </w:tblGrid>
      <w:tr w:rsidR="006112E8" w14:paraId="6C8B1C2A" w14:textId="77777777" w:rsidTr="00C37F7F">
        <w:trPr>
          <w:trHeight w:val="341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800B565" w14:textId="77777777" w:rsidR="006112E8" w:rsidRDefault="00723A8B" w:rsidP="00C37F7F">
            <w:r>
              <w:rPr>
                <w:b/>
                <w:sz w:val="17"/>
              </w:rPr>
              <w:t>Education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E3B85DC" w14:textId="77777777" w:rsidR="006112E8" w:rsidRDefault="006112E8" w:rsidP="00C37F7F"/>
        </w:tc>
      </w:tr>
      <w:tr w:rsidR="006112E8" w14:paraId="50906F4E" w14:textId="77777777" w:rsidTr="00C37F7F">
        <w:trPr>
          <w:trHeight w:val="359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FC46FE5" w14:textId="77777777" w:rsidR="006112E8" w:rsidRDefault="00723A8B" w:rsidP="00C37F7F">
            <w:r>
              <w:rPr>
                <w:b/>
                <w:sz w:val="17"/>
              </w:rPr>
              <w:t>Career / Professional Life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E0568C1" w14:textId="77777777" w:rsidR="006112E8" w:rsidRDefault="006112E8" w:rsidP="00C37F7F"/>
        </w:tc>
      </w:tr>
      <w:tr w:rsidR="006112E8" w14:paraId="03167E70" w14:textId="77777777" w:rsidTr="00C37F7F">
        <w:trPr>
          <w:trHeight w:val="341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00AF035" w14:textId="77777777" w:rsidR="006112E8" w:rsidRDefault="00723A8B" w:rsidP="00C37F7F">
            <w:r>
              <w:rPr>
                <w:b/>
                <w:sz w:val="17"/>
              </w:rPr>
              <w:t>Military Service, if applicable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EADF82C" w14:textId="77777777" w:rsidR="006112E8" w:rsidRDefault="006112E8" w:rsidP="00C37F7F"/>
        </w:tc>
      </w:tr>
      <w:tr w:rsidR="006112E8" w14:paraId="08E43CE8" w14:textId="77777777" w:rsidTr="00954F09">
        <w:trPr>
          <w:trHeight w:val="44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0FD48FC" w14:textId="77777777" w:rsidR="006112E8" w:rsidRDefault="00723A8B" w:rsidP="00C37F7F">
            <w:r>
              <w:rPr>
                <w:b/>
                <w:sz w:val="17"/>
              </w:rPr>
              <w:t>Community / Religious / Spiritual / Volunteer Involvement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FE5AB29" w14:textId="77777777" w:rsidR="006112E8" w:rsidRDefault="006112E8" w:rsidP="00C37F7F"/>
        </w:tc>
      </w:tr>
    </w:tbl>
    <w:p w14:paraId="3701512C" w14:textId="77777777" w:rsidR="006112E8" w:rsidRDefault="006112E8" w:rsidP="00C37F7F">
      <w:pPr>
        <w:spacing w:after="0" w:line="240" w:lineRule="auto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112E8" w14:paraId="67D3049F" w14:textId="77777777" w:rsidTr="00954F09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893C400" w14:textId="77777777" w:rsidR="006112E8" w:rsidRDefault="00723A8B" w:rsidP="00C37F7F">
            <w:pPr>
              <w:spacing w:after="0" w:line="240" w:lineRule="auto"/>
            </w:pPr>
            <w:r>
              <w:rPr>
                <w:b/>
                <w:sz w:val="19"/>
              </w:rPr>
              <w:t>FAMILY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75"/>
        <w:gridCol w:w="7425"/>
      </w:tblGrid>
      <w:tr w:rsidR="006112E8" w14:paraId="26A6EFDC" w14:textId="77777777" w:rsidTr="00954F09">
        <w:trPr>
          <w:trHeight w:val="332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56532B0" w14:textId="77777777" w:rsidR="006112E8" w:rsidRDefault="00723A8B" w:rsidP="00C37F7F">
            <w:r>
              <w:rPr>
                <w:b/>
                <w:sz w:val="17"/>
              </w:rPr>
              <w:t>Marriage / Partner Information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564522" w14:textId="77777777" w:rsidR="006112E8" w:rsidRDefault="006112E8" w:rsidP="00C37F7F"/>
        </w:tc>
      </w:tr>
      <w:tr w:rsidR="006112E8" w14:paraId="2C68BF52" w14:textId="77777777" w:rsidTr="00954F09">
        <w:trPr>
          <w:trHeight w:val="53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D4CA1D6" w14:textId="77777777" w:rsidR="006112E8" w:rsidRDefault="00723A8B" w:rsidP="00C37F7F">
            <w:r>
              <w:rPr>
                <w:b/>
                <w:sz w:val="17"/>
              </w:rPr>
              <w:t>Children / Descendants / Important Family Relationships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FE9838F" w14:textId="77777777" w:rsidR="006112E8" w:rsidRDefault="006112E8" w:rsidP="00C37F7F"/>
        </w:tc>
      </w:tr>
      <w:tr w:rsidR="006112E8" w14:paraId="5191D062" w14:textId="77777777" w:rsidTr="00954F09">
        <w:trPr>
          <w:trHeight w:val="44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80735F" w14:textId="77777777" w:rsidR="006112E8" w:rsidRDefault="00723A8B" w:rsidP="00C37F7F">
            <w:r>
              <w:rPr>
                <w:b/>
                <w:sz w:val="17"/>
              </w:rPr>
              <w:t>Surviving Family Members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FD6E165" w14:textId="77777777" w:rsidR="006112E8" w:rsidRDefault="006112E8" w:rsidP="00C37F7F"/>
        </w:tc>
      </w:tr>
      <w:tr w:rsidR="006112E8" w14:paraId="7FFBA919" w14:textId="77777777" w:rsidTr="00954F09">
        <w:trPr>
          <w:trHeight w:val="359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1F420A2" w14:textId="77777777" w:rsidR="006112E8" w:rsidRDefault="00723A8B" w:rsidP="00954F09">
            <w:r>
              <w:rPr>
                <w:b/>
                <w:sz w:val="17"/>
              </w:rPr>
              <w:t>Family Members Who Predeceased Me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D94C94E" w14:textId="77777777" w:rsidR="006112E8" w:rsidRDefault="006112E8" w:rsidP="00954F09"/>
        </w:tc>
      </w:tr>
    </w:tbl>
    <w:p w14:paraId="5E807DFD" w14:textId="77777777" w:rsidR="00954F09" w:rsidRDefault="00954F09" w:rsidP="00954F09">
      <w:pPr>
        <w:spacing w:after="0" w:line="240" w:lineRule="auto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112E8" w14:paraId="5F76DF79" w14:textId="77777777" w:rsidTr="00954F09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CD2E52" w14:textId="77777777" w:rsidR="006112E8" w:rsidRDefault="00723A8B" w:rsidP="00954F09">
            <w:pPr>
              <w:spacing w:after="0" w:line="240" w:lineRule="auto"/>
            </w:pPr>
            <w:r>
              <w:rPr>
                <w:b/>
                <w:sz w:val="19"/>
              </w:rPr>
              <w:t>ACCOMPLISHMENTS, INTERESTS &amp; WHAT I WOULD LIKE REMEMBERED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75"/>
        <w:gridCol w:w="7425"/>
      </w:tblGrid>
      <w:tr w:rsidR="006112E8" w14:paraId="7A78B3A2" w14:textId="77777777" w:rsidTr="00954F09">
        <w:trPr>
          <w:trHeight w:val="431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E67FD12" w14:textId="77777777" w:rsidR="006112E8" w:rsidRDefault="00723A8B" w:rsidP="00C37F7F">
            <w:r>
              <w:rPr>
                <w:b/>
                <w:sz w:val="17"/>
              </w:rPr>
              <w:t>Accomplishments / Contributions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6648CC2" w14:textId="77777777" w:rsidR="006112E8" w:rsidRDefault="006112E8" w:rsidP="00C37F7F"/>
        </w:tc>
      </w:tr>
      <w:tr w:rsidR="006112E8" w14:paraId="6F8AB4F5" w14:textId="77777777" w:rsidTr="00954F09">
        <w:trPr>
          <w:trHeight w:val="44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39040CC" w14:textId="77777777" w:rsidR="006112E8" w:rsidRDefault="00723A8B" w:rsidP="00C37F7F">
            <w:r>
              <w:rPr>
                <w:b/>
                <w:sz w:val="17"/>
              </w:rPr>
              <w:t>Interests / Hobbies / Passions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01277CC" w14:textId="77777777" w:rsidR="006112E8" w:rsidRDefault="006112E8" w:rsidP="00C37F7F"/>
        </w:tc>
      </w:tr>
      <w:tr w:rsidR="006112E8" w14:paraId="3D5ACC22" w14:textId="77777777" w:rsidTr="00954F09">
        <w:trPr>
          <w:trHeight w:val="53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4D11C4" w14:textId="77777777" w:rsidR="006112E8" w:rsidRDefault="00723A8B" w:rsidP="00C37F7F">
            <w:r>
              <w:rPr>
                <w:b/>
                <w:sz w:val="17"/>
              </w:rPr>
              <w:t>Stories / Qualities / Values I Would Like Remembered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2AF624C" w14:textId="77777777" w:rsidR="006112E8" w:rsidRDefault="006112E8" w:rsidP="00C37F7F"/>
        </w:tc>
      </w:tr>
    </w:tbl>
    <w:p w14:paraId="5F561BFA" w14:textId="77777777" w:rsidR="006112E8" w:rsidRDefault="006112E8" w:rsidP="00C37F7F">
      <w:pPr>
        <w:spacing w:after="0" w:line="240" w:lineRule="auto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112E8" w14:paraId="070AFA3B" w14:textId="77777777" w:rsidTr="00954F09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7C27AE" w14:textId="77777777" w:rsidR="006112E8" w:rsidRDefault="00723A8B" w:rsidP="00C37F7F">
            <w:pPr>
              <w:spacing w:after="0" w:line="240" w:lineRule="auto"/>
            </w:pPr>
            <w:r>
              <w:rPr>
                <w:b/>
                <w:sz w:val="19"/>
              </w:rPr>
              <w:t>MEMORIAL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75"/>
        <w:gridCol w:w="7425"/>
      </w:tblGrid>
      <w:tr w:rsidR="006112E8" w14:paraId="72412B26" w14:textId="77777777" w:rsidTr="00954F09">
        <w:trPr>
          <w:trHeight w:val="42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B2E6FDE" w14:textId="77777777" w:rsidR="006112E8" w:rsidRDefault="00723A8B" w:rsidP="00C37F7F">
            <w:r>
              <w:rPr>
                <w:b/>
                <w:sz w:val="17"/>
              </w:rPr>
              <w:t>Preferred Memorial Charity / Cause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F866799" w14:textId="77777777" w:rsidR="006112E8" w:rsidRDefault="006112E8" w:rsidP="00C37F7F"/>
        </w:tc>
      </w:tr>
      <w:tr w:rsidR="006112E8" w14:paraId="5FF413E9" w14:textId="77777777" w:rsidTr="00954F09">
        <w:trPr>
          <w:trHeight w:val="42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215773" w14:textId="77777777" w:rsidR="006112E8" w:rsidRDefault="00723A8B" w:rsidP="00C37F7F">
            <w:r>
              <w:rPr>
                <w:b/>
                <w:sz w:val="17"/>
              </w:rPr>
              <w:t>Location of Preferred Photograph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F24C05B" w14:textId="77777777" w:rsidR="006112E8" w:rsidRDefault="006112E8" w:rsidP="00C37F7F"/>
        </w:tc>
      </w:tr>
      <w:tr w:rsidR="006112E8" w14:paraId="7308BD2D" w14:textId="77777777" w:rsidTr="00954F09">
        <w:trPr>
          <w:trHeight w:val="368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1ACBBF8" w14:textId="77777777" w:rsidR="006112E8" w:rsidRDefault="00723A8B" w:rsidP="00C37F7F">
            <w:r>
              <w:rPr>
                <w:b/>
                <w:sz w:val="17"/>
              </w:rPr>
              <w:t>Other Information I Would Like Included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AB3E944" w14:textId="77777777" w:rsidR="006112E8" w:rsidRDefault="006112E8" w:rsidP="00C37F7F"/>
        </w:tc>
      </w:tr>
    </w:tbl>
    <w:p w14:paraId="314E61A2" w14:textId="77777777" w:rsidR="006112E8" w:rsidRDefault="006112E8" w:rsidP="00C37F7F">
      <w:pPr>
        <w:spacing w:after="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0"/>
      </w:tblGrid>
      <w:tr w:rsidR="006112E8" w14:paraId="6A4F4637" w14:textId="77777777" w:rsidTr="00866102">
        <w:trPr>
          <w:jc w:val="center"/>
        </w:trPr>
        <w:tc>
          <w:tcPr>
            <w:tcW w:w="1035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704481D" w14:textId="77777777" w:rsidR="006112E8" w:rsidRDefault="00723A8B" w:rsidP="00C37F7F">
            <w:pPr>
              <w:spacing w:after="0" w:line="240" w:lineRule="auto"/>
            </w:pPr>
            <w:r>
              <w:rPr>
                <w:b/>
                <w:sz w:val="19"/>
              </w:rPr>
              <w:lastRenderedPageBreak/>
              <w:t>PUBLICATION PREFERENCES</w:t>
            </w:r>
          </w:p>
        </w:tc>
      </w:tr>
    </w:tbl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7128"/>
      </w:tblGrid>
      <w:tr w:rsidR="006112E8" w14:paraId="6E44B8EE" w14:textId="77777777" w:rsidTr="00C37F7F">
        <w:trPr>
          <w:trHeight w:val="35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45A955" w14:textId="77777777" w:rsidR="006112E8" w:rsidRDefault="00723A8B" w:rsidP="00C37F7F">
            <w:r>
              <w:rPr>
                <w:b/>
                <w:sz w:val="17"/>
              </w:rPr>
              <w:t>Anything I Would Like Included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17E1DA9" w14:textId="77777777" w:rsidR="006112E8" w:rsidRDefault="006112E8" w:rsidP="00C37F7F"/>
        </w:tc>
      </w:tr>
      <w:tr w:rsidR="006112E8" w14:paraId="2618B1D1" w14:textId="77777777" w:rsidTr="00C37F7F">
        <w:trPr>
          <w:trHeight w:val="53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D7768D0" w14:textId="77777777" w:rsidR="006112E8" w:rsidRDefault="00723A8B" w:rsidP="00C37F7F">
            <w:r>
              <w:rPr>
                <w:b/>
                <w:sz w:val="17"/>
              </w:rPr>
              <w:t>Anything I Would Prefer Not Be Published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8FCD232" w14:textId="77777777" w:rsidR="006112E8" w:rsidRDefault="006112E8" w:rsidP="00C37F7F"/>
        </w:tc>
      </w:tr>
      <w:tr w:rsidR="006112E8" w14:paraId="1DF24868" w14:textId="77777777" w:rsidTr="00866102">
        <w:trPr>
          <w:trHeight w:val="420"/>
          <w:jc w:val="center"/>
        </w:trPr>
        <w:tc>
          <w:tcPr>
            <w:tcW w:w="324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C6A56C0" w14:textId="77777777" w:rsidR="006112E8" w:rsidRDefault="00723A8B" w:rsidP="00C37F7F">
            <w:r>
              <w:rPr>
                <w:b/>
                <w:sz w:val="17"/>
              </w:rPr>
              <w:t>If I Have Prepared My Own Obituary, Location of Copy</w:t>
            </w:r>
          </w:p>
        </w:tc>
        <w:tc>
          <w:tcPr>
            <w:tcW w:w="712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8EC397" w14:textId="77777777" w:rsidR="006112E8" w:rsidRDefault="006112E8" w:rsidP="00C37F7F"/>
        </w:tc>
      </w:tr>
    </w:tbl>
    <w:p w14:paraId="72D07B5F" w14:textId="77777777" w:rsidR="006112E8" w:rsidRDefault="00723A8B" w:rsidP="00954F09">
      <w:pPr>
        <w:spacing w:before="100" w:after="0"/>
        <w:ind w:left="90"/>
      </w:pPr>
      <w:r>
        <w:rPr>
          <w:b/>
        </w:rPr>
        <w:t xml:space="preserve">Note: </w:t>
      </w:r>
      <w:r>
        <w:t>You do not need to write a finished obituary on this worksheet. Its purpose is to give your family accurate information and a useful starting point.</w:t>
      </w:r>
    </w:p>
    <w:sectPr w:rsidR="006112E8" w:rsidSect="00034616">
      <w:footerReference w:type="default" r:id="rId8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F88AF" w14:textId="77777777" w:rsidR="0054300F" w:rsidRDefault="0054300F">
      <w:pPr>
        <w:spacing w:after="0" w:line="240" w:lineRule="auto"/>
      </w:pPr>
      <w:r>
        <w:separator/>
      </w:r>
    </w:p>
  </w:endnote>
  <w:endnote w:type="continuationSeparator" w:id="0">
    <w:p w14:paraId="36104408" w14:textId="77777777" w:rsidR="0054300F" w:rsidRDefault="0054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3A8A" w14:textId="77777777" w:rsidR="006112E8" w:rsidRDefault="00723A8B">
    <w:pPr>
      <w:pStyle w:val="Footer"/>
      <w:jc w:val="center"/>
    </w:pPr>
    <w:r>
      <w:rPr>
        <w:sz w:val="14"/>
      </w:rPr>
      <w:t>Legacy Binder © Sheila Keene-Lund | S3-02 — Obituary &amp; Life Information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87418" w14:textId="77777777" w:rsidR="0054300F" w:rsidRDefault="0054300F">
      <w:pPr>
        <w:spacing w:after="0" w:line="240" w:lineRule="auto"/>
      </w:pPr>
      <w:r>
        <w:separator/>
      </w:r>
    </w:p>
  </w:footnote>
  <w:footnote w:type="continuationSeparator" w:id="0">
    <w:p w14:paraId="013A9874" w14:textId="77777777" w:rsidR="0054300F" w:rsidRDefault="00543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6640838">
    <w:abstractNumId w:val="8"/>
  </w:num>
  <w:num w:numId="2" w16cid:durableId="1478498738">
    <w:abstractNumId w:val="6"/>
  </w:num>
  <w:num w:numId="3" w16cid:durableId="601382102">
    <w:abstractNumId w:val="5"/>
  </w:num>
  <w:num w:numId="4" w16cid:durableId="1838303930">
    <w:abstractNumId w:val="4"/>
  </w:num>
  <w:num w:numId="5" w16cid:durableId="1105617181">
    <w:abstractNumId w:val="7"/>
  </w:num>
  <w:num w:numId="6" w16cid:durableId="757337159">
    <w:abstractNumId w:val="3"/>
  </w:num>
  <w:num w:numId="7" w16cid:durableId="451676822">
    <w:abstractNumId w:val="2"/>
  </w:num>
  <w:num w:numId="8" w16cid:durableId="516626395">
    <w:abstractNumId w:val="1"/>
  </w:num>
  <w:num w:numId="9" w16cid:durableId="28293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3DFC"/>
    <w:rsid w:val="0054300F"/>
    <w:rsid w:val="006112E8"/>
    <w:rsid w:val="00723A8B"/>
    <w:rsid w:val="00777444"/>
    <w:rsid w:val="00866102"/>
    <w:rsid w:val="009009B5"/>
    <w:rsid w:val="00954F09"/>
    <w:rsid w:val="00A3696B"/>
    <w:rsid w:val="00AA1D8D"/>
    <w:rsid w:val="00B47730"/>
    <w:rsid w:val="00C37F7F"/>
    <w:rsid w:val="00CA53E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84DB4C"/>
  <w14:defaultImageDpi w14:val="300"/>
  <w15:docId w15:val="{DC9FBAD2-6D91-45D6-B402-D653E148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5</cp:revision>
  <dcterms:created xsi:type="dcterms:W3CDTF">2026-09-07T23:20:00Z</dcterms:created>
  <dcterms:modified xsi:type="dcterms:W3CDTF">2026-09-14T14:26:00Z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fedeb4eb-4e1b-4ef9-a2bf-dad7dbf5ab73</vt:lpwstr>
  </property>
</Properties>
</file>