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1F38" w14:textId="77777777" w:rsidR="00917B52" w:rsidRDefault="00D529F5">
      <w:pPr>
        <w:spacing w:after="0"/>
        <w:jc w:val="center"/>
      </w:pPr>
      <w:r>
        <w:rPr>
          <w:b/>
          <w:sz w:val="28"/>
        </w:rPr>
        <w:t>LEGACY BINDER</w:t>
      </w:r>
    </w:p>
    <w:p w14:paraId="7B7669CD" w14:textId="77777777" w:rsidR="00917B52" w:rsidRDefault="00D529F5">
      <w:pPr>
        <w:spacing w:after="60"/>
        <w:jc w:val="center"/>
      </w:pPr>
      <w:r>
        <w:rPr>
          <w:b/>
          <w:sz w:val="31"/>
        </w:rPr>
        <w:t>S3-03 — PEOPLE &amp; ORGANIZATIONS TO NOTIFY</w:t>
      </w:r>
    </w:p>
    <w:p w14:paraId="08C5E219" w14:textId="77777777" w:rsidR="00917B52" w:rsidRDefault="00D529F5">
      <w:pPr>
        <w:spacing w:after="100"/>
        <w:jc w:val="center"/>
      </w:pPr>
      <w:r>
        <w:rPr>
          <w:i/>
        </w:rPr>
        <w:t>Use this form to identify the people, organizations, and professionals who should be notified after your death. Mark those who should be contacted promptly.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917B52" w14:paraId="07F407BA" w14:textId="77777777" w:rsidTr="00E27B84">
        <w:trPr>
          <w:jc w:val="center"/>
        </w:trPr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A7FA00A" w14:textId="77777777" w:rsidR="00917B52" w:rsidRDefault="00D529F5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D2B79FE" w14:textId="77777777" w:rsidR="00917B52" w:rsidRDefault="00D529F5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37D92730" w14:textId="77777777" w:rsidR="00917B52" w:rsidRDefault="00D529F5">
      <w:pPr>
        <w:spacing w:before="80" w:after="80"/>
      </w:pPr>
      <w:r>
        <w:t>Suggested categories include family and friends; religious, community, volunteer, or professional organizations; and key professional contacts such as an attorney, accountant, financial advisor, insurance professional, executor/personal representative, or successor trustee.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314"/>
        <w:gridCol w:w="1893"/>
        <w:gridCol w:w="1403"/>
        <w:gridCol w:w="2174"/>
        <w:gridCol w:w="1263"/>
        <w:gridCol w:w="1753"/>
      </w:tblGrid>
      <w:tr w:rsidR="00917B52" w14:paraId="14C42AE7" w14:textId="77777777" w:rsidTr="00096FC3">
        <w:trPr>
          <w:tblHeader/>
          <w:jc w:val="center"/>
        </w:trPr>
        <w:tc>
          <w:tcPr>
            <w:tcW w:w="2376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20C13441" w14:textId="77777777" w:rsidR="00917B52" w:rsidRDefault="00D529F5">
            <w:pPr>
              <w:jc w:val="center"/>
            </w:pPr>
            <w:r>
              <w:rPr>
                <w:b/>
                <w:sz w:val="15"/>
              </w:rPr>
              <w:t>Person / Organization</w:t>
            </w:r>
          </w:p>
        </w:tc>
        <w:tc>
          <w:tcPr>
            <w:tcW w:w="1944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2EFE76F5" w14:textId="77777777" w:rsidR="00917B52" w:rsidRDefault="00D529F5">
            <w:pPr>
              <w:jc w:val="center"/>
            </w:pPr>
            <w:r>
              <w:rPr>
                <w:b/>
                <w:sz w:val="15"/>
              </w:rPr>
              <w:t>Relationship / Role</w:t>
            </w:r>
          </w:p>
        </w:tc>
        <w:tc>
          <w:tcPr>
            <w:tcW w:w="1440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73266A92" w14:textId="77777777" w:rsidR="00917B52" w:rsidRDefault="00D529F5">
            <w:pPr>
              <w:jc w:val="center"/>
            </w:pPr>
            <w:r>
              <w:rPr>
                <w:b/>
                <w:sz w:val="15"/>
              </w:rPr>
              <w:t>Phone</w:t>
            </w:r>
          </w:p>
        </w:tc>
        <w:tc>
          <w:tcPr>
            <w:tcW w:w="2232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23D34D84" w14:textId="77777777" w:rsidR="00917B52" w:rsidRDefault="00D529F5">
            <w:pPr>
              <w:jc w:val="center"/>
            </w:pPr>
            <w:r>
              <w:rPr>
                <w:b/>
                <w:sz w:val="15"/>
              </w:rPr>
              <w:t>Email / Other Contact</w:t>
            </w:r>
          </w:p>
        </w:tc>
        <w:tc>
          <w:tcPr>
            <w:tcW w:w="1296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7C5178C5" w14:textId="77777777" w:rsidR="00917B52" w:rsidRDefault="00D529F5">
            <w:pPr>
              <w:jc w:val="center"/>
            </w:pPr>
            <w:r>
              <w:rPr>
                <w:b/>
                <w:sz w:val="15"/>
              </w:rPr>
              <w:t>Notify Promptly</w:t>
            </w:r>
          </w:p>
        </w:tc>
        <w:tc>
          <w:tcPr>
            <w:tcW w:w="1800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5C932A21" w14:textId="77777777" w:rsidR="00917B52" w:rsidRDefault="00D529F5">
            <w:pPr>
              <w:jc w:val="center"/>
            </w:pPr>
            <w:r>
              <w:rPr>
                <w:b/>
                <w:sz w:val="15"/>
              </w:rPr>
              <w:t>Notes</w:t>
            </w:r>
          </w:p>
        </w:tc>
      </w:tr>
      <w:tr w:rsidR="00917B52" w14:paraId="300BD1F6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4AE9D82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9DD69E7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E34AF6A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63A4FF3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619D9F9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8CBDDE1" w14:textId="77777777" w:rsidR="00917B52" w:rsidRDefault="00917B52"/>
        </w:tc>
      </w:tr>
      <w:tr w:rsidR="00917B52" w14:paraId="39521964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082A04F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E4CDDA7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5E0192D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1328E18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B81F1C8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3254EF0" w14:textId="77777777" w:rsidR="00917B52" w:rsidRDefault="00917B52"/>
        </w:tc>
      </w:tr>
      <w:tr w:rsidR="00917B52" w14:paraId="2D1399FA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DA4E0C1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94F1445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9C971D5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020DF41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821A984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E70EBD1" w14:textId="77777777" w:rsidR="00917B52" w:rsidRDefault="00917B52"/>
        </w:tc>
      </w:tr>
      <w:tr w:rsidR="00917B52" w14:paraId="63177B26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406D89F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5B12C91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907AA97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6283CB2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0AD4A55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3099EA2" w14:textId="77777777" w:rsidR="00917B52" w:rsidRDefault="00917B52"/>
        </w:tc>
      </w:tr>
      <w:tr w:rsidR="00917B52" w14:paraId="35C73CA9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6DC59E4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E7147B0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AD7E5D4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798ED60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0D7635A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20B479D" w14:textId="77777777" w:rsidR="00917B52" w:rsidRDefault="00917B52"/>
        </w:tc>
      </w:tr>
      <w:tr w:rsidR="00917B52" w14:paraId="329CF5DD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76EE527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459E721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804AE48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69F036E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D5375CA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5DAB6A1" w14:textId="77777777" w:rsidR="00917B52" w:rsidRDefault="00917B52"/>
        </w:tc>
      </w:tr>
      <w:tr w:rsidR="00917B52" w14:paraId="392A5FAB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A90DBAD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2486520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E5C37F8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2DBF98A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C00F1CE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B496166" w14:textId="77777777" w:rsidR="00917B52" w:rsidRDefault="00917B52"/>
        </w:tc>
      </w:tr>
      <w:tr w:rsidR="00917B52" w14:paraId="5C52AF6C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9A50641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AEDAB01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AC61277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BBF358D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1761F4A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B9B3526" w14:textId="77777777" w:rsidR="00917B52" w:rsidRDefault="00917B52"/>
        </w:tc>
      </w:tr>
      <w:tr w:rsidR="00917B52" w14:paraId="6621494C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B209A0C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CC2BA11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568F3D2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65E8A5F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3EF1223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597A853" w14:textId="77777777" w:rsidR="00917B52" w:rsidRDefault="00917B52"/>
        </w:tc>
      </w:tr>
      <w:tr w:rsidR="00917B52" w14:paraId="2CE4ADE8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605DDF3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A2077FC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AA7EE0A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763DA42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CB91401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3415848" w14:textId="77777777" w:rsidR="00917B52" w:rsidRDefault="00917B52"/>
        </w:tc>
      </w:tr>
      <w:tr w:rsidR="00917B52" w14:paraId="75209B40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BF0588C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E81E6B3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87C33D3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FDCF47A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A9BC975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58C5EE1" w14:textId="77777777" w:rsidR="00917B52" w:rsidRDefault="00917B52"/>
        </w:tc>
      </w:tr>
      <w:tr w:rsidR="00917B52" w14:paraId="410DBB2F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EF0EB52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B809967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F8A04EC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CEB98FE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5591826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6003569" w14:textId="77777777" w:rsidR="00917B52" w:rsidRDefault="00917B52"/>
        </w:tc>
      </w:tr>
      <w:tr w:rsidR="00917B52" w14:paraId="07B2F9C3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6D2E333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362EF4D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583134C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0881889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0221602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6B34D8D" w14:textId="77777777" w:rsidR="00917B52" w:rsidRDefault="00917B52"/>
        </w:tc>
      </w:tr>
      <w:tr w:rsidR="00917B52" w14:paraId="1C3A301E" w14:textId="77777777" w:rsidTr="00096FC3">
        <w:trPr>
          <w:trHeight w:val="430"/>
          <w:jc w:val="center"/>
        </w:trPr>
        <w:tc>
          <w:tcPr>
            <w:tcW w:w="237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82451A7" w14:textId="77777777" w:rsidR="00917B52" w:rsidRDefault="00917B52"/>
        </w:tc>
        <w:tc>
          <w:tcPr>
            <w:tcW w:w="194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45D6D21" w14:textId="77777777" w:rsidR="00917B52" w:rsidRDefault="00917B52"/>
        </w:tc>
        <w:tc>
          <w:tcPr>
            <w:tcW w:w="144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F304F66" w14:textId="77777777" w:rsidR="00917B52" w:rsidRDefault="00917B52"/>
        </w:tc>
        <w:tc>
          <w:tcPr>
            <w:tcW w:w="223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B62CFAC" w14:textId="77777777" w:rsidR="00917B52" w:rsidRDefault="00917B52"/>
        </w:tc>
        <w:tc>
          <w:tcPr>
            <w:tcW w:w="1296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8C5EE99" w14:textId="77777777" w:rsidR="00917B52" w:rsidRDefault="00D529F5">
            <w:pPr>
              <w:jc w:val="center"/>
            </w:pPr>
            <w:r>
              <w:t>☐</w:t>
            </w:r>
          </w:p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C5F39D2" w14:textId="77777777" w:rsidR="00917B52" w:rsidRDefault="00917B52"/>
        </w:tc>
      </w:tr>
    </w:tbl>
    <w:p w14:paraId="7F54A811" w14:textId="77777777" w:rsidR="00917B52" w:rsidRDefault="00D529F5" w:rsidP="00236020">
      <w:pPr>
        <w:spacing w:before="100" w:after="40" w:line="360" w:lineRule="auto"/>
      </w:pPr>
      <w:r>
        <w:rPr>
          <w:b/>
          <w:sz w:val="20"/>
        </w:rPr>
        <w:t>ADDITIONAL NOTES</w:t>
      </w:r>
    </w:p>
    <w:p w14:paraId="6DC084B7" w14:textId="77777777" w:rsidR="00917B52" w:rsidRDefault="00D529F5" w:rsidP="00236020">
      <w:pPr>
        <w:spacing w:after="20" w:line="360" w:lineRule="auto"/>
      </w:pPr>
      <w:r>
        <w:t>________________________________________________________________________________</w:t>
      </w:r>
    </w:p>
    <w:p w14:paraId="0DB05A18" w14:textId="77777777" w:rsidR="00917B52" w:rsidRDefault="00D529F5" w:rsidP="00236020">
      <w:pPr>
        <w:spacing w:after="20" w:line="360" w:lineRule="auto"/>
      </w:pPr>
      <w:r>
        <w:t>________________________________________________________________________________</w:t>
      </w:r>
    </w:p>
    <w:sectPr w:rsidR="00917B52" w:rsidSect="00034616">
      <w:footerReference w:type="default" r:id="rId8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0BF6B" w14:textId="77777777" w:rsidR="00992232" w:rsidRDefault="00992232">
      <w:pPr>
        <w:spacing w:after="0" w:line="240" w:lineRule="auto"/>
      </w:pPr>
      <w:r>
        <w:separator/>
      </w:r>
    </w:p>
  </w:endnote>
  <w:endnote w:type="continuationSeparator" w:id="0">
    <w:p w14:paraId="65B6872A" w14:textId="77777777" w:rsidR="00992232" w:rsidRDefault="00992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5E394" w14:textId="77777777" w:rsidR="00917B52" w:rsidRDefault="00D529F5">
    <w:pPr>
      <w:pStyle w:val="Footer"/>
      <w:jc w:val="center"/>
    </w:pPr>
    <w:r>
      <w:rPr>
        <w:sz w:val="14"/>
      </w:rPr>
      <w:t>Legacy Binder © Sheila Keene-Lund | S3-03 — People &amp; Organizations to Notify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52D4A" w14:textId="77777777" w:rsidR="00992232" w:rsidRDefault="00992232">
      <w:pPr>
        <w:spacing w:after="0" w:line="240" w:lineRule="auto"/>
      </w:pPr>
      <w:r>
        <w:separator/>
      </w:r>
    </w:p>
  </w:footnote>
  <w:footnote w:type="continuationSeparator" w:id="0">
    <w:p w14:paraId="1BFC5A60" w14:textId="77777777" w:rsidR="00992232" w:rsidRDefault="00992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4657380">
    <w:abstractNumId w:val="8"/>
  </w:num>
  <w:num w:numId="2" w16cid:durableId="1029599136">
    <w:abstractNumId w:val="6"/>
  </w:num>
  <w:num w:numId="3" w16cid:durableId="946237482">
    <w:abstractNumId w:val="5"/>
  </w:num>
  <w:num w:numId="4" w16cid:durableId="1398165856">
    <w:abstractNumId w:val="4"/>
  </w:num>
  <w:num w:numId="5" w16cid:durableId="1073115354">
    <w:abstractNumId w:val="7"/>
  </w:num>
  <w:num w:numId="6" w16cid:durableId="708382261">
    <w:abstractNumId w:val="3"/>
  </w:num>
  <w:num w:numId="7" w16cid:durableId="214318921">
    <w:abstractNumId w:val="2"/>
  </w:num>
  <w:num w:numId="8" w16cid:durableId="191037635">
    <w:abstractNumId w:val="1"/>
  </w:num>
  <w:num w:numId="9" w16cid:durableId="140275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FC3"/>
    <w:rsid w:val="0015074B"/>
    <w:rsid w:val="001A3DF5"/>
    <w:rsid w:val="00236020"/>
    <w:rsid w:val="0029639D"/>
    <w:rsid w:val="00326F90"/>
    <w:rsid w:val="00413DFC"/>
    <w:rsid w:val="0068676D"/>
    <w:rsid w:val="00777444"/>
    <w:rsid w:val="00917B52"/>
    <w:rsid w:val="00992232"/>
    <w:rsid w:val="00AA1D8D"/>
    <w:rsid w:val="00B47730"/>
    <w:rsid w:val="00B573E2"/>
    <w:rsid w:val="00CB0664"/>
    <w:rsid w:val="00D529F5"/>
    <w:rsid w:val="00E27B84"/>
    <w:rsid w:val="00EE56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24D012"/>
  <w14:defaultImageDpi w14:val="300"/>
  <w15:docId w15:val="{13FD426C-9725-4B85-AD64-4FF1483C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5</cp:revision>
  <dcterms:created xsi:type="dcterms:W3CDTF">2026-09-07T23:22:00Z</dcterms:created>
  <dcterms:modified xsi:type="dcterms:W3CDTF">2026-09-14T14:31:00Z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b8c5715d-6dd8-4d1c-8851-561fcc7b7b0f</vt:lpwstr>
  </property>
</Properties>
</file>