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A095" w14:textId="77777777" w:rsidR="00BD3677" w:rsidRDefault="008D0625">
      <w:pPr>
        <w:spacing w:after="0"/>
        <w:jc w:val="center"/>
      </w:pPr>
      <w:r>
        <w:rPr>
          <w:b/>
          <w:sz w:val="28"/>
        </w:rPr>
        <w:t>LEGACY BINDER</w:t>
      </w:r>
    </w:p>
    <w:p w14:paraId="42C536AA" w14:textId="77777777" w:rsidR="00BD3677" w:rsidRDefault="008D0625">
      <w:pPr>
        <w:spacing w:after="60"/>
        <w:jc w:val="center"/>
      </w:pPr>
      <w:r>
        <w:rPr>
          <w:b/>
          <w:sz w:val="32"/>
        </w:rPr>
        <w:t>S4-01 — LEGAL INFORMATION SUMMARY</w:t>
      </w:r>
    </w:p>
    <w:p w14:paraId="22CEFCFD" w14:textId="77777777" w:rsidR="00BD3677" w:rsidRDefault="008D0625">
      <w:pPr>
        <w:spacing w:after="100"/>
        <w:jc w:val="center"/>
      </w:pPr>
      <w:r>
        <w:rPr>
          <w:i/>
        </w:rPr>
        <w:t>Use this form to identify your estate-planning professional, key review dates, principal legal documents, and where signed originals can be found.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D3677" w14:paraId="73621A7B" w14:textId="77777777"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9CC3898" w14:textId="77777777" w:rsidR="00BD3677" w:rsidRDefault="008D0625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AA41263" w14:textId="7FA21556" w:rsidR="00BD3677" w:rsidRDefault="008D0625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</w:t>
            </w:r>
            <w:r w:rsidR="006E1626">
              <w:t>___</w:t>
            </w:r>
            <w:r>
              <w:t>_________</w:t>
            </w:r>
          </w:p>
        </w:tc>
      </w:tr>
    </w:tbl>
    <w:p w14:paraId="159EDB92" w14:textId="77777777" w:rsidR="00BD3677" w:rsidRDefault="00BD367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D3677" w14:paraId="3E7057DE" w14:textId="77777777" w:rsidTr="006E162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5A1F53" w14:textId="77777777" w:rsidR="00BD3677" w:rsidRDefault="008D0625">
            <w:pPr>
              <w:spacing w:after="0"/>
            </w:pPr>
            <w:r>
              <w:rPr>
                <w:b/>
                <w:sz w:val="19"/>
              </w:rPr>
              <w:t>ESTATE-PLANNING PROFESSIONAL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D3677" w14:paraId="77864CCC" w14:textId="77777777" w:rsidTr="006E1626">
        <w:trPr>
          <w:trHeight w:val="380"/>
          <w:jc w:val="center"/>
        </w:trPr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E7B9A2" w14:textId="77777777" w:rsidR="00BD3677" w:rsidRDefault="008D0625">
            <w:r>
              <w:rPr>
                <w:b/>
                <w:sz w:val="17"/>
              </w:rPr>
              <w:t>Attorney / Law Firm</w:t>
            </w:r>
          </w:p>
        </w:tc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2C981D3" w14:textId="77777777" w:rsidR="00BD3677" w:rsidRDefault="008D0625">
            <w:r>
              <w:rPr>
                <w:b/>
                <w:sz w:val="17"/>
              </w:rPr>
              <w:t>Phone</w:t>
            </w:r>
          </w:p>
        </w:tc>
      </w:tr>
      <w:tr w:rsidR="00BD3677" w14:paraId="7EE2BF5A" w14:textId="77777777" w:rsidTr="006E1626">
        <w:trPr>
          <w:trHeight w:val="380"/>
          <w:jc w:val="center"/>
        </w:trPr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3D2372" w14:textId="77777777" w:rsidR="00BD3677" w:rsidRDefault="008D0625">
            <w:r>
              <w:rPr>
                <w:b/>
                <w:sz w:val="17"/>
              </w:rPr>
              <w:t>Email</w:t>
            </w:r>
          </w:p>
        </w:tc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285B7A3" w14:textId="77777777" w:rsidR="00BD3677" w:rsidRDefault="008D0625">
            <w:r>
              <w:rPr>
                <w:b/>
                <w:sz w:val="17"/>
              </w:rPr>
              <w:t>Address</w:t>
            </w:r>
          </w:p>
        </w:tc>
      </w:tr>
      <w:tr w:rsidR="00BD3677" w14:paraId="1B0A6E51" w14:textId="77777777" w:rsidTr="006E1626">
        <w:trPr>
          <w:trHeight w:val="430"/>
          <w:jc w:val="center"/>
        </w:trPr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BD3E96A" w14:textId="77777777" w:rsidR="00BD3677" w:rsidRDefault="008D0625">
            <w:r>
              <w:rPr>
                <w:b/>
                <w:sz w:val="17"/>
              </w:rPr>
              <w:t>Other Useful Contact Information</w:t>
            </w:r>
          </w:p>
        </w:tc>
        <w:tc>
          <w:tcPr>
            <w:tcW w:w="53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BAE5BF3" w14:textId="77777777" w:rsidR="00BD3677" w:rsidRDefault="00BD3677"/>
        </w:tc>
      </w:tr>
    </w:tbl>
    <w:p w14:paraId="7A36E8C6" w14:textId="77777777" w:rsidR="00BD3677" w:rsidRDefault="00BD367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D3677" w14:paraId="61CCD8B8" w14:textId="77777777" w:rsidTr="006E162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78CDB7B" w14:textId="77777777" w:rsidR="00BD3677" w:rsidRDefault="008D0625">
            <w:pPr>
              <w:spacing w:after="0"/>
            </w:pPr>
            <w:r>
              <w:rPr>
                <w:b/>
                <w:sz w:val="19"/>
              </w:rPr>
              <w:t>ESTATE PLAN REVIEW DATES</w:t>
            </w:r>
          </w:p>
        </w:tc>
      </w:tr>
    </w:tbl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BD3677" w14:paraId="1114A301" w14:textId="77777777" w:rsidTr="006E1626">
        <w:trPr>
          <w:jc w:val="center"/>
        </w:trPr>
        <w:tc>
          <w:tcPr>
            <w:tcW w:w="3552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AA2FF49" w14:textId="77777777" w:rsidR="00BD3677" w:rsidRDefault="008D0625">
            <w:r>
              <w:rPr>
                <w:b/>
                <w:sz w:val="17"/>
              </w:rPr>
              <w:t>Date Prepared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3552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A285156" w14:textId="77777777" w:rsidR="00BD3677" w:rsidRDefault="008D0625">
            <w:r>
              <w:rPr>
                <w:b/>
                <w:sz w:val="17"/>
              </w:rPr>
              <w:t>Date Last Reviewed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  <w:tc>
          <w:tcPr>
            <w:tcW w:w="3552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7C52476" w14:textId="77777777" w:rsidR="00BD3677" w:rsidRDefault="008D0625">
            <w:r>
              <w:rPr>
                <w:b/>
                <w:sz w:val="17"/>
              </w:rPr>
              <w:t>Next Review Date, if scheduled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</w:r>
          </w:p>
        </w:tc>
      </w:tr>
    </w:tbl>
    <w:p w14:paraId="5FBE1290" w14:textId="77777777" w:rsidR="00BD3677" w:rsidRDefault="00BD367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D3677" w14:paraId="003B042C" w14:textId="77777777" w:rsidTr="006E1626">
        <w:trPr>
          <w:jc w:val="center"/>
        </w:trPr>
        <w:tc>
          <w:tcPr>
            <w:tcW w:w="1053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DAF6CE" w14:textId="77777777" w:rsidR="00BD3677" w:rsidRDefault="008D0625">
            <w:pPr>
              <w:spacing w:after="0"/>
            </w:pPr>
            <w:r>
              <w:rPr>
                <w:b/>
                <w:sz w:val="19"/>
              </w:rPr>
              <w:t>IMPORTANT LEGAL DOCUMENTS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589"/>
        <w:gridCol w:w="1258"/>
        <w:gridCol w:w="1849"/>
        <w:gridCol w:w="2959"/>
        <w:gridCol w:w="2145"/>
      </w:tblGrid>
      <w:tr w:rsidR="00BD3677" w14:paraId="101C8FEC" w14:textId="77777777" w:rsidTr="00F03EBA">
        <w:trPr>
          <w:tblHeader/>
          <w:jc w:val="center"/>
        </w:trPr>
        <w:tc>
          <w:tcPr>
            <w:tcW w:w="2520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731BBC76" w14:textId="77777777" w:rsidR="00BD3677" w:rsidRDefault="008D0625">
            <w:pPr>
              <w:jc w:val="center"/>
            </w:pPr>
            <w:r>
              <w:rPr>
                <w:b/>
                <w:sz w:val="14"/>
              </w:rPr>
              <w:t>Document</w:t>
            </w:r>
          </w:p>
        </w:tc>
        <w:tc>
          <w:tcPr>
            <w:tcW w:w="1224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0A19E8B8" w14:textId="77777777" w:rsidR="00BD3677" w:rsidRDefault="008D0625">
            <w:pPr>
              <w:jc w:val="center"/>
            </w:pPr>
            <w:r>
              <w:rPr>
                <w:b/>
                <w:sz w:val="14"/>
              </w:rPr>
              <w:t>Date</w:t>
            </w:r>
          </w:p>
        </w:tc>
        <w:tc>
          <w:tcPr>
            <w:tcW w:w="1800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1F018149" w14:textId="77777777" w:rsidR="00BD3677" w:rsidRDefault="008D0625">
            <w:pPr>
              <w:jc w:val="center"/>
            </w:pPr>
            <w:r>
              <w:rPr>
                <w:b/>
                <w:sz w:val="14"/>
              </w:rPr>
              <w:t>Original / Copy in Binder?</w:t>
            </w:r>
          </w:p>
        </w:tc>
        <w:tc>
          <w:tcPr>
            <w:tcW w:w="2880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17C987F7" w14:textId="77777777" w:rsidR="00BD3677" w:rsidRDefault="008D0625">
            <w:pPr>
              <w:jc w:val="center"/>
            </w:pPr>
            <w:r>
              <w:rPr>
                <w:b/>
                <w:sz w:val="14"/>
              </w:rPr>
              <w:t>Location of Signed Original</w:t>
            </w:r>
          </w:p>
        </w:tc>
        <w:tc>
          <w:tcPr>
            <w:tcW w:w="2088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2971DC48" w14:textId="77777777" w:rsidR="00BD3677" w:rsidRDefault="008D0625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BD3677" w14:paraId="7C0287FD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2CA1B70" w14:textId="77777777" w:rsidR="00BD3677" w:rsidRDefault="008D0625">
            <w:r>
              <w:rPr>
                <w:sz w:val="15"/>
              </w:rPr>
              <w:t>Last Will &amp; Testament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E8B7534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71BF361" w14:textId="77777777" w:rsidR="00BD3677" w:rsidRDefault="00BD3677" w:rsidP="00642601">
            <w:pPr>
              <w:jc w:val="center"/>
            </w:pPr>
          </w:p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6549F84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778452D" w14:textId="77777777" w:rsidR="00BD3677" w:rsidRDefault="00BD3677"/>
        </w:tc>
      </w:tr>
      <w:tr w:rsidR="00BD3677" w14:paraId="24A7592D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8280168" w14:textId="77777777" w:rsidR="00BD3677" w:rsidRDefault="008D0625">
            <w:r>
              <w:rPr>
                <w:sz w:val="15"/>
              </w:rPr>
              <w:t>Durable Financial Power of Attorney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1CA9614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3EC1F95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4847851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9087619" w14:textId="77777777" w:rsidR="00BD3677" w:rsidRDefault="00BD3677"/>
        </w:tc>
      </w:tr>
      <w:tr w:rsidR="00BD3677" w14:paraId="4A3B67F9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314E0C0" w14:textId="77777777" w:rsidR="00BD3677" w:rsidRDefault="008D0625">
            <w:r>
              <w:rPr>
                <w:sz w:val="15"/>
              </w:rPr>
              <w:t>Revocable Living Trust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2FEF195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9868DB6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9F75BE2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18C9BA2" w14:textId="77777777" w:rsidR="00BD3677" w:rsidRDefault="00BD3677"/>
        </w:tc>
      </w:tr>
      <w:tr w:rsidR="00BD3677" w14:paraId="3242DA83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410984B" w14:textId="77777777" w:rsidR="00BD3677" w:rsidRDefault="008D0625">
            <w:r>
              <w:rPr>
                <w:sz w:val="15"/>
              </w:rPr>
              <w:t>Irrevocable Trust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BAF511B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FC76D2C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0B40E45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6944C5F" w14:textId="77777777" w:rsidR="00BD3677" w:rsidRDefault="00BD3677"/>
        </w:tc>
      </w:tr>
      <w:tr w:rsidR="00BD3677" w14:paraId="21DA28BB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9C5B320" w14:textId="77777777" w:rsidR="00BD3677" w:rsidRDefault="008D0625">
            <w:r>
              <w:rPr>
                <w:sz w:val="15"/>
              </w:rPr>
              <w:t>Prenuptial / Postnuptial Agreement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0759CCE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B0D5DEE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D95E29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FFE178D" w14:textId="77777777" w:rsidR="00BD3677" w:rsidRDefault="00BD3677"/>
        </w:tc>
      </w:tr>
      <w:tr w:rsidR="00BD3677" w14:paraId="765E121A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95963BA" w14:textId="77777777" w:rsidR="00BD3677" w:rsidRDefault="008D0625">
            <w:r>
              <w:rPr>
                <w:sz w:val="15"/>
              </w:rPr>
              <w:t>Declaration of Preneed Guardian / Similar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553AF97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683DF3C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C180785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0E54393" w14:textId="77777777" w:rsidR="00BD3677" w:rsidRDefault="00BD3677"/>
        </w:tc>
      </w:tr>
      <w:tr w:rsidR="00BD3677" w14:paraId="34121DBF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1E95607" w14:textId="77777777" w:rsidR="00BD3677" w:rsidRDefault="008D0625">
            <w:r>
              <w:rPr>
                <w:sz w:val="15"/>
              </w:rPr>
              <w:t>Guardianship / Conservatorship Documents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F95FCD2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810D98E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977118D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7E91688" w14:textId="77777777" w:rsidR="00BD3677" w:rsidRDefault="00BD3677"/>
        </w:tc>
      </w:tr>
      <w:tr w:rsidR="00BD3677" w14:paraId="0F1956B7" w14:textId="77777777" w:rsidTr="00F03EBA">
        <w:trPr>
          <w:trHeight w:val="390"/>
          <w:jc w:val="center"/>
        </w:trPr>
        <w:tc>
          <w:tcPr>
            <w:tcW w:w="252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60C0706" w14:textId="77777777" w:rsidR="00BD3677" w:rsidRDefault="008D0625">
            <w:r>
              <w:rPr>
                <w:sz w:val="15"/>
              </w:rPr>
              <w:t>Other Legal Agreement / Court Order</w:t>
            </w:r>
          </w:p>
        </w:tc>
        <w:tc>
          <w:tcPr>
            <w:tcW w:w="1224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6763478" w14:textId="77777777" w:rsidR="00BD3677" w:rsidRDefault="00BD3677"/>
        </w:tc>
        <w:tc>
          <w:tcPr>
            <w:tcW w:w="180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FC79769" w14:textId="77777777" w:rsidR="00BD3677" w:rsidRDefault="00BD3677"/>
        </w:tc>
        <w:tc>
          <w:tcPr>
            <w:tcW w:w="2880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708A3B6" w14:textId="77777777" w:rsidR="00BD3677" w:rsidRDefault="00BD3677"/>
        </w:tc>
        <w:tc>
          <w:tcPr>
            <w:tcW w:w="2088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17D4DAB" w14:textId="77777777" w:rsidR="00BD3677" w:rsidRDefault="00BD3677"/>
        </w:tc>
      </w:tr>
    </w:tbl>
    <w:p w14:paraId="5A2069CB" w14:textId="77777777" w:rsidR="00BD3677" w:rsidRDefault="008D0625">
      <w:pPr>
        <w:spacing w:before="100" w:after="40"/>
      </w:pPr>
      <w:r>
        <w:rPr>
          <w:b/>
        </w:rPr>
        <w:t xml:space="preserve">Related documents: </w:t>
      </w:r>
      <w:r>
        <w:t>Healthcare directives are maintained in the Medical &amp; Health Information section and may be cross-referenced here when useful.</w:t>
      </w:r>
    </w:p>
    <w:p w14:paraId="28877D3E" w14:textId="77777777" w:rsidR="00BD3677" w:rsidRDefault="008D0625">
      <w:pPr>
        <w:spacing w:before="40" w:after="0"/>
      </w:pPr>
      <w:r>
        <w:rPr>
          <w:b/>
        </w:rPr>
        <w:t xml:space="preserve">Important: </w:t>
      </w:r>
      <w:r>
        <w:t>This form organizes information only. It does not create legal authority, establish or amend an estate plan, transfer property, or replace properly prepared legal documents.</w:t>
      </w:r>
    </w:p>
    <w:sectPr w:rsidR="00BD3677" w:rsidSect="00034616">
      <w:footerReference w:type="default" r:id="rId8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12C5E" w14:textId="77777777" w:rsidR="00031234" w:rsidRDefault="00031234">
      <w:pPr>
        <w:spacing w:after="0" w:line="240" w:lineRule="auto"/>
      </w:pPr>
      <w:r>
        <w:separator/>
      </w:r>
    </w:p>
  </w:endnote>
  <w:endnote w:type="continuationSeparator" w:id="0">
    <w:p w14:paraId="6E4A1B80" w14:textId="77777777" w:rsidR="00031234" w:rsidRDefault="0003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9705" w14:textId="77777777" w:rsidR="00BD3677" w:rsidRDefault="008D0625">
    <w:pPr>
      <w:pStyle w:val="Footer"/>
      <w:jc w:val="center"/>
    </w:pPr>
    <w:r>
      <w:rPr>
        <w:sz w:val="14"/>
      </w:rPr>
      <w:t>Legacy Binder © Sheila Keene-Lund | S4-01 — Legal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8B3A1" w14:textId="77777777" w:rsidR="00031234" w:rsidRDefault="00031234">
      <w:pPr>
        <w:spacing w:after="0" w:line="240" w:lineRule="auto"/>
      </w:pPr>
      <w:r>
        <w:separator/>
      </w:r>
    </w:p>
  </w:footnote>
  <w:footnote w:type="continuationSeparator" w:id="0">
    <w:p w14:paraId="6D7D4CE4" w14:textId="77777777" w:rsidR="00031234" w:rsidRDefault="00031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2213269">
    <w:abstractNumId w:val="8"/>
  </w:num>
  <w:num w:numId="2" w16cid:durableId="684484070">
    <w:abstractNumId w:val="6"/>
  </w:num>
  <w:num w:numId="3" w16cid:durableId="235476612">
    <w:abstractNumId w:val="5"/>
  </w:num>
  <w:num w:numId="4" w16cid:durableId="404452058">
    <w:abstractNumId w:val="4"/>
  </w:num>
  <w:num w:numId="5" w16cid:durableId="1087118356">
    <w:abstractNumId w:val="7"/>
  </w:num>
  <w:num w:numId="6" w16cid:durableId="1677030514">
    <w:abstractNumId w:val="3"/>
  </w:num>
  <w:num w:numId="7" w16cid:durableId="1919556996">
    <w:abstractNumId w:val="2"/>
  </w:num>
  <w:num w:numId="8" w16cid:durableId="484591775">
    <w:abstractNumId w:val="1"/>
  </w:num>
  <w:num w:numId="9" w16cid:durableId="107847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234"/>
    <w:rsid w:val="00034616"/>
    <w:rsid w:val="0006063C"/>
    <w:rsid w:val="0015074B"/>
    <w:rsid w:val="0029639D"/>
    <w:rsid w:val="00326F90"/>
    <w:rsid w:val="003F5E2C"/>
    <w:rsid w:val="00413DFC"/>
    <w:rsid w:val="00492711"/>
    <w:rsid w:val="00642601"/>
    <w:rsid w:val="006E1626"/>
    <w:rsid w:val="00777444"/>
    <w:rsid w:val="008D0625"/>
    <w:rsid w:val="00AA1D8D"/>
    <w:rsid w:val="00B47730"/>
    <w:rsid w:val="00B74D2E"/>
    <w:rsid w:val="00BD3677"/>
    <w:rsid w:val="00CB0664"/>
    <w:rsid w:val="00DC4CC6"/>
    <w:rsid w:val="00F03EBA"/>
    <w:rsid w:val="00FC3F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2D7B31"/>
  <w14:defaultImageDpi w14:val="300"/>
  <w15:docId w15:val="{3A50DD83-CC67-4AD4-9CBA-91274665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2</cp:revision>
  <dcterms:created xsi:type="dcterms:W3CDTF">2026-09-14T15:23:00Z</dcterms:created>
  <dcterms:modified xsi:type="dcterms:W3CDTF">2026-09-14T15:23:00Z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22c1f8ca-5ae6-4b11-9e40-8db12c859d01</vt:lpwstr>
  </property>
</Properties>
</file>