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319CC" w14:textId="77777777" w:rsidR="004F46D2" w:rsidRDefault="00A46925">
      <w:pPr>
        <w:spacing w:after="0"/>
        <w:jc w:val="center"/>
      </w:pPr>
      <w:r>
        <w:rPr>
          <w:b/>
          <w:sz w:val="28"/>
        </w:rPr>
        <w:t>LEGACY BINDER</w:t>
      </w:r>
    </w:p>
    <w:p w14:paraId="40C1A810" w14:textId="77777777" w:rsidR="004F46D2" w:rsidRDefault="00A46925">
      <w:pPr>
        <w:spacing w:after="60"/>
        <w:jc w:val="center"/>
      </w:pPr>
      <w:r>
        <w:rPr>
          <w:b/>
          <w:sz w:val="30"/>
        </w:rPr>
        <w:t>S4-02 — LEGAL ROLES &amp; DECISION AUTHORITY SUMMARY</w:t>
      </w:r>
    </w:p>
    <w:p w14:paraId="60593884" w14:textId="77777777" w:rsidR="004F46D2" w:rsidRDefault="00A46925">
      <w:pPr>
        <w:spacing w:after="100"/>
        <w:jc w:val="center"/>
      </w:pPr>
      <w:r>
        <w:rPr>
          <w:i/>
        </w:rPr>
        <w:t>Use this form to identify important decision-makers and representatives, the source of their authority, and when that authority applies.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4F46D2" w14:paraId="4053D0E7" w14:textId="77777777"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9D9FD76" w14:textId="77777777" w:rsidR="004F46D2" w:rsidRDefault="00A46925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ADD8C15" w14:textId="77777777" w:rsidR="004F46D2" w:rsidRDefault="00A46925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6A820E80" w14:textId="77777777" w:rsidR="004F46D2" w:rsidRDefault="00A46925">
      <w:pPr>
        <w:spacing w:before="80" w:after="100"/>
      </w:pPr>
      <w:r>
        <w:t>Different roles may apply during your lifetime, during incapacity, or after death. Being named in one role does not automatically give a person authority to act in another.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870"/>
        <w:gridCol w:w="2146"/>
        <w:gridCol w:w="1939"/>
        <w:gridCol w:w="2630"/>
        <w:gridCol w:w="2215"/>
      </w:tblGrid>
      <w:tr w:rsidR="004F46D2" w14:paraId="1DE8F818" w14:textId="77777777" w:rsidTr="003579AC">
        <w:trPr>
          <w:tblHeader/>
          <w:jc w:val="center"/>
        </w:trPr>
        <w:tc>
          <w:tcPr>
            <w:tcW w:w="1944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1A732383" w14:textId="77777777" w:rsidR="004F46D2" w:rsidRDefault="00A46925">
            <w:pPr>
              <w:jc w:val="center"/>
            </w:pPr>
            <w:r>
              <w:rPr>
                <w:b/>
                <w:sz w:val="15"/>
              </w:rPr>
              <w:t>Role</w:t>
            </w:r>
          </w:p>
        </w:tc>
        <w:tc>
          <w:tcPr>
            <w:tcW w:w="2232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4E26185A" w14:textId="77777777" w:rsidR="004F46D2" w:rsidRDefault="00A46925">
            <w:pPr>
              <w:jc w:val="center"/>
            </w:pPr>
            <w:r>
              <w:rPr>
                <w:b/>
                <w:sz w:val="15"/>
              </w:rPr>
              <w:t>Primary Person / Contact</w:t>
            </w:r>
          </w:p>
        </w:tc>
        <w:tc>
          <w:tcPr>
            <w:tcW w:w="2016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268124A4" w14:textId="77777777" w:rsidR="004F46D2" w:rsidRDefault="00A46925">
            <w:pPr>
              <w:jc w:val="center"/>
            </w:pPr>
            <w:r>
              <w:rPr>
                <w:b/>
                <w:sz w:val="15"/>
              </w:rPr>
              <w:t>Phone / Email</w:t>
            </w:r>
          </w:p>
        </w:tc>
        <w:tc>
          <w:tcPr>
            <w:tcW w:w="2736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4367694A" w14:textId="77777777" w:rsidR="004F46D2" w:rsidRDefault="00A46925">
            <w:pPr>
              <w:jc w:val="center"/>
            </w:pPr>
            <w:r>
              <w:rPr>
                <w:b/>
                <w:sz w:val="15"/>
              </w:rPr>
              <w:t>Document or Source of Authority</w:t>
            </w:r>
          </w:p>
        </w:tc>
        <w:tc>
          <w:tcPr>
            <w:tcW w:w="2304" w:type="dxa"/>
            <w:shd w:val="clear" w:color="auto" w:fill="D9D9D9"/>
            <w:tcMar>
              <w:top w:w="55" w:type="dxa"/>
              <w:left w:w="30" w:type="dxa"/>
              <w:bottom w:w="55" w:type="dxa"/>
              <w:right w:w="30" w:type="dxa"/>
            </w:tcMar>
            <w:vAlign w:val="center"/>
          </w:tcPr>
          <w:p w14:paraId="713F212F" w14:textId="77777777" w:rsidR="004F46D2" w:rsidRDefault="00A46925">
            <w:pPr>
              <w:jc w:val="center"/>
            </w:pPr>
            <w:r>
              <w:rPr>
                <w:b/>
                <w:sz w:val="15"/>
              </w:rPr>
              <w:t>When Authority Applies</w:t>
            </w:r>
          </w:p>
        </w:tc>
      </w:tr>
      <w:tr w:rsidR="004F46D2" w14:paraId="3E15A8B9" w14:textId="77777777" w:rsidTr="003579AC">
        <w:trPr>
          <w:trHeight w:val="640"/>
          <w:jc w:val="center"/>
        </w:trPr>
        <w:tc>
          <w:tcPr>
            <w:tcW w:w="194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0D82797A" w14:textId="77777777" w:rsidR="004F46D2" w:rsidRDefault="00A46925">
            <w:r>
              <w:rPr>
                <w:b/>
                <w:sz w:val="16"/>
              </w:rPr>
              <w:t>Financial Agent</w:t>
            </w:r>
          </w:p>
        </w:tc>
        <w:tc>
          <w:tcPr>
            <w:tcW w:w="2232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617AFF1B" w14:textId="77777777" w:rsidR="004F46D2" w:rsidRDefault="004F46D2"/>
        </w:tc>
        <w:tc>
          <w:tcPr>
            <w:tcW w:w="201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6999B14" w14:textId="77777777" w:rsidR="004F46D2" w:rsidRDefault="004F46D2"/>
        </w:tc>
        <w:tc>
          <w:tcPr>
            <w:tcW w:w="273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0DDF3A2A" w14:textId="77777777" w:rsidR="004F46D2" w:rsidRDefault="00A46925">
            <w:r>
              <w:rPr>
                <w:sz w:val="15"/>
              </w:rPr>
              <w:t>Durable Financial Power of Attorney</w:t>
            </w:r>
          </w:p>
        </w:tc>
        <w:tc>
          <w:tcPr>
            <w:tcW w:w="230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7C72650" w14:textId="77777777" w:rsidR="004F46D2" w:rsidRDefault="00A46925">
            <w:r>
              <w:rPr>
                <w:sz w:val="15"/>
              </w:rPr>
              <w:t>During my lifetime, according to the terms of the POA</w:t>
            </w:r>
          </w:p>
        </w:tc>
      </w:tr>
      <w:tr w:rsidR="004F46D2" w14:paraId="17111AAF" w14:textId="77777777" w:rsidTr="003579AC">
        <w:trPr>
          <w:trHeight w:val="640"/>
          <w:jc w:val="center"/>
        </w:trPr>
        <w:tc>
          <w:tcPr>
            <w:tcW w:w="194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FF69CFE" w14:textId="77777777" w:rsidR="004F46D2" w:rsidRDefault="00A46925">
            <w:r>
              <w:rPr>
                <w:b/>
                <w:sz w:val="16"/>
              </w:rPr>
              <w:t>Healthcare Agent / Proxy / Surrogate</w:t>
            </w:r>
          </w:p>
        </w:tc>
        <w:tc>
          <w:tcPr>
            <w:tcW w:w="2232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12F1A9AC" w14:textId="77777777" w:rsidR="004F46D2" w:rsidRDefault="004F46D2"/>
        </w:tc>
        <w:tc>
          <w:tcPr>
            <w:tcW w:w="201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C06E674" w14:textId="77777777" w:rsidR="004F46D2" w:rsidRDefault="004F46D2"/>
        </w:tc>
        <w:tc>
          <w:tcPr>
            <w:tcW w:w="273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0FC3C81C" w14:textId="77777777" w:rsidR="004F46D2" w:rsidRDefault="00A46925">
            <w:r>
              <w:rPr>
                <w:sz w:val="15"/>
              </w:rPr>
              <w:t>Healthcare Power of Attorney / Proxy or other healthcare directive</w:t>
            </w:r>
          </w:p>
        </w:tc>
        <w:tc>
          <w:tcPr>
            <w:tcW w:w="230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64E09716" w14:textId="77777777" w:rsidR="004F46D2" w:rsidRDefault="00A46925">
            <w:r>
              <w:rPr>
                <w:sz w:val="15"/>
              </w:rPr>
              <w:t>When authorized under the healthcare document and applicable law</w:t>
            </w:r>
          </w:p>
        </w:tc>
      </w:tr>
      <w:tr w:rsidR="004F46D2" w14:paraId="46C92255" w14:textId="77777777" w:rsidTr="003579AC">
        <w:trPr>
          <w:trHeight w:val="640"/>
          <w:jc w:val="center"/>
        </w:trPr>
        <w:tc>
          <w:tcPr>
            <w:tcW w:w="194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06397070" w14:textId="77777777" w:rsidR="004F46D2" w:rsidRDefault="00A46925">
            <w:r>
              <w:rPr>
                <w:b/>
                <w:sz w:val="16"/>
              </w:rPr>
              <w:t>Successor Trustee</w:t>
            </w:r>
          </w:p>
        </w:tc>
        <w:tc>
          <w:tcPr>
            <w:tcW w:w="2232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649B2964" w14:textId="77777777" w:rsidR="004F46D2" w:rsidRDefault="004F46D2"/>
        </w:tc>
        <w:tc>
          <w:tcPr>
            <w:tcW w:w="201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2F8FBDB7" w14:textId="77777777" w:rsidR="004F46D2" w:rsidRDefault="004F46D2"/>
        </w:tc>
        <w:tc>
          <w:tcPr>
            <w:tcW w:w="273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386DEDE6" w14:textId="77777777" w:rsidR="004F46D2" w:rsidRDefault="00A46925">
            <w:r>
              <w:rPr>
                <w:sz w:val="15"/>
              </w:rPr>
              <w:t>Trust</w:t>
            </w:r>
          </w:p>
        </w:tc>
        <w:tc>
          <w:tcPr>
            <w:tcW w:w="230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6C4C50EA" w14:textId="77777777" w:rsidR="004F46D2" w:rsidRDefault="00A46925">
            <w:r>
              <w:rPr>
                <w:sz w:val="15"/>
              </w:rPr>
              <w:t>When authorized under the trust, such as incapacity, resignation, or death</w:t>
            </w:r>
          </w:p>
        </w:tc>
      </w:tr>
      <w:tr w:rsidR="004F46D2" w14:paraId="1084EEA7" w14:textId="77777777" w:rsidTr="003579AC">
        <w:trPr>
          <w:trHeight w:val="640"/>
          <w:jc w:val="center"/>
        </w:trPr>
        <w:tc>
          <w:tcPr>
            <w:tcW w:w="194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2D370480" w14:textId="77777777" w:rsidR="004F46D2" w:rsidRDefault="00A46925">
            <w:r>
              <w:rPr>
                <w:b/>
                <w:sz w:val="16"/>
              </w:rPr>
              <w:t>Guardian / Conservator</w:t>
            </w:r>
          </w:p>
        </w:tc>
        <w:tc>
          <w:tcPr>
            <w:tcW w:w="2232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32B47260" w14:textId="77777777" w:rsidR="004F46D2" w:rsidRDefault="004F46D2"/>
        </w:tc>
        <w:tc>
          <w:tcPr>
            <w:tcW w:w="201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F94987A" w14:textId="77777777" w:rsidR="004F46D2" w:rsidRDefault="004F46D2"/>
        </w:tc>
        <w:tc>
          <w:tcPr>
            <w:tcW w:w="273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12AA64BA" w14:textId="77777777" w:rsidR="004F46D2" w:rsidRDefault="00A46925">
            <w:r>
              <w:rPr>
                <w:sz w:val="15"/>
              </w:rPr>
              <w:t>Court Appointment</w:t>
            </w:r>
          </w:p>
        </w:tc>
        <w:tc>
          <w:tcPr>
            <w:tcW w:w="230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2DE6F655" w14:textId="77777777" w:rsidR="004F46D2" w:rsidRDefault="00A46925">
            <w:r>
              <w:rPr>
                <w:sz w:val="15"/>
              </w:rPr>
              <w:t>If appointed and as authorized by the court</w:t>
            </w:r>
          </w:p>
        </w:tc>
      </w:tr>
      <w:tr w:rsidR="004F46D2" w14:paraId="21ABA1B5" w14:textId="77777777" w:rsidTr="003579AC">
        <w:trPr>
          <w:trHeight w:val="640"/>
          <w:jc w:val="center"/>
        </w:trPr>
        <w:tc>
          <w:tcPr>
            <w:tcW w:w="194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6C432FD" w14:textId="77777777" w:rsidR="004F46D2" w:rsidRDefault="00A46925">
            <w:r>
              <w:rPr>
                <w:b/>
                <w:sz w:val="16"/>
              </w:rPr>
              <w:t>Executor / Personal Representative</w:t>
            </w:r>
          </w:p>
        </w:tc>
        <w:tc>
          <w:tcPr>
            <w:tcW w:w="2232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3FE50833" w14:textId="77777777" w:rsidR="004F46D2" w:rsidRDefault="004F46D2"/>
        </w:tc>
        <w:tc>
          <w:tcPr>
            <w:tcW w:w="201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07862C5" w14:textId="77777777" w:rsidR="004F46D2" w:rsidRDefault="004F46D2"/>
        </w:tc>
        <w:tc>
          <w:tcPr>
            <w:tcW w:w="273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3571FC07" w14:textId="77777777" w:rsidR="004F46D2" w:rsidRDefault="00A46925">
            <w:r>
              <w:rPr>
                <w:sz w:val="15"/>
              </w:rPr>
              <w:t>Last Will &amp; Testament / Court Appointment</w:t>
            </w:r>
          </w:p>
        </w:tc>
        <w:tc>
          <w:tcPr>
            <w:tcW w:w="230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70DE77ED" w14:textId="77777777" w:rsidR="004F46D2" w:rsidRDefault="00A46925">
            <w:r>
              <w:rPr>
                <w:sz w:val="15"/>
              </w:rPr>
              <w:t>After my death and legal appointment</w:t>
            </w:r>
          </w:p>
        </w:tc>
      </w:tr>
      <w:tr w:rsidR="004F46D2" w14:paraId="5703C9C1" w14:textId="77777777" w:rsidTr="003579AC">
        <w:trPr>
          <w:trHeight w:val="520"/>
          <w:jc w:val="center"/>
        </w:trPr>
        <w:tc>
          <w:tcPr>
            <w:tcW w:w="194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06751BA" w14:textId="77777777" w:rsidR="004F46D2" w:rsidRDefault="00A46925">
            <w:r>
              <w:rPr>
                <w:b/>
                <w:sz w:val="16"/>
              </w:rPr>
              <w:t>Other</w:t>
            </w:r>
          </w:p>
        </w:tc>
        <w:tc>
          <w:tcPr>
            <w:tcW w:w="2232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26B73685" w14:textId="77777777" w:rsidR="004F46D2" w:rsidRDefault="004F46D2"/>
        </w:tc>
        <w:tc>
          <w:tcPr>
            <w:tcW w:w="201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DB36003" w14:textId="77777777" w:rsidR="004F46D2" w:rsidRDefault="004F46D2"/>
        </w:tc>
        <w:tc>
          <w:tcPr>
            <w:tcW w:w="273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57728CF" w14:textId="77777777" w:rsidR="004F46D2" w:rsidRDefault="004F46D2"/>
        </w:tc>
        <w:tc>
          <w:tcPr>
            <w:tcW w:w="230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07655F40" w14:textId="77777777" w:rsidR="004F46D2" w:rsidRDefault="004F46D2"/>
        </w:tc>
      </w:tr>
      <w:tr w:rsidR="004F46D2" w14:paraId="60AF7739" w14:textId="77777777" w:rsidTr="003579AC">
        <w:trPr>
          <w:trHeight w:val="520"/>
          <w:jc w:val="center"/>
        </w:trPr>
        <w:tc>
          <w:tcPr>
            <w:tcW w:w="194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75FD119" w14:textId="77777777" w:rsidR="004F46D2" w:rsidRDefault="00A46925">
            <w:r>
              <w:rPr>
                <w:b/>
                <w:sz w:val="16"/>
              </w:rPr>
              <w:t>Other</w:t>
            </w:r>
          </w:p>
        </w:tc>
        <w:tc>
          <w:tcPr>
            <w:tcW w:w="2232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1E579B5" w14:textId="77777777" w:rsidR="004F46D2" w:rsidRDefault="004F46D2"/>
        </w:tc>
        <w:tc>
          <w:tcPr>
            <w:tcW w:w="201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1B7AF57D" w14:textId="77777777" w:rsidR="004F46D2" w:rsidRDefault="004F46D2"/>
        </w:tc>
        <w:tc>
          <w:tcPr>
            <w:tcW w:w="2736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72882FE" w14:textId="77777777" w:rsidR="004F46D2" w:rsidRDefault="004F46D2"/>
        </w:tc>
        <w:tc>
          <w:tcPr>
            <w:tcW w:w="2304" w:type="dxa"/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8362829" w14:textId="77777777" w:rsidR="004F46D2" w:rsidRDefault="004F46D2"/>
        </w:tc>
      </w:tr>
    </w:tbl>
    <w:p w14:paraId="467DA6BD" w14:textId="77777777" w:rsidR="004F46D2" w:rsidRDefault="00A46925">
      <w:pPr>
        <w:spacing w:before="100" w:after="40"/>
      </w:pPr>
      <w:r>
        <w:rPr>
          <w:b/>
        </w:rPr>
        <w:t xml:space="preserve">Document or Source of Authority: </w:t>
      </w:r>
      <w:r>
        <w:t>The legal document, court appointment, or other legal basis that gives the person authority to act.</w:t>
      </w:r>
    </w:p>
    <w:p w14:paraId="5D72831D" w14:textId="77777777" w:rsidR="004F46D2" w:rsidRDefault="00A46925">
      <w:pPr>
        <w:spacing w:before="40" w:after="0"/>
      </w:pPr>
      <w:r>
        <w:rPr>
          <w:b/>
        </w:rPr>
        <w:t xml:space="preserve">Important: </w:t>
      </w:r>
      <w:r>
        <w:t>This form does not create or expand legal authority. Authority depends on the applicable document, court appointment, and law.</w:t>
      </w:r>
    </w:p>
    <w:sectPr w:rsidR="004F46D2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1BC7F" w14:textId="77777777" w:rsidR="009A10BB" w:rsidRDefault="009A10BB">
      <w:pPr>
        <w:spacing w:after="0" w:line="240" w:lineRule="auto"/>
      </w:pPr>
      <w:r>
        <w:separator/>
      </w:r>
    </w:p>
  </w:endnote>
  <w:endnote w:type="continuationSeparator" w:id="0">
    <w:p w14:paraId="396FC0A5" w14:textId="77777777" w:rsidR="009A10BB" w:rsidRDefault="009A1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050B" w14:textId="77777777" w:rsidR="004F46D2" w:rsidRDefault="00A46925">
    <w:pPr>
      <w:pStyle w:val="Footer"/>
      <w:jc w:val="center"/>
    </w:pPr>
    <w:r>
      <w:rPr>
        <w:sz w:val="14"/>
      </w:rPr>
      <w:t>Legacy Binder © Sheila Keene-Lund | S4-02 — Legal Roles &amp; Decision Authority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1E82A" w14:textId="77777777" w:rsidR="009A10BB" w:rsidRDefault="009A10BB">
      <w:pPr>
        <w:spacing w:after="0" w:line="240" w:lineRule="auto"/>
      </w:pPr>
      <w:r>
        <w:separator/>
      </w:r>
    </w:p>
  </w:footnote>
  <w:footnote w:type="continuationSeparator" w:id="0">
    <w:p w14:paraId="41B5180E" w14:textId="77777777" w:rsidR="009A10BB" w:rsidRDefault="009A1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404502">
    <w:abstractNumId w:val="8"/>
  </w:num>
  <w:num w:numId="2" w16cid:durableId="239141530">
    <w:abstractNumId w:val="6"/>
  </w:num>
  <w:num w:numId="3" w16cid:durableId="1061635937">
    <w:abstractNumId w:val="5"/>
  </w:num>
  <w:num w:numId="4" w16cid:durableId="1289623963">
    <w:abstractNumId w:val="4"/>
  </w:num>
  <w:num w:numId="5" w16cid:durableId="1950383898">
    <w:abstractNumId w:val="7"/>
  </w:num>
  <w:num w:numId="6" w16cid:durableId="1490704959">
    <w:abstractNumId w:val="3"/>
  </w:num>
  <w:num w:numId="7" w16cid:durableId="2041734874">
    <w:abstractNumId w:val="2"/>
  </w:num>
  <w:num w:numId="8" w16cid:durableId="430047297">
    <w:abstractNumId w:val="1"/>
  </w:num>
  <w:num w:numId="9" w16cid:durableId="1860460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79AC"/>
    <w:rsid w:val="00413DFC"/>
    <w:rsid w:val="004F46D2"/>
    <w:rsid w:val="00695D9D"/>
    <w:rsid w:val="009A10BB"/>
    <w:rsid w:val="00A46925"/>
    <w:rsid w:val="00AA1D8D"/>
    <w:rsid w:val="00B47730"/>
    <w:rsid w:val="00CB0664"/>
    <w:rsid w:val="00E71F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3314A"/>
  <w14:defaultImageDpi w14:val="300"/>
  <w15:docId w15:val="{4A6B9F7D-F711-4DC0-9F53-036CB30D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1242</Characters>
  <Application>Microsoft Office Word</Application>
  <DocSecurity>0</DocSecurity>
  <Lines>103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3</cp:revision>
  <dcterms:created xsi:type="dcterms:W3CDTF">2026-09-07T23:37:00Z</dcterms:created>
  <dcterms:modified xsi:type="dcterms:W3CDTF">2026-09-14T10:34:00Z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db6de0c2-72ff-4d2f-81c6-0dee6c4fc368</vt:lpwstr>
  </property>
</Properties>
</file>