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5FFB1" w14:textId="77777777" w:rsidR="00624857" w:rsidRDefault="00736210">
      <w:pPr>
        <w:spacing w:after="0"/>
        <w:jc w:val="center"/>
      </w:pPr>
      <w:r>
        <w:rPr>
          <w:b/>
          <w:sz w:val="28"/>
        </w:rPr>
        <w:t>LEGACY BINDER</w:t>
      </w:r>
    </w:p>
    <w:p w14:paraId="1F6F0ADC" w14:textId="77777777" w:rsidR="00624857" w:rsidRDefault="00736210">
      <w:pPr>
        <w:spacing w:after="60"/>
        <w:jc w:val="center"/>
      </w:pPr>
      <w:r>
        <w:rPr>
          <w:b/>
          <w:sz w:val="32"/>
        </w:rPr>
        <w:t>S5-01 — PROPERTY INFORMATION SUMMARY</w:t>
      </w:r>
    </w:p>
    <w:p w14:paraId="0200606F" w14:textId="77777777" w:rsidR="00624857" w:rsidRDefault="00736210">
      <w:pPr>
        <w:spacing w:after="100"/>
        <w:jc w:val="center"/>
      </w:pPr>
      <w:r>
        <w:rPr>
          <w:i/>
          <w:sz w:val="17"/>
        </w:rPr>
        <w:t>Complete one form for each property you own. Use the same form for a residence, rental property, vacation home, commercial property, vacant land, or other real estate. Complete only what applies.</w:t>
      </w:r>
    </w:p>
    <w:tbl>
      <w:tblPr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5400"/>
        <w:gridCol w:w="5400"/>
      </w:tblGrid>
      <w:tr w:rsidR="00624857" w14:paraId="482CB031" w14:textId="77777777" w:rsidTr="006305C6">
        <w:trPr>
          <w:jc w:val="center"/>
        </w:trPr>
        <w:tc>
          <w:tcPr>
            <w:tcW w:w="10656" w:type="dxa"/>
            <w:gridSpan w:val="2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638032E0" w14:textId="77777777" w:rsidR="00624857" w:rsidRDefault="00736210">
            <w:pPr>
              <w:spacing w:after="0"/>
            </w:pPr>
            <w:r>
              <w:rPr>
                <w:b/>
              </w:rPr>
              <w:t xml:space="preserve">Property Address / Description: </w:t>
            </w:r>
            <w:r>
              <w:t>_______________________________________________</w:t>
            </w:r>
          </w:p>
        </w:tc>
      </w:tr>
      <w:tr w:rsidR="00624857" w14:paraId="05B5E31C" w14:textId="77777777" w:rsidTr="006305C6">
        <w:trPr>
          <w:jc w:val="center"/>
        </w:trPr>
        <w:tc>
          <w:tcPr>
            <w:tcW w:w="5328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75701918" w14:textId="77777777" w:rsidR="00624857" w:rsidRDefault="00736210">
            <w:r>
              <w:rPr>
                <w:b/>
              </w:rPr>
              <w:t xml:space="preserve">Date Last Updated: </w:t>
            </w:r>
            <w:r>
              <w:t>________________</w:t>
            </w:r>
          </w:p>
        </w:tc>
        <w:tc>
          <w:tcPr>
            <w:tcW w:w="5328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687FB0FE" w14:textId="77777777" w:rsidR="00624857" w:rsidRDefault="00736210">
            <w:r>
              <w:rPr>
                <w:b/>
              </w:rPr>
              <w:t xml:space="preserve">Parcel / Property ID: </w:t>
            </w:r>
            <w:r>
              <w:t>_____________________</w:t>
            </w:r>
          </w:p>
        </w:tc>
      </w:tr>
    </w:tbl>
    <w:p w14:paraId="2DD64CB0" w14:textId="77777777" w:rsidR="00624857" w:rsidRDefault="00624857">
      <w:pPr>
        <w:spacing w:after="0"/>
      </w:pPr>
    </w:p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10800"/>
      </w:tblGrid>
      <w:tr w:rsidR="00624857" w14:paraId="32CDBE80" w14:textId="77777777" w:rsidTr="006305C6">
        <w:trPr>
          <w:jc w:val="center"/>
        </w:trPr>
        <w:tc>
          <w:tcPr>
            <w:tcW w:w="10656" w:type="dxa"/>
            <w:shd w:val="clear" w:color="auto" w:fill="D9D9D9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1148D987" w14:textId="77777777" w:rsidR="00624857" w:rsidRDefault="00736210">
            <w:pPr>
              <w:spacing w:after="0"/>
            </w:pPr>
            <w:r>
              <w:rPr>
                <w:b/>
                <w:sz w:val="19"/>
              </w:rPr>
              <w:t>PROPERTY &amp; OWNERSHIP INFORMATION</w:t>
            </w:r>
          </w:p>
        </w:tc>
      </w:tr>
    </w:tbl>
    <w:p w14:paraId="1A11FFA8" w14:textId="77777777" w:rsidR="00624857" w:rsidRDefault="00736210">
      <w:pPr>
        <w:spacing w:before="60" w:after="80"/>
      </w:pPr>
      <w:r>
        <w:t>☐ Primary residence    ☐ Rental property    ☐ Vacation / second home    ☐ Commercial    ☐ Vacant land    ☐ Other</w:t>
      </w:r>
    </w:p>
    <w:p w14:paraId="3F898AA0" w14:textId="77777777" w:rsidR="00624857" w:rsidRDefault="00736210">
      <w:pPr>
        <w:spacing w:before="60" w:after="80"/>
      </w:pPr>
      <w:r>
        <w:t>☐ Owner-occupied    ☐ Tenant-occupied    ☐ Vacant    ☐ Other occupancy</w:t>
      </w:r>
    </w:p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3233"/>
        <w:gridCol w:w="7567"/>
      </w:tblGrid>
      <w:tr w:rsidR="00624857" w14:paraId="38122067" w14:textId="77777777" w:rsidTr="006305C6">
        <w:trPr>
          <w:trHeight w:val="380"/>
          <w:jc w:val="center"/>
        </w:trPr>
        <w:tc>
          <w:tcPr>
            <w:tcW w:w="3168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1A97F79D" w14:textId="77777777" w:rsidR="00624857" w:rsidRDefault="00736210">
            <w:r>
              <w:rPr>
                <w:b/>
                <w:sz w:val="16"/>
              </w:rPr>
              <w:t>Legal Owner(s)</w:t>
            </w:r>
          </w:p>
        </w:tc>
        <w:tc>
          <w:tcPr>
            <w:tcW w:w="7416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5303138E" w14:textId="77777777" w:rsidR="00624857" w:rsidRDefault="00624857"/>
        </w:tc>
      </w:tr>
      <w:tr w:rsidR="00624857" w14:paraId="3257CE9E" w14:textId="77777777" w:rsidTr="006305C6">
        <w:trPr>
          <w:trHeight w:val="360"/>
          <w:jc w:val="center"/>
        </w:trPr>
        <w:tc>
          <w:tcPr>
            <w:tcW w:w="3168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2A71E5E3" w14:textId="77777777" w:rsidR="00624857" w:rsidRDefault="00736210">
            <w:r>
              <w:rPr>
                <w:b/>
                <w:sz w:val="16"/>
              </w:rPr>
              <w:t>Form of Ownership / Title, if known</w:t>
            </w:r>
          </w:p>
        </w:tc>
        <w:tc>
          <w:tcPr>
            <w:tcW w:w="7416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6E8D0077" w14:textId="77777777" w:rsidR="00624857" w:rsidRDefault="00624857"/>
        </w:tc>
      </w:tr>
      <w:tr w:rsidR="00624857" w14:paraId="62FF9C77" w14:textId="77777777" w:rsidTr="006305C6">
        <w:trPr>
          <w:trHeight w:val="360"/>
          <w:jc w:val="center"/>
        </w:trPr>
        <w:tc>
          <w:tcPr>
            <w:tcW w:w="3168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6D9E40C3" w14:textId="77777777" w:rsidR="00624857" w:rsidRDefault="00736210">
            <w:r>
              <w:rPr>
                <w:b/>
                <w:sz w:val="16"/>
              </w:rPr>
              <w:t>Co-Owner(s), if applicable</w:t>
            </w:r>
          </w:p>
        </w:tc>
        <w:tc>
          <w:tcPr>
            <w:tcW w:w="7416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6B276FF9" w14:textId="77777777" w:rsidR="00624857" w:rsidRDefault="00624857"/>
        </w:tc>
      </w:tr>
      <w:tr w:rsidR="00624857" w14:paraId="7EFACC53" w14:textId="77777777" w:rsidTr="006305C6">
        <w:trPr>
          <w:trHeight w:val="430"/>
          <w:jc w:val="center"/>
        </w:trPr>
        <w:tc>
          <w:tcPr>
            <w:tcW w:w="3168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03226890" w14:textId="77777777" w:rsidR="00624857" w:rsidRDefault="00736210">
            <w:r>
              <w:rPr>
                <w:b/>
                <w:sz w:val="16"/>
              </w:rPr>
              <w:t>Trust / LLC / Partnership / Corporation / Other Entity Owner, if applicable</w:t>
            </w:r>
          </w:p>
        </w:tc>
        <w:tc>
          <w:tcPr>
            <w:tcW w:w="7416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5A11FBEE" w14:textId="77777777" w:rsidR="00624857" w:rsidRDefault="00624857"/>
        </w:tc>
      </w:tr>
      <w:tr w:rsidR="00624857" w14:paraId="1DA26436" w14:textId="77777777" w:rsidTr="006305C6">
        <w:trPr>
          <w:trHeight w:val="330"/>
          <w:jc w:val="center"/>
        </w:trPr>
        <w:tc>
          <w:tcPr>
            <w:tcW w:w="3168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767D8E73" w14:textId="77777777" w:rsidR="00624857" w:rsidRDefault="00736210">
            <w:r>
              <w:rPr>
                <w:b/>
                <w:sz w:val="16"/>
              </w:rPr>
              <w:t>Date Purchased</w:t>
            </w:r>
          </w:p>
        </w:tc>
        <w:tc>
          <w:tcPr>
            <w:tcW w:w="7416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49CECD2F" w14:textId="77777777" w:rsidR="00624857" w:rsidRDefault="00624857"/>
        </w:tc>
      </w:tr>
      <w:tr w:rsidR="00624857" w14:paraId="38A03247" w14:textId="77777777" w:rsidTr="006305C6">
        <w:trPr>
          <w:trHeight w:val="330"/>
          <w:jc w:val="center"/>
        </w:trPr>
        <w:tc>
          <w:tcPr>
            <w:tcW w:w="3168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79EB20D0" w14:textId="77777777" w:rsidR="00624857" w:rsidRDefault="00736210">
            <w:r>
              <w:rPr>
                <w:b/>
                <w:sz w:val="16"/>
              </w:rPr>
              <w:t>Approximate Current Value, optional</w:t>
            </w:r>
          </w:p>
        </w:tc>
        <w:tc>
          <w:tcPr>
            <w:tcW w:w="7416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4C56CA6A" w14:textId="77777777" w:rsidR="00624857" w:rsidRDefault="00624857"/>
        </w:tc>
      </w:tr>
    </w:tbl>
    <w:p w14:paraId="74B5AB9A" w14:textId="77777777" w:rsidR="00624857" w:rsidRDefault="00736210">
      <w:pPr>
        <w:spacing w:before="80" w:after="80"/>
      </w:pPr>
      <w:r>
        <w:rPr>
          <w:b/>
        </w:rPr>
        <w:t xml:space="preserve">Important: </w:t>
      </w:r>
      <w:r>
        <w:t>The recorded deed and other applicable legal documents determine legal title.</w:t>
      </w:r>
    </w:p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10800"/>
      </w:tblGrid>
      <w:tr w:rsidR="00624857" w14:paraId="25A9B15A" w14:textId="77777777" w:rsidTr="006305C6">
        <w:trPr>
          <w:jc w:val="center"/>
        </w:trPr>
        <w:tc>
          <w:tcPr>
            <w:tcW w:w="10656" w:type="dxa"/>
            <w:shd w:val="clear" w:color="auto" w:fill="D9D9D9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78851CAA" w14:textId="77777777" w:rsidR="00624857" w:rsidRDefault="00736210">
            <w:pPr>
              <w:spacing w:after="0"/>
            </w:pPr>
            <w:r>
              <w:rPr>
                <w:b/>
                <w:sz w:val="19"/>
              </w:rPr>
              <w:t>MORTGAGE, FINANCING &amp; LIENS</w:t>
            </w:r>
          </w:p>
        </w:tc>
      </w:tr>
    </w:tbl>
    <w:p w14:paraId="7A058C74" w14:textId="77777777" w:rsidR="00624857" w:rsidRDefault="00736210">
      <w:pPr>
        <w:spacing w:before="60" w:after="80"/>
      </w:pPr>
      <w:r>
        <w:t>☐ Owned Free and Clear</w:t>
      </w:r>
    </w:p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3233"/>
        <w:gridCol w:w="7567"/>
      </w:tblGrid>
      <w:tr w:rsidR="00624857" w14:paraId="5E2CB690" w14:textId="77777777" w:rsidTr="006305C6">
        <w:trPr>
          <w:trHeight w:val="400"/>
          <w:jc w:val="center"/>
        </w:trPr>
        <w:tc>
          <w:tcPr>
            <w:tcW w:w="3168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41EA3846" w14:textId="77777777" w:rsidR="00624857" w:rsidRDefault="00736210">
            <w:r>
              <w:rPr>
                <w:b/>
                <w:sz w:val="16"/>
              </w:rPr>
              <w:t>Mortgage Lender / Servicer &amp; Contact</w:t>
            </w:r>
          </w:p>
        </w:tc>
        <w:tc>
          <w:tcPr>
            <w:tcW w:w="7416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517DB244" w14:textId="77777777" w:rsidR="00624857" w:rsidRDefault="00624857"/>
        </w:tc>
      </w:tr>
      <w:tr w:rsidR="00624857" w14:paraId="45B6CFCA" w14:textId="77777777" w:rsidTr="006305C6">
        <w:trPr>
          <w:trHeight w:val="330"/>
          <w:jc w:val="center"/>
        </w:trPr>
        <w:tc>
          <w:tcPr>
            <w:tcW w:w="3168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7464A6AC" w14:textId="77777777" w:rsidR="00624857" w:rsidRDefault="00736210">
            <w:r>
              <w:rPr>
                <w:b/>
                <w:sz w:val="16"/>
              </w:rPr>
              <w:t>Loan Number</w:t>
            </w:r>
          </w:p>
        </w:tc>
        <w:tc>
          <w:tcPr>
            <w:tcW w:w="7416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545B180F" w14:textId="77777777" w:rsidR="00624857" w:rsidRDefault="00624857"/>
        </w:tc>
      </w:tr>
      <w:tr w:rsidR="00624857" w14:paraId="3C48DDFE" w14:textId="77777777" w:rsidTr="006305C6">
        <w:trPr>
          <w:trHeight w:val="330"/>
          <w:jc w:val="center"/>
        </w:trPr>
        <w:tc>
          <w:tcPr>
            <w:tcW w:w="3168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114E5825" w14:textId="77777777" w:rsidR="00624857" w:rsidRDefault="00736210">
            <w:r>
              <w:rPr>
                <w:b/>
                <w:sz w:val="16"/>
              </w:rPr>
              <w:t>Escrow Account?  ☐ Yes   ☐ No   ☐ Unknown</w:t>
            </w:r>
          </w:p>
        </w:tc>
        <w:tc>
          <w:tcPr>
            <w:tcW w:w="7416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05983C2B" w14:textId="77777777" w:rsidR="00624857" w:rsidRDefault="00624857"/>
        </w:tc>
      </w:tr>
      <w:tr w:rsidR="00624857" w14:paraId="1A8C9563" w14:textId="77777777" w:rsidTr="006305C6">
        <w:trPr>
          <w:trHeight w:val="430"/>
          <w:jc w:val="center"/>
        </w:trPr>
        <w:tc>
          <w:tcPr>
            <w:tcW w:w="3168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52791EBB" w14:textId="77777777" w:rsidR="00624857" w:rsidRDefault="00736210">
            <w:r>
              <w:rPr>
                <w:b/>
                <w:sz w:val="16"/>
              </w:rPr>
              <w:t>Second Mortgage / Home-Equity Loan / HELOC / Other Financing</w:t>
            </w:r>
          </w:p>
        </w:tc>
        <w:tc>
          <w:tcPr>
            <w:tcW w:w="7416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0B9CD463" w14:textId="77777777" w:rsidR="00624857" w:rsidRDefault="00624857"/>
        </w:tc>
      </w:tr>
      <w:tr w:rsidR="00624857" w14:paraId="67287C4C" w14:textId="77777777" w:rsidTr="006305C6">
        <w:trPr>
          <w:trHeight w:val="420"/>
          <w:jc w:val="center"/>
        </w:trPr>
        <w:tc>
          <w:tcPr>
            <w:tcW w:w="3168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1E4BAC04" w14:textId="77777777" w:rsidR="00624857" w:rsidRDefault="00736210">
            <w:r>
              <w:rPr>
                <w:b/>
                <w:sz w:val="16"/>
              </w:rPr>
              <w:t>Known Liens / Other Significant Obligations</w:t>
            </w:r>
          </w:p>
        </w:tc>
        <w:tc>
          <w:tcPr>
            <w:tcW w:w="7416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5812E001" w14:textId="77777777" w:rsidR="00624857" w:rsidRDefault="00624857"/>
        </w:tc>
      </w:tr>
    </w:tbl>
    <w:p w14:paraId="17356C11" w14:textId="77777777" w:rsidR="00624857" w:rsidRDefault="00624857">
      <w:pPr>
        <w:spacing w:after="0"/>
      </w:pPr>
    </w:p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10800"/>
      </w:tblGrid>
      <w:tr w:rsidR="00624857" w14:paraId="74C538A6" w14:textId="77777777" w:rsidTr="006305C6">
        <w:trPr>
          <w:jc w:val="center"/>
        </w:trPr>
        <w:tc>
          <w:tcPr>
            <w:tcW w:w="10656" w:type="dxa"/>
            <w:shd w:val="clear" w:color="auto" w:fill="D9D9D9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777F96B3" w14:textId="77777777" w:rsidR="00624857" w:rsidRDefault="00736210">
            <w:pPr>
              <w:spacing w:after="0"/>
            </w:pPr>
            <w:r>
              <w:rPr>
                <w:b/>
                <w:sz w:val="19"/>
              </w:rPr>
              <w:t>PROPERTY INSURANCE</w:t>
            </w:r>
          </w:p>
        </w:tc>
      </w:tr>
    </w:tbl>
    <w:p w14:paraId="4D1B4099" w14:textId="77777777" w:rsidR="00624857" w:rsidRDefault="00736210">
      <w:pPr>
        <w:spacing w:before="60" w:after="80"/>
      </w:pPr>
      <w:r>
        <w:t>☐ Homeowners    ☐ Dwelling / landlord    ☐ Flood    ☐ Windstorm / hurricane    ☐ Earthquake    ☐ Other</w:t>
      </w:r>
    </w:p>
    <w:p w14:paraId="298A1702" w14:textId="77777777" w:rsidR="00624857" w:rsidRDefault="00736210">
      <w:pPr>
        <w:spacing w:before="40" w:after="0"/>
      </w:pPr>
      <w:r>
        <w:t>Complete policy details belong in the Insurance Information section of your Legacy Binder.</w:t>
      </w:r>
    </w:p>
    <w:p w14:paraId="31A17102" w14:textId="77777777" w:rsidR="00624857" w:rsidRDefault="00736210">
      <w:r>
        <w:br w:type="page"/>
      </w:r>
    </w:p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10800"/>
      </w:tblGrid>
      <w:tr w:rsidR="00624857" w14:paraId="57B0EAE2" w14:textId="77777777" w:rsidTr="006305C6">
        <w:trPr>
          <w:jc w:val="center"/>
        </w:trPr>
        <w:tc>
          <w:tcPr>
            <w:tcW w:w="10656" w:type="dxa"/>
            <w:shd w:val="clear" w:color="auto" w:fill="D9D9D9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197925EE" w14:textId="77777777" w:rsidR="00624857" w:rsidRDefault="00736210">
            <w:pPr>
              <w:spacing w:after="0"/>
            </w:pPr>
            <w:r>
              <w:rPr>
                <w:b/>
                <w:sz w:val="19"/>
              </w:rPr>
              <w:lastRenderedPageBreak/>
              <w:t>PROPERTY TAXES &amp; ASSESSMENTS</w:t>
            </w:r>
          </w:p>
        </w:tc>
      </w:tr>
    </w:tbl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3233"/>
        <w:gridCol w:w="7567"/>
      </w:tblGrid>
      <w:tr w:rsidR="00624857" w14:paraId="4C4DA1EB" w14:textId="77777777" w:rsidTr="006305C6">
        <w:trPr>
          <w:trHeight w:val="340"/>
          <w:jc w:val="center"/>
        </w:trPr>
        <w:tc>
          <w:tcPr>
            <w:tcW w:w="3168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392FCE9F" w14:textId="77777777" w:rsidR="00624857" w:rsidRDefault="00736210">
            <w:r>
              <w:rPr>
                <w:b/>
                <w:sz w:val="16"/>
              </w:rPr>
              <w:t>Taxing Authority</w:t>
            </w:r>
          </w:p>
        </w:tc>
        <w:tc>
          <w:tcPr>
            <w:tcW w:w="7416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7A168087" w14:textId="77777777" w:rsidR="00624857" w:rsidRDefault="00624857"/>
        </w:tc>
      </w:tr>
      <w:tr w:rsidR="00624857" w14:paraId="6A6CA12F" w14:textId="77777777" w:rsidTr="006305C6">
        <w:trPr>
          <w:trHeight w:val="340"/>
          <w:jc w:val="center"/>
        </w:trPr>
        <w:tc>
          <w:tcPr>
            <w:tcW w:w="3168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59499D58" w14:textId="77777777" w:rsidR="00624857" w:rsidRDefault="00736210">
            <w:r>
              <w:rPr>
                <w:b/>
                <w:sz w:val="16"/>
              </w:rPr>
              <w:t>Parcel / Tax Identification Number</w:t>
            </w:r>
          </w:p>
        </w:tc>
        <w:tc>
          <w:tcPr>
            <w:tcW w:w="7416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78262529" w14:textId="77777777" w:rsidR="00624857" w:rsidRDefault="00624857"/>
        </w:tc>
      </w:tr>
      <w:tr w:rsidR="00624857" w14:paraId="788F79FC" w14:textId="77777777" w:rsidTr="006305C6">
        <w:trPr>
          <w:trHeight w:val="380"/>
          <w:jc w:val="center"/>
        </w:trPr>
        <w:tc>
          <w:tcPr>
            <w:tcW w:w="3168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64707BB0" w14:textId="77777777" w:rsidR="00624857" w:rsidRDefault="00736210">
            <w:r>
              <w:rPr>
                <w:b/>
                <w:sz w:val="16"/>
              </w:rPr>
              <w:t>Homestead / Veterans' / Agricultural / Other Exemption(s)</w:t>
            </w:r>
          </w:p>
        </w:tc>
        <w:tc>
          <w:tcPr>
            <w:tcW w:w="7416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4A45F331" w14:textId="77777777" w:rsidR="00624857" w:rsidRDefault="00624857"/>
        </w:tc>
      </w:tr>
      <w:tr w:rsidR="00624857" w14:paraId="21C45A75" w14:textId="77777777" w:rsidTr="006305C6">
        <w:trPr>
          <w:trHeight w:val="340"/>
          <w:jc w:val="center"/>
        </w:trPr>
        <w:tc>
          <w:tcPr>
            <w:tcW w:w="3168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3347BAEC" w14:textId="77777777" w:rsidR="00624857" w:rsidRDefault="00736210">
            <w:r>
              <w:rPr>
                <w:b/>
                <w:sz w:val="16"/>
              </w:rPr>
              <w:t>Taxes Paid Through Mortgage Escrow?  ☐ Yes   ☐ No</w:t>
            </w:r>
          </w:p>
        </w:tc>
        <w:tc>
          <w:tcPr>
            <w:tcW w:w="7416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61DACBAB" w14:textId="77777777" w:rsidR="00624857" w:rsidRDefault="00624857"/>
        </w:tc>
      </w:tr>
      <w:tr w:rsidR="00624857" w14:paraId="0884930C" w14:textId="77777777" w:rsidTr="006305C6">
        <w:trPr>
          <w:trHeight w:val="380"/>
          <w:jc w:val="center"/>
        </w:trPr>
        <w:tc>
          <w:tcPr>
            <w:tcW w:w="3168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04CEED3C" w14:textId="77777777" w:rsidR="00624857" w:rsidRDefault="00736210">
            <w:r>
              <w:rPr>
                <w:b/>
                <w:sz w:val="16"/>
              </w:rPr>
              <w:t>Special Assessments</w:t>
            </w:r>
          </w:p>
        </w:tc>
        <w:tc>
          <w:tcPr>
            <w:tcW w:w="7416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116FC927" w14:textId="77777777" w:rsidR="00624857" w:rsidRDefault="00624857"/>
        </w:tc>
      </w:tr>
      <w:tr w:rsidR="00624857" w14:paraId="6F4DFD4F" w14:textId="77777777" w:rsidTr="006305C6">
        <w:trPr>
          <w:trHeight w:val="380"/>
          <w:jc w:val="center"/>
        </w:trPr>
        <w:tc>
          <w:tcPr>
            <w:tcW w:w="3168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6109D779" w14:textId="77777777" w:rsidR="00624857" w:rsidRDefault="00736210">
            <w:r>
              <w:rPr>
                <w:b/>
                <w:sz w:val="16"/>
              </w:rPr>
              <w:t>Other Significant Tax Information</w:t>
            </w:r>
          </w:p>
        </w:tc>
        <w:tc>
          <w:tcPr>
            <w:tcW w:w="7416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519C2BED" w14:textId="77777777" w:rsidR="00624857" w:rsidRDefault="00624857"/>
        </w:tc>
      </w:tr>
    </w:tbl>
    <w:p w14:paraId="1DFBB437" w14:textId="77777777" w:rsidR="00624857" w:rsidRDefault="00624857">
      <w:pPr>
        <w:spacing w:after="0"/>
      </w:pPr>
    </w:p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10800"/>
      </w:tblGrid>
      <w:tr w:rsidR="00624857" w14:paraId="3A9F1D2C" w14:textId="77777777" w:rsidTr="006305C6">
        <w:trPr>
          <w:jc w:val="center"/>
        </w:trPr>
        <w:tc>
          <w:tcPr>
            <w:tcW w:w="10656" w:type="dxa"/>
            <w:shd w:val="clear" w:color="auto" w:fill="D9D9D9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5C3D66D7" w14:textId="77777777" w:rsidR="00624857" w:rsidRDefault="00736210">
            <w:pPr>
              <w:spacing w:after="0"/>
            </w:pPr>
            <w:r>
              <w:rPr>
                <w:b/>
                <w:sz w:val="19"/>
              </w:rPr>
              <w:t>HOA, CONDOMINIUM OR COMMUNITY ASSOCIATION</w:t>
            </w:r>
          </w:p>
        </w:tc>
      </w:tr>
    </w:tbl>
    <w:p w14:paraId="052EFD60" w14:textId="77777777" w:rsidR="00624857" w:rsidRDefault="00736210">
      <w:pPr>
        <w:spacing w:before="60" w:after="80"/>
      </w:pPr>
      <w:r>
        <w:t>☐ Not applicable</w:t>
      </w:r>
    </w:p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3233"/>
        <w:gridCol w:w="7567"/>
      </w:tblGrid>
      <w:tr w:rsidR="00624857" w14:paraId="3418A0B1" w14:textId="77777777" w:rsidTr="006305C6">
        <w:trPr>
          <w:trHeight w:val="380"/>
          <w:jc w:val="center"/>
        </w:trPr>
        <w:tc>
          <w:tcPr>
            <w:tcW w:w="3168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76BAFDED" w14:textId="77777777" w:rsidR="00624857" w:rsidRDefault="00736210">
            <w:r>
              <w:rPr>
                <w:b/>
                <w:sz w:val="16"/>
              </w:rPr>
              <w:t>Association Name / Management Company</w:t>
            </w:r>
          </w:p>
        </w:tc>
        <w:tc>
          <w:tcPr>
            <w:tcW w:w="7416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7EAC53D2" w14:textId="77777777" w:rsidR="00624857" w:rsidRDefault="00624857"/>
        </w:tc>
      </w:tr>
      <w:tr w:rsidR="00624857" w14:paraId="17283633" w14:textId="77777777" w:rsidTr="006305C6">
        <w:trPr>
          <w:trHeight w:val="380"/>
          <w:jc w:val="center"/>
        </w:trPr>
        <w:tc>
          <w:tcPr>
            <w:tcW w:w="3168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2FD97474" w14:textId="77777777" w:rsidR="00624857" w:rsidRDefault="00736210">
            <w:r>
              <w:rPr>
                <w:b/>
                <w:sz w:val="16"/>
              </w:rPr>
              <w:t>Account / Contact Information</w:t>
            </w:r>
          </w:p>
        </w:tc>
        <w:tc>
          <w:tcPr>
            <w:tcW w:w="7416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44554AED" w14:textId="77777777" w:rsidR="00624857" w:rsidRDefault="00624857"/>
        </w:tc>
      </w:tr>
      <w:tr w:rsidR="00624857" w14:paraId="01F94102" w14:textId="77777777" w:rsidTr="006305C6">
        <w:trPr>
          <w:trHeight w:val="350"/>
          <w:jc w:val="center"/>
        </w:trPr>
        <w:tc>
          <w:tcPr>
            <w:tcW w:w="3168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7CB3FCAB" w14:textId="77777777" w:rsidR="00624857" w:rsidRDefault="00736210">
            <w:r>
              <w:rPr>
                <w:b/>
                <w:sz w:val="16"/>
              </w:rPr>
              <w:t>Dues / Frequency</w:t>
            </w:r>
          </w:p>
        </w:tc>
        <w:tc>
          <w:tcPr>
            <w:tcW w:w="7416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1FF12A87" w14:textId="77777777" w:rsidR="00624857" w:rsidRDefault="00624857"/>
        </w:tc>
      </w:tr>
      <w:tr w:rsidR="00624857" w14:paraId="1D2719D0" w14:textId="77777777" w:rsidTr="006305C6">
        <w:trPr>
          <w:trHeight w:val="350"/>
          <w:jc w:val="center"/>
        </w:trPr>
        <w:tc>
          <w:tcPr>
            <w:tcW w:w="3168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523F9389" w14:textId="77777777" w:rsidR="00624857" w:rsidRDefault="00736210">
            <w:r>
              <w:rPr>
                <w:b/>
                <w:sz w:val="16"/>
              </w:rPr>
              <w:t>Special Assessments</w:t>
            </w:r>
          </w:p>
        </w:tc>
        <w:tc>
          <w:tcPr>
            <w:tcW w:w="7416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6C0BD63F" w14:textId="77777777" w:rsidR="00624857" w:rsidRDefault="00624857"/>
        </w:tc>
      </w:tr>
      <w:tr w:rsidR="00624857" w14:paraId="2E4D8F5B" w14:textId="77777777" w:rsidTr="006305C6">
        <w:trPr>
          <w:trHeight w:val="380"/>
          <w:jc w:val="center"/>
        </w:trPr>
        <w:tc>
          <w:tcPr>
            <w:tcW w:w="3168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0015FBD6" w14:textId="77777777" w:rsidR="00624857" w:rsidRDefault="00736210">
            <w:r>
              <w:rPr>
                <w:b/>
                <w:sz w:val="16"/>
              </w:rPr>
              <w:t>Location of Governing Documents</w:t>
            </w:r>
          </w:p>
        </w:tc>
        <w:tc>
          <w:tcPr>
            <w:tcW w:w="7416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666AE7DA" w14:textId="77777777" w:rsidR="00624857" w:rsidRDefault="00624857"/>
        </w:tc>
      </w:tr>
    </w:tbl>
    <w:p w14:paraId="70817284" w14:textId="77777777" w:rsidR="00624857" w:rsidRDefault="00736210">
      <w:pPr>
        <w:spacing w:before="40" w:after="80"/>
      </w:pPr>
      <w:r>
        <w:t>Operational items such as gate access, community procedures, and routine services belong in Household &amp; Daily Living.</w:t>
      </w:r>
    </w:p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10800"/>
      </w:tblGrid>
      <w:tr w:rsidR="00624857" w14:paraId="494CB0B5" w14:textId="77777777" w:rsidTr="006305C6">
        <w:trPr>
          <w:jc w:val="center"/>
        </w:trPr>
        <w:tc>
          <w:tcPr>
            <w:tcW w:w="10656" w:type="dxa"/>
            <w:shd w:val="clear" w:color="auto" w:fill="D9D9D9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311337B4" w14:textId="77777777" w:rsidR="00624857" w:rsidRDefault="00736210">
            <w:pPr>
              <w:spacing w:after="0"/>
            </w:pPr>
            <w:r>
              <w:rPr>
                <w:b/>
                <w:sz w:val="19"/>
              </w:rPr>
              <w:t>RENTAL PROPERTY INFORMATION</w:t>
            </w:r>
          </w:p>
        </w:tc>
      </w:tr>
    </w:tbl>
    <w:p w14:paraId="1E23F210" w14:textId="77777777" w:rsidR="00624857" w:rsidRDefault="00736210">
      <w:pPr>
        <w:spacing w:before="60" w:after="80"/>
      </w:pPr>
      <w:r>
        <w:t>☐ Not applicable</w:t>
      </w:r>
    </w:p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3233"/>
        <w:gridCol w:w="7567"/>
      </w:tblGrid>
      <w:tr w:rsidR="00624857" w14:paraId="1856F27C" w14:textId="77777777" w:rsidTr="006305C6">
        <w:trPr>
          <w:trHeight w:val="380"/>
          <w:jc w:val="center"/>
        </w:trPr>
        <w:tc>
          <w:tcPr>
            <w:tcW w:w="3168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640A0F46" w14:textId="77777777" w:rsidR="00624857" w:rsidRDefault="00736210">
            <w:r>
              <w:rPr>
                <w:b/>
                <w:sz w:val="16"/>
              </w:rPr>
              <w:t>Property Manager / Essential Contact</w:t>
            </w:r>
          </w:p>
        </w:tc>
        <w:tc>
          <w:tcPr>
            <w:tcW w:w="7416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70F8EADC" w14:textId="77777777" w:rsidR="00624857" w:rsidRDefault="00624857"/>
        </w:tc>
      </w:tr>
      <w:tr w:rsidR="00624857" w14:paraId="09879370" w14:textId="77777777" w:rsidTr="006305C6">
        <w:trPr>
          <w:trHeight w:val="380"/>
          <w:jc w:val="center"/>
        </w:trPr>
        <w:tc>
          <w:tcPr>
            <w:tcW w:w="3168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5AA13C90" w14:textId="77777777" w:rsidR="00624857" w:rsidRDefault="00736210">
            <w:r>
              <w:rPr>
                <w:b/>
                <w:sz w:val="16"/>
              </w:rPr>
              <w:t>Current Lease / Rental Agreement — Location</w:t>
            </w:r>
          </w:p>
        </w:tc>
        <w:tc>
          <w:tcPr>
            <w:tcW w:w="7416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769D3F05" w14:textId="77777777" w:rsidR="00624857" w:rsidRDefault="00624857"/>
        </w:tc>
      </w:tr>
      <w:tr w:rsidR="00624857" w14:paraId="56939269" w14:textId="77777777" w:rsidTr="006305C6">
        <w:trPr>
          <w:trHeight w:val="380"/>
          <w:jc w:val="center"/>
        </w:trPr>
        <w:tc>
          <w:tcPr>
            <w:tcW w:w="3168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312FE377" w14:textId="77777777" w:rsidR="00624857" w:rsidRDefault="00736210">
            <w:r>
              <w:rPr>
                <w:b/>
                <w:sz w:val="16"/>
              </w:rPr>
              <w:t>Tenant Contact Information — Location</w:t>
            </w:r>
          </w:p>
        </w:tc>
        <w:tc>
          <w:tcPr>
            <w:tcW w:w="7416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1536136A" w14:textId="77777777" w:rsidR="00624857" w:rsidRDefault="00624857"/>
        </w:tc>
      </w:tr>
      <w:tr w:rsidR="00624857" w14:paraId="43A92697" w14:textId="77777777" w:rsidTr="006305C6">
        <w:trPr>
          <w:trHeight w:val="380"/>
          <w:jc w:val="center"/>
        </w:trPr>
        <w:tc>
          <w:tcPr>
            <w:tcW w:w="3168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7664BC3B" w14:textId="77777777" w:rsidR="00624857" w:rsidRDefault="00736210">
            <w:r>
              <w:rPr>
                <w:b/>
                <w:sz w:val="16"/>
              </w:rPr>
              <w:t>Security Deposit / Rent-Payment Records — Location</w:t>
            </w:r>
          </w:p>
        </w:tc>
        <w:tc>
          <w:tcPr>
            <w:tcW w:w="7416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11960777" w14:textId="77777777" w:rsidR="00624857" w:rsidRDefault="00624857"/>
        </w:tc>
      </w:tr>
      <w:tr w:rsidR="00624857" w14:paraId="392DF93C" w14:textId="77777777" w:rsidTr="006305C6">
        <w:trPr>
          <w:trHeight w:val="430"/>
          <w:jc w:val="center"/>
        </w:trPr>
        <w:tc>
          <w:tcPr>
            <w:tcW w:w="3168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4B3A37D6" w14:textId="77777777" w:rsidR="00624857" w:rsidRDefault="00736210">
            <w:r>
              <w:rPr>
                <w:b/>
                <w:sz w:val="16"/>
              </w:rPr>
              <w:t>Other Significant Rental Records / Notes</w:t>
            </w:r>
          </w:p>
        </w:tc>
        <w:tc>
          <w:tcPr>
            <w:tcW w:w="7416" w:type="dxa"/>
            <w:tcMar>
              <w:top w:w="42" w:type="dxa"/>
              <w:left w:w="45" w:type="dxa"/>
              <w:bottom w:w="42" w:type="dxa"/>
              <w:right w:w="45" w:type="dxa"/>
            </w:tcMar>
          </w:tcPr>
          <w:p w14:paraId="137CE370" w14:textId="77777777" w:rsidR="00624857" w:rsidRDefault="00624857"/>
        </w:tc>
      </w:tr>
    </w:tbl>
    <w:p w14:paraId="33BF3975" w14:textId="77777777" w:rsidR="00624857" w:rsidRDefault="00624857">
      <w:pPr>
        <w:spacing w:after="0"/>
      </w:pPr>
    </w:p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10800"/>
      </w:tblGrid>
      <w:tr w:rsidR="00624857" w14:paraId="48CF2BD8" w14:textId="77777777" w:rsidTr="006305C6">
        <w:trPr>
          <w:jc w:val="center"/>
        </w:trPr>
        <w:tc>
          <w:tcPr>
            <w:tcW w:w="10656" w:type="dxa"/>
            <w:shd w:val="clear" w:color="auto" w:fill="D9D9D9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4A0BFBFE" w14:textId="77777777" w:rsidR="00624857" w:rsidRDefault="00736210">
            <w:pPr>
              <w:spacing w:after="0"/>
            </w:pPr>
            <w:r>
              <w:rPr>
                <w:b/>
                <w:sz w:val="19"/>
              </w:rPr>
              <w:t>IMPORTANT PROPERTY RECORDS</w:t>
            </w:r>
          </w:p>
        </w:tc>
      </w:tr>
    </w:tbl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3894"/>
        <w:gridCol w:w="1469"/>
        <w:gridCol w:w="5437"/>
      </w:tblGrid>
      <w:tr w:rsidR="00624857" w14:paraId="47B4CC9F" w14:textId="77777777" w:rsidTr="006305C6">
        <w:trPr>
          <w:jc w:val="center"/>
        </w:trPr>
        <w:tc>
          <w:tcPr>
            <w:tcW w:w="3816" w:type="dxa"/>
            <w:shd w:val="clear" w:color="auto" w:fill="D9D9D9"/>
            <w:tcMar>
              <w:top w:w="50" w:type="dxa"/>
              <w:left w:w="35" w:type="dxa"/>
              <w:bottom w:w="50" w:type="dxa"/>
              <w:right w:w="35" w:type="dxa"/>
            </w:tcMar>
          </w:tcPr>
          <w:p w14:paraId="4ED1DEE0" w14:textId="77777777" w:rsidR="00624857" w:rsidRDefault="00736210">
            <w:pPr>
              <w:jc w:val="center"/>
            </w:pPr>
            <w:r>
              <w:rPr>
                <w:b/>
                <w:sz w:val="15"/>
              </w:rPr>
              <w:t>Record / Document</w:t>
            </w:r>
          </w:p>
        </w:tc>
        <w:tc>
          <w:tcPr>
            <w:tcW w:w="1440" w:type="dxa"/>
            <w:shd w:val="clear" w:color="auto" w:fill="D9D9D9"/>
            <w:tcMar>
              <w:top w:w="50" w:type="dxa"/>
              <w:left w:w="35" w:type="dxa"/>
              <w:bottom w:w="50" w:type="dxa"/>
              <w:right w:w="35" w:type="dxa"/>
            </w:tcMar>
          </w:tcPr>
          <w:p w14:paraId="6460164F" w14:textId="77777777" w:rsidR="00624857" w:rsidRDefault="00736210">
            <w:pPr>
              <w:jc w:val="center"/>
            </w:pPr>
            <w:r>
              <w:rPr>
                <w:b/>
                <w:sz w:val="15"/>
              </w:rPr>
              <w:t>In Binder?</w:t>
            </w:r>
          </w:p>
        </w:tc>
        <w:tc>
          <w:tcPr>
            <w:tcW w:w="5328" w:type="dxa"/>
            <w:shd w:val="clear" w:color="auto" w:fill="D9D9D9"/>
            <w:tcMar>
              <w:top w:w="50" w:type="dxa"/>
              <w:left w:w="35" w:type="dxa"/>
              <w:bottom w:w="50" w:type="dxa"/>
              <w:right w:w="35" w:type="dxa"/>
            </w:tcMar>
          </w:tcPr>
          <w:p w14:paraId="5544B3DB" w14:textId="77777777" w:rsidR="00624857" w:rsidRDefault="00736210">
            <w:pPr>
              <w:jc w:val="center"/>
            </w:pPr>
            <w:r>
              <w:rPr>
                <w:b/>
                <w:sz w:val="15"/>
              </w:rPr>
              <w:t>Location of Original / Other Notes</w:t>
            </w:r>
          </w:p>
        </w:tc>
      </w:tr>
      <w:tr w:rsidR="00624857" w14:paraId="7E4A50FD" w14:textId="77777777" w:rsidTr="006305C6">
        <w:trPr>
          <w:trHeight w:val="330"/>
          <w:jc w:val="center"/>
        </w:trPr>
        <w:tc>
          <w:tcPr>
            <w:tcW w:w="3816" w:type="dxa"/>
            <w:tcMar>
              <w:top w:w="38" w:type="dxa"/>
              <w:left w:w="35" w:type="dxa"/>
              <w:bottom w:w="38" w:type="dxa"/>
              <w:right w:w="35" w:type="dxa"/>
            </w:tcMar>
          </w:tcPr>
          <w:p w14:paraId="7E1AD776" w14:textId="77777777" w:rsidR="00624857" w:rsidRDefault="00736210">
            <w:r>
              <w:rPr>
                <w:sz w:val="15"/>
              </w:rPr>
              <w:t>Recorded deed / title document</w:t>
            </w:r>
          </w:p>
        </w:tc>
        <w:tc>
          <w:tcPr>
            <w:tcW w:w="1440" w:type="dxa"/>
            <w:tcMar>
              <w:top w:w="38" w:type="dxa"/>
              <w:left w:w="35" w:type="dxa"/>
              <w:bottom w:w="38" w:type="dxa"/>
              <w:right w:w="35" w:type="dxa"/>
            </w:tcMar>
          </w:tcPr>
          <w:p w14:paraId="66C8B2B1" w14:textId="77777777" w:rsidR="00624857" w:rsidRDefault="00736210">
            <w:pPr>
              <w:jc w:val="center"/>
            </w:pPr>
            <w:r>
              <w:t>☐</w:t>
            </w:r>
          </w:p>
        </w:tc>
        <w:tc>
          <w:tcPr>
            <w:tcW w:w="5328" w:type="dxa"/>
            <w:tcMar>
              <w:top w:w="38" w:type="dxa"/>
              <w:left w:w="35" w:type="dxa"/>
              <w:bottom w:w="38" w:type="dxa"/>
              <w:right w:w="35" w:type="dxa"/>
            </w:tcMar>
          </w:tcPr>
          <w:p w14:paraId="3C7C0EA3" w14:textId="77777777" w:rsidR="00624857" w:rsidRDefault="00624857"/>
        </w:tc>
      </w:tr>
      <w:tr w:rsidR="00624857" w14:paraId="6259E09C" w14:textId="77777777" w:rsidTr="006305C6">
        <w:trPr>
          <w:trHeight w:val="330"/>
          <w:jc w:val="center"/>
        </w:trPr>
        <w:tc>
          <w:tcPr>
            <w:tcW w:w="3816" w:type="dxa"/>
            <w:tcMar>
              <w:top w:w="38" w:type="dxa"/>
              <w:left w:w="35" w:type="dxa"/>
              <w:bottom w:w="38" w:type="dxa"/>
              <w:right w:w="35" w:type="dxa"/>
            </w:tcMar>
          </w:tcPr>
          <w:p w14:paraId="0411E895" w14:textId="77777777" w:rsidR="00624857" w:rsidRDefault="00736210">
            <w:r>
              <w:rPr>
                <w:sz w:val="15"/>
              </w:rPr>
              <w:t>Owner's title insurance / closing records</w:t>
            </w:r>
          </w:p>
        </w:tc>
        <w:tc>
          <w:tcPr>
            <w:tcW w:w="1440" w:type="dxa"/>
            <w:tcMar>
              <w:top w:w="38" w:type="dxa"/>
              <w:left w:w="35" w:type="dxa"/>
              <w:bottom w:w="38" w:type="dxa"/>
              <w:right w:w="35" w:type="dxa"/>
            </w:tcMar>
          </w:tcPr>
          <w:p w14:paraId="3E145A8B" w14:textId="77777777" w:rsidR="00624857" w:rsidRDefault="00736210">
            <w:pPr>
              <w:jc w:val="center"/>
            </w:pPr>
            <w:r>
              <w:t>☐</w:t>
            </w:r>
          </w:p>
        </w:tc>
        <w:tc>
          <w:tcPr>
            <w:tcW w:w="5328" w:type="dxa"/>
            <w:tcMar>
              <w:top w:w="38" w:type="dxa"/>
              <w:left w:w="35" w:type="dxa"/>
              <w:bottom w:w="38" w:type="dxa"/>
              <w:right w:w="35" w:type="dxa"/>
            </w:tcMar>
          </w:tcPr>
          <w:p w14:paraId="2DE26C1A" w14:textId="77777777" w:rsidR="00624857" w:rsidRDefault="00624857"/>
        </w:tc>
      </w:tr>
      <w:tr w:rsidR="00624857" w14:paraId="4DD954EF" w14:textId="77777777" w:rsidTr="006305C6">
        <w:trPr>
          <w:trHeight w:val="330"/>
          <w:jc w:val="center"/>
        </w:trPr>
        <w:tc>
          <w:tcPr>
            <w:tcW w:w="3816" w:type="dxa"/>
            <w:tcMar>
              <w:top w:w="38" w:type="dxa"/>
              <w:left w:w="35" w:type="dxa"/>
              <w:bottom w:w="38" w:type="dxa"/>
              <w:right w:w="35" w:type="dxa"/>
            </w:tcMar>
          </w:tcPr>
          <w:p w14:paraId="2D0A9F3C" w14:textId="77777777" w:rsidR="00624857" w:rsidRDefault="00736210">
            <w:r>
              <w:rPr>
                <w:sz w:val="15"/>
              </w:rPr>
              <w:t>Survey / plans / permits / certificates</w:t>
            </w:r>
          </w:p>
        </w:tc>
        <w:tc>
          <w:tcPr>
            <w:tcW w:w="1440" w:type="dxa"/>
            <w:tcMar>
              <w:top w:w="38" w:type="dxa"/>
              <w:left w:w="35" w:type="dxa"/>
              <w:bottom w:w="38" w:type="dxa"/>
              <w:right w:w="35" w:type="dxa"/>
            </w:tcMar>
          </w:tcPr>
          <w:p w14:paraId="0B8B7D1E" w14:textId="77777777" w:rsidR="00624857" w:rsidRDefault="00736210">
            <w:pPr>
              <w:jc w:val="center"/>
            </w:pPr>
            <w:r>
              <w:t>☐</w:t>
            </w:r>
          </w:p>
        </w:tc>
        <w:tc>
          <w:tcPr>
            <w:tcW w:w="5328" w:type="dxa"/>
            <w:tcMar>
              <w:top w:w="38" w:type="dxa"/>
              <w:left w:w="35" w:type="dxa"/>
              <w:bottom w:w="38" w:type="dxa"/>
              <w:right w:w="35" w:type="dxa"/>
            </w:tcMar>
          </w:tcPr>
          <w:p w14:paraId="014BA3D8" w14:textId="77777777" w:rsidR="00624857" w:rsidRDefault="00624857"/>
        </w:tc>
      </w:tr>
      <w:tr w:rsidR="00624857" w14:paraId="6EEE1EA7" w14:textId="77777777" w:rsidTr="006305C6">
        <w:trPr>
          <w:trHeight w:val="330"/>
          <w:jc w:val="center"/>
        </w:trPr>
        <w:tc>
          <w:tcPr>
            <w:tcW w:w="3816" w:type="dxa"/>
            <w:tcMar>
              <w:top w:w="38" w:type="dxa"/>
              <w:left w:w="35" w:type="dxa"/>
              <w:bottom w:w="38" w:type="dxa"/>
              <w:right w:w="35" w:type="dxa"/>
            </w:tcMar>
          </w:tcPr>
          <w:p w14:paraId="259C28E6" w14:textId="77777777" w:rsidR="00624857" w:rsidRDefault="00736210">
            <w:r>
              <w:rPr>
                <w:sz w:val="15"/>
              </w:rPr>
              <w:t>Mortgage / financing / lien records</w:t>
            </w:r>
          </w:p>
        </w:tc>
        <w:tc>
          <w:tcPr>
            <w:tcW w:w="1440" w:type="dxa"/>
            <w:tcMar>
              <w:top w:w="38" w:type="dxa"/>
              <w:left w:w="35" w:type="dxa"/>
              <w:bottom w:w="38" w:type="dxa"/>
              <w:right w:w="35" w:type="dxa"/>
            </w:tcMar>
          </w:tcPr>
          <w:p w14:paraId="72D9B6D9" w14:textId="77777777" w:rsidR="00624857" w:rsidRDefault="00736210">
            <w:pPr>
              <w:jc w:val="center"/>
            </w:pPr>
            <w:r>
              <w:t>☐</w:t>
            </w:r>
          </w:p>
        </w:tc>
        <w:tc>
          <w:tcPr>
            <w:tcW w:w="5328" w:type="dxa"/>
            <w:tcMar>
              <w:top w:w="38" w:type="dxa"/>
              <w:left w:w="35" w:type="dxa"/>
              <w:bottom w:w="38" w:type="dxa"/>
              <w:right w:w="35" w:type="dxa"/>
            </w:tcMar>
          </w:tcPr>
          <w:p w14:paraId="2548A4FC" w14:textId="77777777" w:rsidR="00624857" w:rsidRDefault="00624857"/>
        </w:tc>
      </w:tr>
      <w:tr w:rsidR="00624857" w14:paraId="33772346" w14:textId="77777777" w:rsidTr="006305C6">
        <w:trPr>
          <w:trHeight w:val="330"/>
          <w:jc w:val="center"/>
        </w:trPr>
        <w:tc>
          <w:tcPr>
            <w:tcW w:w="3816" w:type="dxa"/>
            <w:tcMar>
              <w:top w:w="38" w:type="dxa"/>
              <w:left w:w="35" w:type="dxa"/>
              <w:bottom w:w="38" w:type="dxa"/>
              <w:right w:w="35" w:type="dxa"/>
            </w:tcMar>
          </w:tcPr>
          <w:p w14:paraId="401AD4F8" w14:textId="77777777" w:rsidR="00624857" w:rsidRDefault="00736210">
            <w:r>
              <w:rPr>
                <w:sz w:val="15"/>
              </w:rPr>
              <w:t>Property tax / assessment records</w:t>
            </w:r>
          </w:p>
        </w:tc>
        <w:tc>
          <w:tcPr>
            <w:tcW w:w="1440" w:type="dxa"/>
            <w:tcMar>
              <w:top w:w="38" w:type="dxa"/>
              <w:left w:w="35" w:type="dxa"/>
              <w:bottom w:w="38" w:type="dxa"/>
              <w:right w:w="35" w:type="dxa"/>
            </w:tcMar>
          </w:tcPr>
          <w:p w14:paraId="606901F0" w14:textId="77777777" w:rsidR="00624857" w:rsidRDefault="00736210">
            <w:pPr>
              <w:jc w:val="center"/>
            </w:pPr>
            <w:r>
              <w:t>☐</w:t>
            </w:r>
          </w:p>
        </w:tc>
        <w:tc>
          <w:tcPr>
            <w:tcW w:w="5328" w:type="dxa"/>
            <w:tcMar>
              <w:top w:w="38" w:type="dxa"/>
              <w:left w:w="35" w:type="dxa"/>
              <w:bottom w:w="38" w:type="dxa"/>
              <w:right w:w="35" w:type="dxa"/>
            </w:tcMar>
          </w:tcPr>
          <w:p w14:paraId="377C37D8" w14:textId="77777777" w:rsidR="00624857" w:rsidRDefault="00624857"/>
        </w:tc>
      </w:tr>
      <w:tr w:rsidR="00624857" w14:paraId="0938D21A" w14:textId="77777777" w:rsidTr="006305C6">
        <w:trPr>
          <w:trHeight w:val="330"/>
          <w:jc w:val="center"/>
        </w:trPr>
        <w:tc>
          <w:tcPr>
            <w:tcW w:w="3816" w:type="dxa"/>
            <w:tcMar>
              <w:top w:w="38" w:type="dxa"/>
              <w:left w:w="35" w:type="dxa"/>
              <w:bottom w:w="38" w:type="dxa"/>
              <w:right w:w="35" w:type="dxa"/>
            </w:tcMar>
          </w:tcPr>
          <w:p w14:paraId="7C910B0B" w14:textId="77777777" w:rsidR="00624857" w:rsidRDefault="00736210">
            <w:r>
              <w:rPr>
                <w:sz w:val="15"/>
              </w:rPr>
              <w:t>Lease / rental records, if applicable</w:t>
            </w:r>
          </w:p>
        </w:tc>
        <w:tc>
          <w:tcPr>
            <w:tcW w:w="1440" w:type="dxa"/>
            <w:tcMar>
              <w:top w:w="38" w:type="dxa"/>
              <w:left w:w="35" w:type="dxa"/>
              <w:bottom w:w="38" w:type="dxa"/>
              <w:right w:w="35" w:type="dxa"/>
            </w:tcMar>
          </w:tcPr>
          <w:p w14:paraId="6361A44C" w14:textId="77777777" w:rsidR="00624857" w:rsidRDefault="00736210">
            <w:pPr>
              <w:jc w:val="center"/>
            </w:pPr>
            <w:r>
              <w:t>☐</w:t>
            </w:r>
          </w:p>
        </w:tc>
        <w:tc>
          <w:tcPr>
            <w:tcW w:w="5328" w:type="dxa"/>
            <w:tcMar>
              <w:top w:w="38" w:type="dxa"/>
              <w:left w:w="35" w:type="dxa"/>
              <w:bottom w:w="38" w:type="dxa"/>
              <w:right w:w="35" w:type="dxa"/>
            </w:tcMar>
          </w:tcPr>
          <w:p w14:paraId="33E8E8D4" w14:textId="77777777" w:rsidR="00624857" w:rsidRDefault="00624857"/>
        </w:tc>
      </w:tr>
      <w:tr w:rsidR="00624857" w14:paraId="3181DB48" w14:textId="77777777" w:rsidTr="006305C6">
        <w:trPr>
          <w:trHeight w:val="330"/>
          <w:jc w:val="center"/>
        </w:trPr>
        <w:tc>
          <w:tcPr>
            <w:tcW w:w="3816" w:type="dxa"/>
            <w:tcMar>
              <w:top w:w="38" w:type="dxa"/>
              <w:left w:w="35" w:type="dxa"/>
              <w:bottom w:w="38" w:type="dxa"/>
              <w:right w:w="35" w:type="dxa"/>
            </w:tcMar>
          </w:tcPr>
          <w:p w14:paraId="63E0F50D" w14:textId="77777777" w:rsidR="00624857" w:rsidRDefault="00736210">
            <w:r>
              <w:rPr>
                <w:sz w:val="15"/>
              </w:rPr>
              <w:t>Other significant property record</w:t>
            </w:r>
          </w:p>
        </w:tc>
        <w:tc>
          <w:tcPr>
            <w:tcW w:w="1440" w:type="dxa"/>
            <w:tcMar>
              <w:top w:w="38" w:type="dxa"/>
              <w:left w:w="35" w:type="dxa"/>
              <w:bottom w:w="38" w:type="dxa"/>
              <w:right w:w="35" w:type="dxa"/>
            </w:tcMar>
          </w:tcPr>
          <w:p w14:paraId="4825EA1C" w14:textId="77777777" w:rsidR="00624857" w:rsidRDefault="00736210">
            <w:pPr>
              <w:jc w:val="center"/>
            </w:pPr>
            <w:r>
              <w:t>☐</w:t>
            </w:r>
          </w:p>
        </w:tc>
        <w:tc>
          <w:tcPr>
            <w:tcW w:w="5328" w:type="dxa"/>
            <w:tcMar>
              <w:top w:w="38" w:type="dxa"/>
              <w:left w:w="35" w:type="dxa"/>
              <w:bottom w:w="38" w:type="dxa"/>
              <w:right w:w="35" w:type="dxa"/>
            </w:tcMar>
          </w:tcPr>
          <w:p w14:paraId="71930DB5" w14:textId="77777777" w:rsidR="00624857" w:rsidRDefault="00624857"/>
        </w:tc>
      </w:tr>
    </w:tbl>
    <w:p w14:paraId="5DC61CD1" w14:textId="77777777" w:rsidR="00624857" w:rsidRDefault="00736210">
      <w:pPr>
        <w:spacing w:before="80" w:after="0"/>
      </w:pPr>
      <w:r>
        <w:rPr>
          <w:b/>
        </w:rPr>
        <w:lastRenderedPageBreak/>
        <w:t xml:space="preserve">For vacant or undeveloped land: </w:t>
      </w:r>
      <w:r>
        <w:t>Also identify important surveys, easements, rights-of-way, access agreements, zoning or land-use restrictions, environmental or wetlands information, leases, and other significant rights or obligations when applicable.</w:t>
      </w:r>
    </w:p>
    <w:sectPr w:rsidR="00624857" w:rsidSect="00034616">
      <w:footerReference w:type="default" r:id="rId8"/>
      <w:pgSz w:w="12240" w:h="15840"/>
      <w:pgMar w:top="691" w:right="792" w:bottom="691" w:left="7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42F303" w14:textId="77777777" w:rsidR="00272760" w:rsidRDefault="00272760">
      <w:pPr>
        <w:spacing w:after="0" w:line="240" w:lineRule="auto"/>
      </w:pPr>
      <w:r>
        <w:separator/>
      </w:r>
    </w:p>
  </w:endnote>
  <w:endnote w:type="continuationSeparator" w:id="0">
    <w:p w14:paraId="404285CB" w14:textId="77777777" w:rsidR="00272760" w:rsidRDefault="002727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BA8D0" w14:textId="77777777" w:rsidR="00624857" w:rsidRDefault="00736210">
    <w:pPr>
      <w:pStyle w:val="Footer"/>
      <w:jc w:val="center"/>
    </w:pPr>
    <w:r>
      <w:rPr>
        <w:sz w:val="14"/>
      </w:rPr>
      <w:t>Legacy Binder © Sheila Keene-Lund | S5-01 — Property Information Summary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7037FE" w14:textId="77777777" w:rsidR="00272760" w:rsidRDefault="00272760">
      <w:pPr>
        <w:spacing w:after="0" w:line="240" w:lineRule="auto"/>
      </w:pPr>
      <w:r>
        <w:separator/>
      </w:r>
    </w:p>
  </w:footnote>
  <w:footnote w:type="continuationSeparator" w:id="0">
    <w:p w14:paraId="388F8BE4" w14:textId="77777777" w:rsidR="00272760" w:rsidRDefault="002727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20350090">
    <w:abstractNumId w:val="8"/>
  </w:num>
  <w:num w:numId="2" w16cid:durableId="1575630180">
    <w:abstractNumId w:val="6"/>
  </w:num>
  <w:num w:numId="3" w16cid:durableId="1906187687">
    <w:abstractNumId w:val="5"/>
  </w:num>
  <w:num w:numId="4" w16cid:durableId="495001325">
    <w:abstractNumId w:val="4"/>
  </w:num>
  <w:num w:numId="5" w16cid:durableId="969554845">
    <w:abstractNumId w:val="7"/>
  </w:num>
  <w:num w:numId="6" w16cid:durableId="2076731477">
    <w:abstractNumId w:val="3"/>
  </w:num>
  <w:num w:numId="7" w16cid:durableId="350842575">
    <w:abstractNumId w:val="2"/>
  </w:num>
  <w:num w:numId="8" w16cid:durableId="1146051990">
    <w:abstractNumId w:val="1"/>
  </w:num>
  <w:num w:numId="9" w16cid:durableId="1733502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15B3"/>
    <w:rsid w:val="0006063C"/>
    <w:rsid w:val="0015074B"/>
    <w:rsid w:val="00272760"/>
    <w:rsid w:val="0029639D"/>
    <w:rsid w:val="00326F90"/>
    <w:rsid w:val="00624857"/>
    <w:rsid w:val="006305C6"/>
    <w:rsid w:val="00736210"/>
    <w:rsid w:val="00777444"/>
    <w:rsid w:val="007B6CEA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719345"/>
  <w14:defaultImageDpi w14:val="300"/>
  <w15:docId w15:val="{AFA49EBC-8DF1-4E2B-B969-8959D89FE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430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Ronald Kornreich</cp:lastModifiedBy>
  <cp:revision>3</cp:revision>
  <dcterms:created xsi:type="dcterms:W3CDTF">2026-09-08T09:13:00Z</dcterms:created>
  <dcterms:modified xsi:type="dcterms:W3CDTF">2026-09-14T15:27:00Z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85b3ae18-4cbc-461e-8e9b-faa8e458728c</vt:lpwstr>
  </property>
</Properties>
</file>