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5475" w14:textId="77777777" w:rsidR="00896719" w:rsidRDefault="00C026A4">
      <w:pPr>
        <w:spacing w:after="0"/>
        <w:jc w:val="center"/>
      </w:pPr>
      <w:r>
        <w:rPr>
          <w:b/>
          <w:sz w:val="28"/>
        </w:rPr>
        <w:t>LEGACY BINDER</w:t>
      </w:r>
    </w:p>
    <w:p w14:paraId="56A0C97F" w14:textId="77777777" w:rsidR="00896719" w:rsidRDefault="00C026A4">
      <w:pPr>
        <w:spacing w:after="60"/>
        <w:jc w:val="center"/>
      </w:pPr>
      <w:r>
        <w:rPr>
          <w:b/>
          <w:sz w:val="31"/>
        </w:rPr>
        <w:t>S5-02 — PROPERTY MAINTENANCE &amp; IMPROVEMENT LOG</w:t>
      </w:r>
    </w:p>
    <w:p w14:paraId="715EE16E" w14:textId="77777777" w:rsidR="00896719" w:rsidRDefault="00C026A4">
      <w:pPr>
        <w:spacing w:after="120"/>
        <w:jc w:val="center"/>
      </w:pPr>
      <w:r>
        <w:rPr>
          <w:i/>
        </w:rPr>
        <w:t>Use this log to record significant repairs, replacements, renovations, and improvements to a property. Focus on work that may be useful for maintenance, warranties, insurance, future sale, or tax records.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896719" w14:paraId="4009DD41" w14:textId="77777777" w:rsidTr="003D08E8">
        <w:trPr>
          <w:jc w:val="center"/>
        </w:trPr>
        <w:tc>
          <w:tcPr>
            <w:tcW w:w="10800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FFB2010" w14:textId="77777777" w:rsidR="00896719" w:rsidRDefault="00C026A4">
            <w:pPr>
              <w:spacing w:after="0"/>
            </w:pPr>
            <w:r>
              <w:rPr>
                <w:b/>
              </w:rPr>
              <w:t xml:space="preserve">Property Address / Description: </w:t>
            </w:r>
            <w:r>
              <w:t>___________________________________________________________</w:t>
            </w:r>
          </w:p>
        </w:tc>
      </w:tr>
      <w:tr w:rsidR="00896719" w14:paraId="0E340B60" w14:textId="77777777" w:rsidTr="003D08E8">
        <w:trPr>
          <w:jc w:val="center"/>
        </w:trPr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579DF7A" w14:textId="77777777" w:rsidR="00896719" w:rsidRDefault="00C026A4">
            <w:pPr>
              <w:spacing w:after="0"/>
            </w:pPr>
            <w:r>
              <w:rPr>
                <w:b/>
              </w:rPr>
              <w:t xml:space="preserve">Owner / Responsible Person: </w:t>
            </w:r>
            <w:r>
              <w:t>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F7F357E" w14:textId="77777777" w:rsidR="00896719" w:rsidRDefault="00C026A4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7DA52B3A" w14:textId="77777777" w:rsidR="00896719" w:rsidRDefault="00C026A4">
      <w:pPr>
        <w:spacing w:before="80" w:after="100"/>
      </w:pPr>
      <w:r>
        <w:t>Examples include roof or HVAC replacement, remodeling, electrical or plumbing work, structural repairs, flooring, windows or doors, solar installation, pool work, major landscaping, or other significant projects.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967"/>
        <w:gridCol w:w="2246"/>
        <w:gridCol w:w="1671"/>
        <w:gridCol w:w="968"/>
        <w:gridCol w:w="1287"/>
        <w:gridCol w:w="1735"/>
        <w:gridCol w:w="1926"/>
      </w:tblGrid>
      <w:tr w:rsidR="00896719" w14:paraId="4F4ABF4D" w14:textId="77777777" w:rsidTr="00C37346">
        <w:trPr>
          <w:tblHeader/>
          <w:jc w:val="center"/>
        </w:trPr>
        <w:tc>
          <w:tcPr>
            <w:tcW w:w="1080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4478499B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Date</w:t>
            </w:r>
          </w:p>
        </w:tc>
        <w:tc>
          <w:tcPr>
            <w:tcW w:w="2520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55AC8AC3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Work Performed / Improvement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5754314E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Contractor / Company</w:t>
            </w:r>
          </w:p>
        </w:tc>
        <w:tc>
          <w:tcPr>
            <w:tcW w:w="1080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53F46EB4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Cost</w:t>
            </w:r>
          </w:p>
        </w:tc>
        <w:tc>
          <w:tcPr>
            <w:tcW w:w="1440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6347C269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Permit / Approval</w:t>
            </w:r>
          </w:p>
        </w:tc>
        <w:tc>
          <w:tcPr>
            <w:tcW w:w="1944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52FA19E0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Warranty / Product Information</w:t>
            </w:r>
          </w:p>
        </w:tc>
        <w:tc>
          <w:tcPr>
            <w:tcW w:w="2160" w:type="dxa"/>
            <w:shd w:val="clear" w:color="auto" w:fill="D9D9D9"/>
            <w:tcMar>
              <w:top w:w="50" w:type="dxa"/>
              <w:left w:w="28" w:type="dxa"/>
              <w:bottom w:w="50" w:type="dxa"/>
              <w:right w:w="28" w:type="dxa"/>
            </w:tcMar>
            <w:vAlign w:val="center"/>
          </w:tcPr>
          <w:p w14:paraId="5FBF7725" w14:textId="77777777" w:rsidR="00896719" w:rsidRDefault="00C026A4">
            <w:pPr>
              <w:jc w:val="center"/>
            </w:pPr>
            <w:r>
              <w:rPr>
                <w:b/>
                <w:sz w:val="14"/>
              </w:rPr>
              <w:t>Location of Invoice / Receipt / Records</w:t>
            </w:r>
          </w:p>
        </w:tc>
      </w:tr>
      <w:tr w:rsidR="00896719" w14:paraId="7BD57B44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199C64B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358CC25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09C50F5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7DA77BE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3307915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5A21251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5A591C1" w14:textId="77777777" w:rsidR="00896719" w:rsidRDefault="00896719"/>
        </w:tc>
      </w:tr>
      <w:tr w:rsidR="00896719" w14:paraId="76765396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7E6DDF5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EDDDC63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05CC0BF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15B1FC1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FDDE3B7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E75AA96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31E24CB" w14:textId="77777777" w:rsidR="00896719" w:rsidRDefault="00896719"/>
        </w:tc>
      </w:tr>
      <w:tr w:rsidR="00896719" w14:paraId="75A3AC71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471AB83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7CD8A8C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348DB0C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D08526C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34EC4D6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FE22A26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277B690" w14:textId="77777777" w:rsidR="00896719" w:rsidRDefault="00896719"/>
        </w:tc>
      </w:tr>
      <w:tr w:rsidR="00896719" w14:paraId="7D955C6C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31B6E41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E61692F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A0D2B68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6470E05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EF1BC77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AD81B97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FA73B28" w14:textId="77777777" w:rsidR="00896719" w:rsidRDefault="00896719"/>
        </w:tc>
      </w:tr>
      <w:tr w:rsidR="00896719" w14:paraId="6738CC83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60794D7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BE5F4D1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FEDC14E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F1D9CD5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E168CDD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226F34C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B506B7F" w14:textId="77777777" w:rsidR="00896719" w:rsidRDefault="00896719"/>
        </w:tc>
      </w:tr>
      <w:tr w:rsidR="00896719" w14:paraId="50E94D75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90AB494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ABE5652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3028FB5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44FFFC6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C1433DC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E164C19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872385D" w14:textId="77777777" w:rsidR="00896719" w:rsidRDefault="00896719"/>
        </w:tc>
      </w:tr>
      <w:tr w:rsidR="00896719" w14:paraId="41F109C7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14D5D25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FFB0D8A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D432A58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4BC4930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6507A65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8746B3B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542778B" w14:textId="77777777" w:rsidR="00896719" w:rsidRDefault="00896719"/>
        </w:tc>
      </w:tr>
      <w:tr w:rsidR="00896719" w14:paraId="57BB2BDC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71101EA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2835A0E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422A214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FB0AEAE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82A4C1D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9B6B499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13B370A" w14:textId="77777777" w:rsidR="00896719" w:rsidRDefault="00896719"/>
        </w:tc>
      </w:tr>
      <w:tr w:rsidR="00896719" w14:paraId="308E04F9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28E7DBA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F7A0F9A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8B56847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26E43D6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B2D2CA0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F15E5B2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619A2F9" w14:textId="77777777" w:rsidR="00896719" w:rsidRDefault="00896719"/>
        </w:tc>
      </w:tr>
      <w:tr w:rsidR="00896719" w14:paraId="46F21671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361881E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FAFC18F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4A182E8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327F710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F3E1985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C65F521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E79EFD2" w14:textId="77777777" w:rsidR="00896719" w:rsidRDefault="00896719"/>
        </w:tc>
      </w:tr>
      <w:tr w:rsidR="00896719" w14:paraId="1C0105CE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053CE02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A12FE37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5AF5582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2700151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DEF56E5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1E55A32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6C2032F" w14:textId="77777777" w:rsidR="00896719" w:rsidRDefault="00896719"/>
        </w:tc>
      </w:tr>
      <w:tr w:rsidR="00896719" w14:paraId="2BCA8A75" w14:textId="77777777" w:rsidTr="00C37346">
        <w:trPr>
          <w:trHeight w:val="500"/>
          <w:jc w:val="center"/>
        </w:trPr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E48809B" w14:textId="77777777" w:rsidR="00896719" w:rsidRDefault="00896719"/>
        </w:tc>
        <w:tc>
          <w:tcPr>
            <w:tcW w:w="252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E7AB32A" w14:textId="77777777" w:rsidR="00896719" w:rsidRDefault="00896719"/>
        </w:tc>
        <w:tc>
          <w:tcPr>
            <w:tcW w:w="1872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4385202" w14:textId="77777777" w:rsidR="00896719" w:rsidRDefault="00896719"/>
        </w:tc>
        <w:tc>
          <w:tcPr>
            <w:tcW w:w="108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FAF0B64" w14:textId="77777777" w:rsidR="00896719" w:rsidRDefault="00896719"/>
        </w:tc>
        <w:tc>
          <w:tcPr>
            <w:tcW w:w="144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954CE1F" w14:textId="77777777" w:rsidR="00896719" w:rsidRDefault="00896719"/>
        </w:tc>
        <w:tc>
          <w:tcPr>
            <w:tcW w:w="1944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5747072" w14:textId="77777777" w:rsidR="00896719" w:rsidRDefault="00896719"/>
        </w:tc>
        <w:tc>
          <w:tcPr>
            <w:tcW w:w="2160" w:type="dxa"/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F0AC8EB" w14:textId="77777777" w:rsidR="00896719" w:rsidRDefault="00896719"/>
        </w:tc>
      </w:tr>
    </w:tbl>
    <w:p w14:paraId="142E6EFE" w14:textId="77777777" w:rsidR="00896719" w:rsidRDefault="00C026A4" w:rsidP="00C37346">
      <w:pPr>
        <w:spacing w:before="100" w:after="40" w:line="360" w:lineRule="auto"/>
      </w:pPr>
      <w:r>
        <w:rPr>
          <w:b/>
          <w:sz w:val="20"/>
        </w:rPr>
        <w:t>ADDITIONAL NOTES</w:t>
      </w:r>
    </w:p>
    <w:p w14:paraId="5464BA7F" w14:textId="77777777" w:rsidR="00896719" w:rsidRDefault="00C026A4" w:rsidP="00C37346">
      <w:pPr>
        <w:spacing w:after="20" w:line="360" w:lineRule="auto"/>
      </w:pPr>
      <w:r>
        <w:t>________________________________________________________________________________</w:t>
      </w:r>
    </w:p>
    <w:p w14:paraId="37538B21" w14:textId="77777777" w:rsidR="00896719" w:rsidRDefault="00C026A4" w:rsidP="00C37346">
      <w:pPr>
        <w:spacing w:after="20" w:line="360" w:lineRule="auto"/>
      </w:pPr>
      <w:r>
        <w:t>________________________________________________________________________________</w:t>
      </w:r>
    </w:p>
    <w:p w14:paraId="1B0D4788" w14:textId="77777777" w:rsidR="00896719" w:rsidRDefault="00C026A4">
      <w:pPr>
        <w:spacing w:before="80" w:after="0"/>
      </w:pPr>
      <w:r>
        <w:rPr>
          <w:b/>
        </w:rPr>
        <w:t xml:space="preserve">Recordkeeping note: </w:t>
      </w:r>
      <w:r>
        <w:t>Keep major invoices, receipts, permits, warranties, and product information with the appropriate property records. Consult a tax professional about which improvement records should be retained for tax-basis or other tax purposes.</w:t>
      </w:r>
    </w:p>
    <w:p w14:paraId="677DFE60" w14:textId="77777777" w:rsidR="00896719" w:rsidRDefault="00C026A4">
      <w:pPr>
        <w:spacing w:before="40" w:after="0"/>
      </w:pPr>
      <w:r>
        <w:rPr>
          <w:b/>
        </w:rPr>
        <w:t xml:space="preserve">Routine maintenance: </w:t>
      </w:r>
      <w:r>
        <w:t>Day-to-day household maintenance, utilities, service providers, emergency shutoffs, and routine operating instructions belong primarily in the Household &amp; Daily Living section.</w:t>
      </w:r>
    </w:p>
    <w:sectPr w:rsidR="00896719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27766" w14:textId="77777777" w:rsidR="00703DF2" w:rsidRDefault="00703DF2">
      <w:pPr>
        <w:spacing w:after="0" w:line="240" w:lineRule="auto"/>
      </w:pPr>
      <w:r>
        <w:separator/>
      </w:r>
    </w:p>
  </w:endnote>
  <w:endnote w:type="continuationSeparator" w:id="0">
    <w:p w14:paraId="497D6F7C" w14:textId="77777777" w:rsidR="00703DF2" w:rsidRDefault="00703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A2609" w14:textId="77777777" w:rsidR="00896719" w:rsidRDefault="00C026A4">
    <w:pPr>
      <w:pStyle w:val="Footer"/>
      <w:jc w:val="center"/>
    </w:pPr>
    <w:r>
      <w:rPr>
        <w:sz w:val="14"/>
      </w:rPr>
      <w:t>Legacy Binder © Sheila Keene-Lund | S5-02 — Property Maintenance &amp; Improvement Log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F1A8" w14:textId="77777777" w:rsidR="00703DF2" w:rsidRDefault="00703DF2">
      <w:pPr>
        <w:spacing w:after="0" w:line="240" w:lineRule="auto"/>
      </w:pPr>
      <w:r>
        <w:separator/>
      </w:r>
    </w:p>
  </w:footnote>
  <w:footnote w:type="continuationSeparator" w:id="0">
    <w:p w14:paraId="1F768EFE" w14:textId="77777777" w:rsidR="00703DF2" w:rsidRDefault="00703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7612490">
    <w:abstractNumId w:val="8"/>
  </w:num>
  <w:num w:numId="2" w16cid:durableId="1475369344">
    <w:abstractNumId w:val="6"/>
  </w:num>
  <w:num w:numId="3" w16cid:durableId="1233466004">
    <w:abstractNumId w:val="5"/>
  </w:num>
  <w:num w:numId="4" w16cid:durableId="766803365">
    <w:abstractNumId w:val="4"/>
  </w:num>
  <w:num w:numId="5" w16cid:durableId="2040857989">
    <w:abstractNumId w:val="7"/>
  </w:num>
  <w:num w:numId="6" w16cid:durableId="1380282084">
    <w:abstractNumId w:val="3"/>
  </w:num>
  <w:num w:numId="7" w16cid:durableId="87046837">
    <w:abstractNumId w:val="2"/>
  </w:num>
  <w:num w:numId="8" w16cid:durableId="2045446949">
    <w:abstractNumId w:val="1"/>
  </w:num>
  <w:num w:numId="9" w16cid:durableId="439379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53B"/>
    <w:rsid w:val="001246DF"/>
    <w:rsid w:val="0015074B"/>
    <w:rsid w:val="0029639D"/>
    <w:rsid w:val="00326F90"/>
    <w:rsid w:val="003D08E8"/>
    <w:rsid w:val="00413DFC"/>
    <w:rsid w:val="005B2110"/>
    <w:rsid w:val="00703DF2"/>
    <w:rsid w:val="00777444"/>
    <w:rsid w:val="00896719"/>
    <w:rsid w:val="00AA1D8D"/>
    <w:rsid w:val="00B47730"/>
    <w:rsid w:val="00C026A4"/>
    <w:rsid w:val="00C3734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4218D5"/>
  <w14:defaultImageDpi w14:val="300"/>
  <w15:docId w15:val="{987ABA5F-995D-41A5-91DC-A2960A91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2026-09-08T09:16:00Z</dcterms:created>
  <dcterms:modified xsi:type="dcterms:W3CDTF">2026-09-14T15:28:00Z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f89c83df-f673-4cdd-9bf5-a957581268ea</vt:lpwstr>
  </property>
</Properties>
</file>