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F5E29" w14:textId="77777777" w:rsidR="00F33E31" w:rsidRDefault="00625362">
      <w:pPr>
        <w:spacing w:after="0"/>
        <w:jc w:val="center"/>
      </w:pPr>
      <w:r>
        <w:rPr>
          <w:b/>
          <w:sz w:val="28"/>
        </w:rPr>
        <w:t>LEGACY BINDER</w:t>
      </w:r>
    </w:p>
    <w:p w14:paraId="061C1AC6" w14:textId="77777777" w:rsidR="00F33E31" w:rsidRDefault="00625362">
      <w:pPr>
        <w:spacing w:after="60"/>
        <w:jc w:val="center"/>
      </w:pPr>
      <w:r>
        <w:rPr>
          <w:b/>
          <w:sz w:val="32"/>
        </w:rPr>
        <w:t>S7-01 — DIGITAL INFORMATION SUMMARY</w:t>
      </w:r>
    </w:p>
    <w:p w14:paraId="7F3BC32A" w14:textId="77777777" w:rsidR="00F33E31" w:rsidRDefault="00625362">
      <w:pPr>
        <w:spacing w:after="100"/>
        <w:jc w:val="center"/>
      </w:pPr>
      <w:r>
        <w:rPr>
          <w:i/>
          <w:sz w:val="17"/>
        </w:rPr>
        <w:t>Use this form as a roadmap to your important digital accounts, devices, storage, access arrangements, legacy settings, and instructions. Do not record passwords or other sensitive credentials here unless that is part of a secure system you have intentionally chosen.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F33E31" w14:paraId="14060C1C" w14:textId="77777777" w:rsidTr="00184CEA">
        <w:trPr>
          <w:jc w:val="center"/>
        </w:trPr>
        <w:tc>
          <w:tcPr>
            <w:tcW w:w="540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2BB2D07" w14:textId="77777777" w:rsidR="00F33E31" w:rsidRDefault="00625362">
            <w:pPr>
              <w:spacing w:after="0"/>
            </w:pPr>
            <w:r>
              <w:rPr>
                <w:b/>
              </w:rPr>
              <w:t xml:space="preserve">Name: </w:t>
            </w:r>
            <w:r>
              <w:t>_____________________________________</w:t>
            </w:r>
          </w:p>
        </w:tc>
        <w:tc>
          <w:tcPr>
            <w:tcW w:w="540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1BB284E" w14:textId="77777777" w:rsidR="00F33E31" w:rsidRDefault="00625362">
            <w:pPr>
              <w:spacing w:after="0"/>
            </w:pPr>
            <w:r>
              <w:rPr>
                <w:b/>
              </w:rPr>
              <w:t xml:space="preserve">Date Last Updated: </w:t>
            </w:r>
            <w:r>
              <w:t>________________</w:t>
            </w:r>
          </w:p>
        </w:tc>
      </w:tr>
    </w:tbl>
    <w:p w14:paraId="470B447F" w14:textId="77777777" w:rsidR="00F33E31" w:rsidRDefault="00F33E31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F33E31" w14:paraId="04705E0F" w14:textId="77777777" w:rsidTr="00184CEA">
        <w:trPr>
          <w:jc w:val="center"/>
        </w:trPr>
        <w:tc>
          <w:tcPr>
            <w:tcW w:w="1080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64F8A11" w14:textId="77777777" w:rsidR="00F33E31" w:rsidRDefault="00625362">
            <w:pPr>
              <w:spacing w:after="0"/>
            </w:pPr>
            <w:r>
              <w:rPr>
                <w:b/>
                <w:sz w:val="19"/>
              </w:rPr>
              <w:t>DIGITAL CONTACT / REPRESENTATIVE</w:t>
            </w:r>
          </w:p>
        </w:tc>
      </w:tr>
    </w:tbl>
    <w:tbl>
      <w:tblPr>
        <w:tblStyle w:val="TableGrid"/>
        <w:tblW w:w="10795" w:type="dxa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7483"/>
      </w:tblGrid>
      <w:tr w:rsidR="00F33E31" w14:paraId="6AFF9220" w14:textId="77777777" w:rsidTr="00184CEA">
        <w:trPr>
          <w:trHeight w:val="350"/>
          <w:jc w:val="center"/>
        </w:trPr>
        <w:tc>
          <w:tcPr>
            <w:tcW w:w="3312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65D51B8C" w14:textId="77777777" w:rsidR="00F33E31" w:rsidRDefault="00625362">
            <w:r>
              <w:rPr>
                <w:b/>
                <w:sz w:val="16"/>
              </w:rPr>
              <w:t>Name / Relationship</w:t>
            </w:r>
          </w:p>
        </w:tc>
        <w:tc>
          <w:tcPr>
            <w:tcW w:w="7483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3B8EA93E" w14:textId="77777777" w:rsidR="00F33E31" w:rsidRDefault="00F33E31"/>
        </w:tc>
      </w:tr>
      <w:tr w:rsidR="00F33E31" w14:paraId="26061A03" w14:textId="77777777" w:rsidTr="00184CEA">
        <w:trPr>
          <w:trHeight w:val="350"/>
          <w:jc w:val="center"/>
        </w:trPr>
        <w:tc>
          <w:tcPr>
            <w:tcW w:w="3312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6995D753" w14:textId="77777777" w:rsidR="00F33E31" w:rsidRDefault="00625362">
            <w:r>
              <w:rPr>
                <w:b/>
                <w:sz w:val="16"/>
              </w:rPr>
              <w:t>Phone / Email</w:t>
            </w:r>
          </w:p>
        </w:tc>
        <w:tc>
          <w:tcPr>
            <w:tcW w:w="7483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3472752D" w14:textId="77777777" w:rsidR="00F33E31" w:rsidRDefault="00F33E31"/>
        </w:tc>
      </w:tr>
      <w:tr w:rsidR="00F33E31" w14:paraId="7ED0ABC4" w14:textId="77777777" w:rsidTr="00184CEA">
        <w:trPr>
          <w:trHeight w:val="400"/>
          <w:jc w:val="center"/>
        </w:trPr>
        <w:tc>
          <w:tcPr>
            <w:tcW w:w="3312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5320B6B0" w14:textId="77777777" w:rsidR="00F33E31" w:rsidRDefault="00625362">
            <w:r>
              <w:rPr>
                <w:b/>
                <w:sz w:val="16"/>
              </w:rPr>
              <w:t>Formal Authorization or Provider Legacy Role, if any</w:t>
            </w:r>
          </w:p>
        </w:tc>
        <w:tc>
          <w:tcPr>
            <w:tcW w:w="7483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290D505C" w14:textId="77777777" w:rsidR="00F33E31" w:rsidRDefault="00F33E31"/>
        </w:tc>
      </w:tr>
    </w:tbl>
    <w:p w14:paraId="265A6FF2" w14:textId="77777777" w:rsidR="00F33E31" w:rsidRDefault="00F33E31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800"/>
      </w:tblGrid>
      <w:tr w:rsidR="00F33E31" w14:paraId="76BC7F5F" w14:textId="77777777">
        <w:tc>
          <w:tcPr>
            <w:tcW w:w="1080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685668F" w14:textId="77777777" w:rsidR="00F33E31" w:rsidRDefault="00625362">
            <w:pPr>
              <w:spacing w:after="0"/>
            </w:pPr>
            <w:r>
              <w:rPr>
                <w:b/>
                <w:sz w:val="19"/>
              </w:rPr>
              <w:t>ACCESS &amp; RECOVERY ARRANGEMENTS</w:t>
            </w:r>
          </w:p>
        </w:tc>
      </w:tr>
    </w:tbl>
    <w:tbl>
      <w:tblPr>
        <w:tblStyle w:val="TableGrid"/>
        <w:tblW w:w="10795" w:type="dxa"/>
        <w:tblLayout w:type="fixed"/>
        <w:tblLook w:val="04A0" w:firstRow="1" w:lastRow="0" w:firstColumn="1" w:lastColumn="0" w:noHBand="0" w:noVBand="1"/>
      </w:tblPr>
      <w:tblGrid>
        <w:gridCol w:w="3312"/>
        <w:gridCol w:w="7483"/>
      </w:tblGrid>
      <w:tr w:rsidR="00F33E31" w14:paraId="7B604CBB" w14:textId="77777777" w:rsidTr="00A91BE5">
        <w:trPr>
          <w:trHeight w:val="380"/>
        </w:trPr>
        <w:tc>
          <w:tcPr>
            <w:tcW w:w="3312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386F506E" w14:textId="77777777" w:rsidR="00F33E31" w:rsidRDefault="00625362">
            <w:r>
              <w:rPr>
                <w:b/>
                <w:sz w:val="16"/>
              </w:rPr>
              <w:t>Password / Credential Storage Method</w:t>
            </w:r>
          </w:p>
        </w:tc>
        <w:tc>
          <w:tcPr>
            <w:tcW w:w="7483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216D5B9D" w14:textId="77777777" w:rsidR="00F33E31" w:rsidRDefault="00F33E31"/>
        </w:tc>
      </w:tr>
      <w:tr w:rsidR="00F33E31" w14:paraId="414A5BC0" w14:textId="77777777" w:rsidTr="00A91BE5">
        <w:trPr>
          <w:trHeight w:val="400"/>
        </w:trPr>
        <w:tc>
          <w:tcPr>
            <w:tcW w:w="3312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386C92B4" w14:textId="77777777" w:rsidR="00F33E31" w:rsidRDefault="00625362">
            <w:r>
              <w:rPr>
                <w:b/>
                <w:sz w:val="16"/>
              </w:rPr>
              <w:t>Where Access Information Is Securely Maintained</w:t>
            </w:r>
          </w:p>
        </w:tc>
        <w:tc>
          <w:tcPr>
            <w:tcW w:w="7483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3844C51B" w14:textId="77777777" w:rsidR="00F33E31" w:rsidRDefault="00F33E31"/>
        </w:tc>
      </w:tr>
      <w:tr w:rsidR="00F33E31" w14:paraId="3C20C40D" w14:textId="77777777" w:rsidTr="00A91BE5">
        <w:trPr>
          <w:trHeight w:val="380"/>
        </w:trPr>
        <w:tc>
          <w:tcPr>
            <w:tcW w:w="3312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5CAE9E67" w14:textId="77777777" w:rsidR="00F33E31" w:rsidRDefault="00625362">
            <w:r>
              <w:rPr>
                <w:b/>
                <w:sz w:val="16"/>
              </w:rPr>
              <w:t>Two-Factor Authentication / Authenticator Method</w:t>
            </w:r>
          </w:p>
        </w:tc>
        <w:tc>
          <w:tcPr>
            <w:tcW w:w="7483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31FFC476" w14:textId="77777777" w:rsidR="00F33E31" w:rsidRDefault="00F33E31"/>
        </w:tc>
      </w:tr>
      <w:tr w:rsidR="00F33E31" w14:paraId="5EA40701" w14:textId="77777777" w:rsidTr="00A91BE5">
        <w:trPr>
          <w:trHeight w:val="400"/>
        </w:trPr>
        <w:tc>
          <w:tcPr>
            <w:tcW w:w="3312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500DF0C0" w14:textId="77777777" w:rsidR="00F33E31" w:rsidRDefault="00625362">
            <w:r>
              <w:rPr>
                <w:b/>
                <w:sz w:val="16"/>
              </w:rPr>
              <w:t>Where Recovery Information Is Securely Maintained</w:t>
            </w:r>
          </w:p>
        </w:tc>
        <w:tc>
          <w:tcPr>
            <w:tcW w:w="7483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41D9E146" w14:textId="77777777" w:rsidR="00F33E31" w:rsidRDefault="00F33E31"/>
        </w:tc>
      </w:tr>
    </w:tbl>
    <w:p w14:paraId="55ADA3A1" w14:textId="77777777" w:rsidR="00F33E31" w:rsidRDefault="00F33E31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F33E31" w14:paraId="08531510" w14:textId="77777777" w:rsidTr="00184CEA">
        <w:trPr>
          <w:jc w:val="center"/>
        </w:trPr>
        <w:tc>
          <w:tcPr>
            <w:tcW w:w="1071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16B3168" w14:textId="77777777" w:rsidR="00F33E31" w:rsidRDefault="00625362">
            <w:pPr>
              <w:spacing w:after="0"/>
            </w:pPr>
            <w:r>
              <w:rPr>
                <w:b/>
                <w:sz w:val="19"/>
              </w:rPr>
              <w:t>IMPORTANT EMAIL ACCOUNTS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493"/>
        <w:gridCol w:w="2252"/>
        <w:gridCol w:w="2034"/>
        <w:gridCol w:w="1816"/>
        <w:gridCol w:w="2205"/>
      </w:tblGrid>
      <w:tr w:rsidR="00F33E31" w14:paraId="33676DAA" w14:textId="77777777" w:rsidTr="00184CEA">
        <w:trPr>
          <w:tblHeader/>
          <w:jc w:val="center"/>
        </w:trPr>
        <w:tc>
          <w:tcPr>
            <w:tcW w:w="2471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765BB5B7" w14:textId="77777777" w:rsidR="00F33E31" w:rsidRDefault="00625362">
            <w:pPr>
              <w:jc w:val="center"/>
            </w:pPr>
            <w:r>
              <w:rPr>
                <w:b/>
                <w:sz w:val="14"/>
              </w:rPr>
              <w:t>Email / Provider</w:t>
            </w:r>
          </w:p>
        </w:tc>
        <w:tc>
          <w:tcPr>
            <w:tcW w:w="2232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37572DF2" w14:textId="77777777" w:rsidR="00F33E31" w:rsidRDefault="00625362">
            <w:pPr>
              <w:jc w:val="center"/>
            </w:pPr>
            <w:r>
              <w:rPr>
                <w:b/>
                <w:sz w:val="14"/>
              </w:rPr>
              <w:t>Purpose / Username if different</w:t>
            </w:r>
          </w:p>
        </w:tc>
        <w:tc>
          <w:tcPr>
            <w:tcW w:w="2016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268A73E8" w14:textId="77777777" w:rsidR="00F33E31" w:rsidRDefault="00625362">
            <w:pPr>
              <w:jc w:val="center"/>
            </w:pPr>
            <w:r>
              <w:rPr>
                <w:b/>
                <w:sz w:val="14"/>
              </w:rPr>
              <w:t>Access Info Location</w:t>
            </w:r>
          </w:p>
        </w:tc>
        <w:tc>
          <w:tcPr>
            <w:tcW w:w="1800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288D60B4" w14:textId="77777777" w:rsidR="00F33E31" w:rsidRDefault="00625362">
            <w:pPr>
              <w:jc w:val="center"/>
            </w:pPr>
            <w:r>
              <w:rPr>
                <w:b/>
                <w:sz w:val="14"/>
              </w:rPr>
              <w:t>Recovery / 2FA</w:t>
            </w:r>
          </w:p>
        </w:tc>
        <w:tc>
          <w:tcPr>
            <w:tcW w:w="2186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52C38F90" w14:textId="77777777" w:rsidR="00F33E31" w:rsidRDefault="00625362">
            <w:pPr>
              <w:jc w:val="center"/>
            </w:pPr>
            <w:r>
              <w:rPr>
                <w:b/>
                <w:sz w:val="14"/>
              </w:rPr>
              <w:t>Legacy Setting / Desired Handling</w:t>
            </w:r>
          </w:p>
        </w:tc>
      </w:tr>
      <w:tr w:rsidR="00F33E31" w14:paraId="07A78EDA" w14:textId="77777777" w:rsidTr="00184CEA">
        <w:trPr>
          <w:trHeight w:val="430"/>
          <w:jc w:val="center"/>
        </w:trPr>
        <w:tc>
          <w:tcPr>
            <w:tcW w:w="2471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1E6F13F" w14:textId="77777777" w:rsidR="00F33E31" w:rsidRDefault="00F33E3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3C1B33D" w14:textId="77777777" w:rsidR="00F33E31" w:rsidRDefault="00F33E31"/>
        </w:tc>
        <w:tc>
          <w:tcPr>
            <w:tcW w:w="201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905EB3A" w14:textId="77777777" w:rsidR="00F33E31" w:rsidRDefault="00F33E31"/>
        </w:tc>
        <w:tc>
          <w:tcPr>
            <w:tcW w:w="180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31DCF28" w14:textId="77777777" w:rsidR="00F33E31" w:rsidRDefault="00F33E31"/>
        </w:tc>
        <w:tc>
          <w:tcPr>
            <w:tcW w:w="218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9A12F7D" w14:textId="77777777" w:rsidR="00F33E31" w:rsidRDefault="00F33E31"/>
        </w:tc>
      </w:tr>
      <w:tr w:rsidR="00F33E31" w14:paraId="10AC0223" w14:textId="77777777" w:rsidTr="00184CEA">
        <w:trPr>
          <w:trHeight w:val="430"/>
          <w:jc w:val="center"/>
        </w:trPr>
        <w:tc>
          <w:tcPr>
            <w:tcW w:w="2471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21FFCC3" w14:textId="77777777" w:rsidR="00F33E31" w:rsidRDefault="00F33E3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030AE30" w14:textId="77777777" w:rsidR="00F33E31" w:rsidRDefault="00F33E31"/>
        </w:tc>
        <w:tc>
          <w:tcPr>
            <w:tcW w:w="201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697501D" w14:textId="77777777" w:rsidR="00F33E31" w:rsidRDefault="00F33E31"/>
        </w:tc>
        <w:tc>
          <w:tcPr>
            <w:tcW w:w="180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5E938DC" w14:textId="77777777" w:rsidR="00F33E31" w:rsidRDefault="00F33E31"/>
        </w:tc>
        <w:tc>
          <w:tcPr>
            <w:tcW w:w="218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F371EF8" w14:textId="77777777" w:rsidR="00F33E31" w:rsidRDefault="00F33E31"/>
        </w:tc>
      </w:tr>
      <w:tr w:rsidR="00F33E31" w14:paraId="4308827A" w14:textId="77777777" w:rsidTr="00184CEA">
        <w:trPr>
          <w:trHeight w:val="430"/>
          <w:jc w:val="center"/>
        </w:trPr>
        <w:tc>
          <w:tcPr>
            <w:tcW w:w="2471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1DABDBA" w14:textId="77777777" w:rsidR="00F33E31" w:rsidRDefault="00F33E3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FAD4736" w14:textId="77777777" w:rsidR="00F33E31" w:rsidRDefault="00F33E31"/>
        </w:tc>
        <w:tc>
          <w:tcPr>
            <w:tcW w:w="201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591B6C3" w14:textId="77777777" w:rsidR="00F33E31" w:rsidRDefault="00F33E31"/>
        </w:tc>
        <w:tc>
          <w:tcPr>
            <w:tcW w:w="180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21D3001" w14:textId="77777777" w:rsidR="00F33E31" w:rsidRDefault="00F33E31"/>
        </w:tc>
        <w:tc>
          <w:tcPr>
            <w:tcW w:w="218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4C7760D" w14:textId="77777777" w:rsidR="00F33E31" w:rsidRDefault="00F33E31"/>
        </w:tc>
      </w:tr>
      <w:tr w:rsidR="00F33E31" w14:paraId="54F98790" w14:textId="77777777" w:rsidTr="00184CEA">
        <w:trPr>
          <w:trHeight w:val="430"/>
          <w:jc w:val="center"/>
        </w:trPr>
        <w:tc>
          <w:tcPr>
            <w:tcW w:w="2471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8824D2D" w14:textId="77777777" w:rsidR="00F33E31" w:rsidRDefault="00F33E3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9D77C6E" w14:textId="77777777" w:rsidR="00F33E31" w:rsidRDefault="00F33E31"/>
        </w:tc>
        <w:tc>
          <w:tcPr>
            <w:tcW w:w="201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ACD73EE" w14:textId="77777777" w:rsidR="00F33E31" w:rsidRDefault="00F33E31"/>
        </w:tc>
        <w:tc>
          <w:tcPr>
            <w:tcW w:w="180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6E567ED" w14:textId="77777777" w:rsidR="00F33E31" w:rsidRDefault="00F33E31"/>
        </w:tc>
        <w:tc>
          <w:tcPr>
            <w:tcW w:w="218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9D0A93D" w14:textId="77777777" w:rsidR="00F33E31" w:rsidRDefault="00F33E31"/>
        </w:tc>
      </w:tr>
    </w:tbl>
    <w:p w14:paraId="03D289A4" w14:textId="77777777" w:rsidR="00F33E31" w:rsidRDefault="00F33E31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F33E31" w14:paraId="25237771" w14:textId="77777777" w:rsidTr="00184CEA">
        <w:trPr>
          <w:jc w:val="center"/>
        </w:trPr>
        <w:tc>
          <w:tcPr>
            <w:tcW w:w="1071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EF70263" w14:textId="77777777" w:rsidR="00F33E31" w:rsidRDefault="00625362">
            <w:pPr>
              <w:spacing w:after="0"/>
            </w:pPr>
            <w:r>
              <w:rPr>
                <w:b/>
                <w:sz w:val="19"/>
              </w:rPr>
              <w:t>SOCIAL MEDIA, MESSAGING &amp; ONLINE COMMUNITIES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190"/>
        <w:gridCol w:w="2116"/>
        <w:gridCol w:w="2116"/>
        <w:gridCol w:w="2116"/>
        <w:gridCol w:w="2262"/>
      </w:tblGrid>
      <w:tr w:rsidR="00F33E31" w14:paraId="34C3E56E" w14:textId="77777777" w:rsidTr="00184CEA">
        <w:trPr>
          <w:tblHeader/>
          <w:jc w:val="center"/>
        </w:trPr>
        <w:tc>
          <w:tcPr>
            <w:tcW w:w="2160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5CA9FDF8" w14:textId="77777777" w:rsidR="00F33E31" w:rsidRDefault="00625362">
            <w:pPr>
              <w:jc w:val="center"/>
            </w:pPr>
            <w:r>
              <w:rPr>
                <w:b/>
                <w:sz w:val="14"/>
              </w:rPr>
              <w:t>Platform / Service</w:t>
            </w:r>
          </w:p>
        </w:tc>
        <w:tc>
          <w:tcPr>
            <w:tcW w:w="2088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0080FDB9" w14:textId="77777777" w:rsidR="00F33E31" w:rsidRDefault="00625362">
            <w:pPr>
              <w:jc w:val="center"/>
            </w:pPr>
            <w:r>
              <w:rPr>
                <w:b/>
                <w:sz w:val="14"/>
              </w:rPr>
              <w:t>Username / Account</w:t>
            </w:r>
          </w:p>
        </w:tc>
        <w:tc>
          <w:tcPr>
            <w:tcW w:w="2088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6F924186" w14:textId="77777777" w:rsidR="00F33E31" w:rsidRDefault="00625362">
            <w:pPr>
              <w:jc w:val="center"/>
            </w:pPr>
            <w:r>
              <w:rPr>
                <w:b/>
                <w:sz w:val="14"/>
              </w:rPr>
              <w:t>Access Info Location</w:t>
            </w:r>
          </w:p>
        </w:tc>
        <w:tc>
          <w:tcPr>
            <w:tcW w:w="2088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58E8AF09" w14:textId="77777777" w:rsidR="00F33E31" w:rsidRDefault="00625362">
            <w:pPr>
              <w:jc w:val="center"/>
            </w:pPr>
            <w:r>
              <w:rPr>
                <w:b/>
                <w:sz w:val="14"/>
              </w:rPr>
              <w:t>Legacy / Memorial Setting</w:t>
            </w:r>
          </w:p>
        </w:tc>
        <w:tc>
          <w:tcPr>
            <w:tcW w:w="2232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718FCD4D" w14:textId="77777777" w:rsidR="00F33E31" w:rsidRDefault="00625362">
            <w:pPr>
              <w:jc w:val="center"/>
            </w:pPr>
            <w:r>
              <w:rPr>
                <w:b/>
                <w:sz w:val="14"/>
              </w:rPr>
              <w:t>Preferred Action</w:t>
            </w:r>
          </w:p>
        </w:tc>
      </w:tr>
      <w:tr w:rsidR="00F33E31" w14:paraId="498B7022" w14:textId="77777777" w:rsidTr="00184CEA">
        <w:trPr>
          <w:trHeight w:val="430"/>
          <w:jc w:val="center"/>
        </w:trPr>
        <w:tc>
          <w:tcPr>
            <w:tcW w:w="216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A457A83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679CD5B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9C7E6C2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4ECA45B" w14:textId="77777777" w:rsidR="00F33E31" w:rsidRDefault="00F33E3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569DE8D" w14:textId="77777777" w:rsidR="00F33E31" w:rsidRDefault="00F33E31"/>
        </w:tc>
      </w:tr>
      <w:tr w:rsidR="00F33E31" w14:paraId="46BA5DB0" w14:textId="77777777" w:rsidTr="00184CEA">
        <w:trPr>
          <w:trHeight w:val="430"/>
          <w:jc w:val="center"/>
        </w:trPr>
        <w:tc>
          <w:tcPr>
            <w:tcW w:w="216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559A8F0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BB2B7D5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2434C81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ADAE0CF" w14:textId="77777777" w:rsidR="00F33E31" w:rsidRDefault="00F33E3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9EF270F" w14:textId="77777777" w:rsidR="00F33E31" w:rsidRDefault="00F33E31"/>
        </w:tc>
      </w:tr>
      <w:tr w:rsidR="00F33E31" w14:paraId="5A6C47D5" w14:textId="77777777" w:rsidTr="00184CEA">
        <w:trPr>
          <w:trHeight w:val="430"/>
          <w:jc w:val="center"/>
        </w:trPr>
        <w:tc>
          <w:tcPr>
            <w:tcW w:w="216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6A910B6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EF305E9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C3695C8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51D0734" w14:textId="77777777" w:rsidR="00F33E31" w:rsidRDefault="00F33E3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5AA1ECC" w14:textId="77777777" w:rsidR="00F33E31" w:rsidRDefault="00F33E31"/>
        </w:tc>
      </w:tr>
      <w:tr w:rsidR="00F33E31" w14:paraId="524A2420" w14:textId="77777777" w:rsidTr="00184CEA">
        <w:trPr>
          <w:trHeight w:val="430"/>
          <w:jc w:val="center"/>
        </w:trPr>
        <w:tc>
          <w:tcPr>
            <w:tcW w:w="216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70C9A69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98C746E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C5B61F8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8CA6846" w14:textId="77777777" w:rsidR="00F33E31" w:rsidRDefault="00F33E3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80EFE99" w14:textId="77777777" w:rsidR="00F33E31" w:rsidRDefault="00F33E31"/>
        </w:tc>
      </w:tr>
    </w:tbl>
    <w:p w14:paraId="0158B2BA" w14:textId="1A7B2CD1" w:rsidR="001E286C" w:rsidRDefault="001E286C">
      <w:pPr>
        <w:spacing w:after="0"/>
      </w:pPr>
    </w:p>
    <w:p w14:paraId="0273035B" w14:textId="77777777" w:rsidR="001E286C" w:rsidRDefault="001E286C">
      <w:r>
        <w:br w:type="page"/>
      </w:r>
    </w:p>
    <w:p w14:paraId="652D6B53" w14:textId="77777777" w:rsidR="00F33E31" w:rsidRDefault="00F33E31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F33E31" w14:paraId="5372CC26" w14:textId="77777777" w:rsidTr="00184CEA">
        <w:trPr>
          <w:jc w:val="center"/>
        </w:trPr>
        <w:tc>
          <w:tcPr>
            <w:tcW w:w="1071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2CD278B" w14:textId="77777777" w:rsidR="00F33E31" w:rsidRDefault="00625362">
            <w:pPr>
              <w:spacing w:after="0"/>
            </w:pPr>
            <w:r>
              <w:rPr>
                <w:b/>
                <w:sz w:val="19"/>
              </w:rPr>
              <w:t>ONLINE FINANCIAL ACCESS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2481"/>
        <w:gridCol w:w="2189"/>
        <w:gridCol w:w="1751"/>
        <w:gridCol w:w="2116"/>
      </w:tblGrid>
      <w:tr w:rsidR="00F33E31" w14:paraId="41C6634B" w14:textId="77777777" w:rsidTr="00184CEA">
        <w:trPr>
          <w:tblHeader/>
          <w:jc w:val="center"/>
        </w:trPr>
        <w:tc>
          <w:tcPr>
            <w:tcW w:w="2232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760EAC23" w14:textId="77777777" w:rsidR="00F33E31" w:rsidRDefault="00625362">
            <w:pPr>
              <w:jc w:val="center"/>
            </w:pPr>
            <w:r>
              <w:rPr>
                <w:b/>
                <w:sz w:val="14"/>
              </w:rPr>
              <w:t>Institution / Service</w:t>
            </w:r>
          </w:p>
        </w:tc>
        <w:tc>
          <w:tcPr>
            <w:tcW w:w="2448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2BEEAEDB" w14:textId="77777777" w:rsidR="00F33E31" w:rsidRDefault="00625362">
            <w:pPr>
              <w:jc w:val="center"/>
            </w:pPr>
            <w:r>
              <w:rPr>
                <w:b/>
                <w:sz w:val="14"/>
              </w:rPr>
              <w:t>Website / App / Username</w:t>
            </w:r>
          </w:p>
        </w:tc>
        <w:tc>
          <w:tcPr>
            <w:tcW w:w="2160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7EB6D003" w14:textId="77777777" w:rsidR="00F33E31" w:rsidRDefault="00625362">
            <w:pPr>
              <w:jc w:val="center"/>
            </w:pPr>
            <w:r>
              <w:rPr>
                <w:b/>
                <w:sz w:val="14"/>
              </w:rPr>
              <w:t>Access Info Location</w:t>
            </w:r>
          </w:p>
        </w:tc>
        <w:tc>
          <w:tcPr>
            <w:tcW w:w="1728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4656F5BB" w14:textId="77777777" w:rsidR="00F33E31" w:rsidRDefault="00625362">
            <w:pPr>
              <w:jc w:val="center"/>
            </w:pPr>
            <w:r>
              <w:rPr>
                <w:b/>
                <w:sz w:val="14"/>
              </w:rPr>
              <w:t>2FA Method</w:t>
            </w:r>
          </w:p>
        </w:tc>
        <w:tc>
          <w:tcPr>
            <w:tcW w:w="2088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111DDD7B" w14:textId="77777777" w:rsidR="00F33E31" w:rsidRDefault="00625362">
            <w:pPr>
              <w:jc w:val="center"/>
            </w:pPr>
            <w:r>
              <w:rPr>
                <w:b/>
                <w:sz w:val="14"/>
              </w:rPr>
              <w:t>Notes</w:t>
            </w:r>
          </w:p>
        </w:tc>
      </w:tr>
      <w:tr w:rsidR="00F33E31" w14:paraId="1A5568ED" w14:textId="77777777" w:rsidTr="00184CEA">
        <w:trPr>
          <w:trHeight w:val="410"/>
          <w:jc w:val="center"/>
        </w:trPr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2DC0325" w14:textId="77777777" w:rsidR="00F33E31" w:rsidRDefault="00F33E31"/>
        </w:tc>
        <w:tc>
          <w:tcPr>
            <w:tcW w:w="244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D71868B" w14:textId="77777777" w:rsidR="00F33E31" w:rsidRDefault="00F33E31"/>
        </w:tc>
        <w:tc>
          <w:tcPr>
            <w:tcW w:w="216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743761D" w14:textId="77777777" w:rsidR="00F33E31" w:rsidRDefault="00F33E31"/>
        </w:tc>
        <w:tc>
          <w:tcPr>
            <w:tcW w:w="172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216F480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5AEB4A9" w14:textId="77777777" w:rsidR="00F33E31" w:rsidRDefault="00F33E31"/>
        </w:tc>
      </w:tr>
      <w:tr w:rsidR="00F33E31" w14:paraId="3B4BF7CA" w14:textId="77777777" w:rsidTr="00184CEA">
        <w:trPr>
          <w:trHeight w:val="410"/>
          <w:jc w:val="center"/>
        </w:trPr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9A7020B" w14:textId="77777777" w:rsidR="00F33E31" w:rsidRDefault="00F33E31"/>
        </w:tc>
        <w:tc>
          <w:tcPr>
            <w:tcW w:w="244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70657CE" w14:textId="77777777" w:rsidR="00F33E31" w:rsidRDefault="00F33E31"/>
        </w:tc>
        <w:tc>
          <w:tcPr>
            <w:tcW w:w="216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96364AF" w14:textId="77777777" w:rsidR="00F33E31" w:rsidRDefault="00F33E31"/>
        </w:tc>
        <w:tc>
          <w:tcPr>
            <w:tcW w:w="172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51A6851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1209DA0" w14:textId="77777777" w:rsidR="00F33E31" w:rsidRDefault="00F33E31"/>
        </w:tc>
      </w:tr>
      <w:tr w:rsidR="00F33E31" w14:paraId="5C6853DD" w14:textId="77777777" w:rsidTr="00184CEA">
        <w:trPr>
          <w:trHeight w:val="410"/>
          <w:jc w:val="center"/>
        </w:trPr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C6DD31A" w14:textId="77777777" w:rsidR="00F33E31" w:rsidRDefault="00F33E31"/>
        </w:tc>
        <w:tc>
          <w:tcPr>
            <w:tcW w:w="244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C487AAA" w14:textId="77777777" w:rsidR="00F33E31" w:rsidRDefault="00F33E31"/>
        </w:tc>
        <w:tc>
          <w:tcPr>
            <w:tcW w:w="216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396AD18" w14:textId="77777777" w:rsidR="00F33E31" w:rsidRDefault="00F33E31"/>
        </w:tc>
        <w:tc>
          <w:tcPr>
            <w:tcW w:w="172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67B2353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D06E413" w14:textId="77777777" w:rsidR="00F33E31" w:rsidRDefault="00F33E31"/>
        </w:tc>
      </w:tr>
    </w:tbl>
    <w:p w14:paraId="29663082" w14:textId="77777777" w:rsidR="00F33E31" w:rsidRDefault="00625362">
      <w:pPr>
        <w:spacing w:before="40" w:after="0"/>
      </w:pPr>
      <w:r>
        <w:t>Keep complete financial, retirement, beneficiary, and insurance information in their appropriate Legacy Binder sections.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F33E31" w14:paraId="04AD93A3" w14:textId="77777777" w:rsidTr="00184CEA">
        <w:trPr>
          <w:jc w:val="center"/>
        </w:trPr>
        <w:tc>
          <w:tcPr>
            <w:tcW w:w="1071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05FC24B" w14:textId="77777777" w:rsidR="00F33E31" w:rsidRDefault="00625362">
            <w:pPr>
              <w:spacing w:after="0"/>
            </w:pPr>
            <w:r>
              <w:rPr>
                <w:b/>
                <w:sz w:val="19"/>
              </w:rPr>
              <w:t>IMPORTANT DEVICES &amp; SECURITY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117"/>
        <w:gridCol w:w="1970"/>
        <w:gridCol w:w="2335"/>
        <w:gridCol w:w="2262"/>
        <w:gridCol w:w="2116"/>
      </w:tblGrid>
      <w:tr w:rsidR="00F33E31" w14:paraId="44646C6D" w14:textId="77777777" w:rsidTr="00184CEA">
        <w:trPr>
          <w:tblHeader/>
          <w:jc w:val="center"/>
        </w:trPr>
        <w:tc>
          <w:tcPr>
            <w:tcW w:w="2088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12058645" w14:textId="77777777" w:rsidR="00F33E31" w:rsidRDefault="00625362">
            <w:pPr>
              <w:jc w:val="center"/>
            </w:pPr>
            <w:r>
              <w:rPr>
                <w:b/>
                <w:sz w:val="13"/>
              </w:rPr>
              <w:t>Device / Description</w:t>
            </w:r>
          </w:p>
        </w:tc>
        <w:tc>
          <w:tcPr>
            <w:tcW w:w="1944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78FCC56D" w14:textId="77777777" w:rsidR="00F33E31" w:rsidRDefault="00625362">
            <w:pPr>
              <w:jc w:val="center"/>
            </w:pPr>
            <w:r>
              <w:rPr>
                <w:b/>
                <w:sz w:val="13"/>
              </w:rPr>
              <w:t>Owner / Location</w:t>
            </w:r>
          </w:p>
        </w:tc>
        <w:tc>
          <w:tcPr>
            <w:tcW w:w="2304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142EE7ED" w14:textId="77777777" w:rsidR="00F33E31" w:rsidRDefault="00625362">
            <w:pPr>
              <w:jc w:val="center"/>
            </w:pPr>
            <w:r>
              <w:rPr>
                <w:b/>
                <w:sz w:val="13"/>
              </w:rPr>
              <w:t>Passcode / Access Info Location</w:t>
            </w:r>
          </w:p>
        </w:tc>
        <w:tc>
          <w:tcPr>
            <w:tcW w:w="2232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6684365A" w14:textId="77777777" w:rsidR="00F33E31" w:rsidRDefault="00625362">
            <w:pPr>
              <w:jc w:val="center"/>
            </w:pPr>
            <w:r>
              <w:rPr>
                <w:b/>
                <w:sz w:val="13"/>
              </w:rPr>
              <w:t>2FA / Authenticator / Recovery</w:t>
            </w:r>
          </w:p>
        </w:tc>
        <w:tc>
          <w:tcPr>
            <w:tcW w:w="2088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792610EE" w14:textId="77777777" w:rsidR="00F33E31" w:rsidRDefault="00625362">
            <w:pPr>
              <w:jc w:val="center"/>
            </w:pPr>
            <w:r>
              <w:rPr>
                <w:b/>
                <w:sz w:val="13"/>
              </w:rPr>
              <w:t>Backup / Desired Handling</w:t>
            </w:r>
          </w:p>
        </w:tc>
      </w:tr>
      <w:tr w:rsidR="00F33E31" w14:paraId="1E9EC869" w14:textId="77777777" w:rsidTr="00184CEA">
        <w:trPr>
          <w:trHeight w:val="440"/>
          <w:jc w:val="center"/>
        </w:trPr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BA07613" w14:textId="77777777" w:rsidR="00F33E31" w:rsidRDefault="00F33E31"/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5DEA6FF" w14:textId="77777777" w:rsidR="00F33E31" w:rsidRDefault="00F33E31"/>
        </w:tc>
        <w:tc>
          <w:tcPr>
            <w:tcW w:w="230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9B95449" w14:textId="77777777" w:rsidR="00F33E31" w:rsidRDefault="00F33E3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5E35195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CBD8B88" w14:textId="77777777" w:rsidR="00F33E31" w:rsidRDefault="00F33E31"/>
        </w:tc>
      </w:tr>
      <w:tr w:rsidR="00F33E31" w14:paraId="75B34596" w14:textId="77777777" w:rsidTr="00184CEA">
        <w:trPr>
          <w:trHeight w:val="440"/>
          <w:jc w:val="center"/>
        </w:trPr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C7B1C1E" w14:textId="77777777" w:rsidR="00F33E31" w:rsidRDefault="00F33E31" w:rsidP="00A91BE5">
            <w:pPr>
              <w:jc w:val="center"/>
            </w:pPr>
          </w:p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9F278AD" w14:textId="77777777" w:rsidR="00F33E31" w:rsidRDefault="00F33E31"/>
        </w:tc>
        <w:tc>
          <w:tcPr>
            <w:tcW w:w="230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60C4D27" w14:textId="77777777" w:rsidR="00F33E31" w:rsidRDefault="00F33E3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0F8B5DF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0660AA5" w14:textId="77777777" w:rsidR="00F33E31" w:rsidRDefault="00F33E31"/>
        </w:tc>
      </w:tr>
      <w:tr w:rsidR="00F33E31" w14:paraId="013BBAD5" w14:textId="77777777" w:rsidTr="00184CEA">
        <w:trPr>
          <w:trHeight w:val="440"/>
          <w:jc w:val="center"/>
        </w:trPr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981900A" w14:textId="77777777" w:rsidR="00F33E31" w:rsidRDefault="00F33E31"/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A7FB5E8" w14:textId="77777777" w:rsidR="00F33E31" w:rsidRDefault="00F33E31"/>
        </w:tc>
        <w:tc>
          <w:tcPr>
            <w:tcW w:w="230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072833D" w14:textId="77777777" w:rsidR="00F33E31" w:rsidRDefault="00F33E3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4217BAD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3925E62" w14:textId="77777777" w:rsidR="00F33E31" w:rsidRDefault="00F33E31"/>
        </w:tc>
      </w:tr>
      <w:tr w:rsidR="00F33E31" w14:paraId="7CB50B13" w14:textId="77777777" w:rsidTr="00184CEA">
        <w:trPr>
          <w:trHeight w:val="440"/>
          <w:jc w:val="center"/>
        </w:trPr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B7B4010" w14:textId="77777777" w:rsidR="00F33E31" w:rsidRDefault="00F33E31"/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25598FA" w14:textId="77777777" w:rsidR="00F33E31" w:rsidRDefault="00F33E31"/>
        </w:tc>
        <w:tc>
          <w:tcPr>
            <w:tcW w:w="230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8DA9B3E" w14:textId="77777777" w:rsidR="00F33E31" w:rsidRDefault="00F33E3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5826D11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79F1353" w14:textId="77777777" w:rsidR="00F33E31" w:rsidRDefault="00F33E31"/>
        </w:tc>
      </w:tr>
      <w:tr w:rsidR="00F33E31" w14:paraId="264562E6" w14:textId="77777777" w:rsidTr="00184CEA">
        <w:trPr>
          <w:trHeight w:val="440"/>
          <w:jc w:val="center"/>
        </w:trPr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876D362" w14:textId="77777777" w:rsidR="00F33E31" w:rsidRDefault="00F33E31"/>
        </w:tc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1983DA2" w14:textId="77777777" w:rsidR="00F33E31" w:rsidRDefault="00F33E31"/>
        </w:tc>
        <w:tc>
          <w:tcPr>
            <w:tcW w:w="230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88119F7" w14:textId="77777777" w:rsidR="00F33E31" w:rsidRDefault="00F33E3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BCDCF5B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198997F" w14:textId="77777777" w:rsidR="00F33E31" w:rsidRDefault="00F33E31"/>
        </w:tc>
      </w:tr>
    </w:tbl>
    <w:p w14:paraId="4EEFC927" w14:textId="77777777" w:rsidR="00F33E31" w:rsidRDefault="00F33E31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F33E31" w14:paraId="2EA5E825" w14:textId="77777777" w:rsidTr="00184CEA">
        <w:trPr>
          <w:jc w:val="center"/>
        </w:trPr>
        <w:tc>
          <w:tcPr>
            <w:tcW w:w="1071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004AE77" w14:textId="77777777" w:rsidR="00F33E31" w:rsidRDefault="00625362">
            <w:pPr>
              <w:spacing w:after="0"/>
            </w:pPr>
            <w:r>
              <w:rPr>
                <w:b/>
                <w:sz w:val="19"/>
              </w:rPr>
              <w:t>CLOUD STORAGE, PHOTOGRAPHS &amp; PERSONAL FILES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117"/>
        <w:gridCol w:w="2262"/>
        <w:gridCol w:w="2116"/>
        <w:gridCol w:w="1897"/>
        <w:gridCol w:w="2408"/>
      </w:tblGrid>
      <w:tr w:rsidR="00F33E31" w14:paraId="14D1CD57" w14:textId="77777777" w:rsidTr="00184CEA">
        <w:trPr>
          <w:tblHeader/>
          <w:jc w:val="center"/>
        </w:trPr>
        <w:tc>
          <w:tcPr>
            <w:tcW w:w="2088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2DC78FE9" w14:textId="77777777" w:rsidR="00F33E31" w:rsidRDefault="00625362">
            <w:pPr>
              <w:jc w:val="center"/>
            </w:pPr>
            <w:r>
              <w:rPr>
                <w:b/>
                <w:sz w:val="13"/>
              </w:rPr>
              <w:t>Service / Storage Location</w:t>
            </w:r>
          </w:p>
        </w:tc>
        <w:tc>
          <w:tcPr>
            <w:tcW w:w="2232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5BE8A786" w14:textId="77777777" w:rsidR="00F33E31" w:rsidRDefault="00625362">
            <w:pPr>
              <w:jc w:val="center"/>
            </w:pPr>
            <w:r>
              <w:rPr>
                <w:b/>
                <w:sz w:val="13"/>
              </w:rPr>
              <w:t>Important Content</w:t>
            </w:r>
          </w:p>
        </w:tc>
        <w:tc>
          <w:tcPr>
            <w:tcW w:w="2088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076F9D45" w14:textId="77777777" w:rsidR="00F33E31" w:rsidRDefault="00625362">
            <w:pPr>
              <w:jc w:val="center"/>
            </w:pPr>
            <w:r>
              <w:rPr>
                <w:b/>
                <w:sz w:val="13"/>
              </w:rPr>
              <w:t>Access Info Location</w:t>
            </w:r>
          </w:p>
        </w:tc>
        <w:tc>
          <w:tcPr>
            <w:tcW w:w="1872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5FF10E85" w14:textId="77777777" w:rsidR="00F33E31" w:rsidRDefault="00625362">
            <w:pPr>
              <w:jc w:val="center"/>
            </w:pPr>
            <w:r>
              <w:rPr>
                <w:b/>
                <w:sz w:val="13"/>
              </w:rPr>
              <w:t>Backup Location</w:t>
            </w:r>
          </w:p>
        </w:tc>
        <w:tc>
          <w:tcPr>
            <w:tcW w:w="2376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3DC6F5D5" w14:textId="77777777" w:rsidR="00F33E31" w:rsidRDefault="00625362">
            <w:pPr>
              <w:jc w:val="center"/>
            </w:pPr>
            <w:r>
              <w:rPr>
                <w:b/>
                <w:sz w:val="13"/>
              </w:rPr>
              <w:t>Preserve / Transfer / Delete Instructions</w:t>
            </w:r>
          </w:p>
        </w:tc>
      </w:tr>
      <w:tr w:rsidR="00F33E31" w14:paraId="5B6E9C47" w14:textId="77777777" w:rsidTr="00184CEA">
        <w:trPr>
          <w:trHeight w:val="450"/>
          <w:jc w:val="center"/>
        </w:trPr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FBF37BB" w14:textId="77777777" w:rsidR="00F33E31" w:rsidRDefault="00F33E3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5C9D274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A9B9DF5" w14:textId="77777777" w:rsidR="00F33E31" w:rsidRDefault="00F33E31"/>
        </w:tc>
        <w:tc>
          <w:tcPr>
            <w:tcW w:w="187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F07968C" w14:textId="77777777" w:rsidR="00F33E31" w:rsidRDefault="00F33E31"/>
        </w:tc>
        <w:tc>
          <w:tcPr>
            <w:tcW w:w="237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1274AD6" w14:textId="77777777" w:rsidR="00F33E31" w:rsidRDefault="00F33E31"/>
        </w:tc>
      </w:tr>
      <w:tr w:rsidR="00F33E31" w14:paraId="45E1FD9F" w14:textId="77777777" w:rsidTr="00184CEA">
        <w:trPr>
          <w:trHeight w:val="450"/>
          <w:jc w:val="center"/>
        </w:trPr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D6E33E6" w14:textId="77777777" w:rsidR="00F33E31" w:rsidRDefault="00F33E3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7C9D745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5544E4E" w14:textId="77777777" w:rsidR="00F33E31" w:rsidRDefault="00F33E31"/>
        </w:tc>
        <w:tc>
          <w:tcPr>
            <w:tcW w:w="187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E4CD0D1" w14:textId="77777777" w:rsidR="00F33E31" w:rsidRDefault="00F33E31"/>
        </w:tc>
        <w:tc>
          <w:tcPr>
            <w:tcW w:w="237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3F3AA88" w14:textId="77777777" w:rsidR="00F33E31" w:rsidRDefault="00F33E31"/>
        </w:tc>
      </w:tr>
      <w:tr w:rsidR="00F33E31" w14:paraId="49CABFC9" w14:textId="77777777" w:rsidTr="00184CEA">
        <w:trPr>
          <w:trHeight w:val="450"/>
          <w:jc w:val="center"/>
        </w:trPr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9CB8AEA" w14:textId="77777777" w:rsidR="00F33E31" w:rsidRDefault="00F33E3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09CF7CA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0DAF6D9" w14:textId="77777777" w:rsidR="00F33E31" w:rsidRDefault="00F33E31"/>
        </w:tc>
        <w:tc>
          <w:tcPr>
            <w:tcW w:w="187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B3C9CF9" w14:textId="77777777" w:rsidR="00F33E31" w:rsidRDefault="00F33E31"/>
        </w:tc>
        <w:tc>
          <w:tcPr>
            <w:tcW w:w="237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F5EFADE" w14:textId="77777777" w:rsidR="00F33E31" w:rsidRDefault="00F33E31"/>
        </w:tc>
      </w:tr>
      <w:tr w:rsidR="00F33E31" w14:paraId="7B029660" w14:textId="77777777" w:rsidTr="00184CEA">
        <w:trPr>
          <w:trHeight w:val="450"/>
          <w:jc w:val="center"/>
        </w:trPr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22C5126" w14:textId="77777777" w:rsidR="00F33E31" w:rsidRDefault="00F33E3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931CB16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648F240" w14:textId="77777777" w:rsidR="00F33E31" w:rsidRDefault="00F33E31"/>
        </w:tc>
        <w:tc>
          <w:tcPr>
            <w:tcW w:w="187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78230FB" w14:textId="77777777" w:rsidR="00F33E31" w:rsidRDefault="00F33E31"/>
        </w:tc>
        <w:tc>
          <w:tcPr>
            <w:tcW w:w="237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89DDBB6" w14:textId="77777777" w:rsidR="00F33E31" w:rsidRDefault="00F33E31"/>
        </w:tc>
      </w:tr>
    </w:tbl>
    <w:p w14:paraId="2D4FE919" w14:textId="77777777" w:rsidR="00F33E31" w:rsidRDefault="00F33E31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F33E31" w14:paraId="4C180B9E" w14:textId="77777777" w:rsidTr="00184CEA">
        <w:trPr>
          <w:jc w:val="center"/>
        </w:trPr>
        <w:tc>
          <w:tcPr>
            <w:tcW w:w="1071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DAE203F" w14:textId="77777777" w:rsidR="00F33E31" w:rsidRDefault="00625362">
            <w:pPr>
              <w:spacing w:after="0"/>
            </w:pPr>
            <w:r>
              <w:rPr>
                <w:b/>
                <w:sz w:val="19"/>
              </w:rPr>
              <w:t>WEBSITES, DOMAINS &amp; ONLINE BUSINESS / CREATIVE INTERESTS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044"/>
        <w:gridCol w:w="2116"/>
        <w:gridCol w:w="2043"/>
        <w:gridCol w:w="2262"/>
        <w:gridCol w:w="2335"/>
      </w:tblGrid>
      <w:tr w:rsidR="00F33E31" w14:paraId="54E41E07" w14:textId="77777777" w:rsidTr="00184CEA">
        <w:trPr>
          <w:tblHeader/>
          <w:jc w:val="center"/>
        </w:trPr>
        <w:tc>
          <w:tcPr>
            <w:tcW w:w="2016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51829A9E" w14:textId="77777777" w:rsidR="00F33E31" w:rsidRDefault="00625362">
            <w:pPr>
              <w:jc w:val="center"/>
            </w:pPr>
            <w:r>
              <w:rPr>
                <w:b/>
                <w:sz w:val="13"/>
              </w:rPr>
              <w:t>Website / Domain / Service</w:t>
            </w:r>
          </w:p>
        </w:tc>
        <w:tc>
          <w:tcPr>
            <w:tcW w:w="2088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1A7280A8" w14:textId="77777777" w:rsidR="00F33E31" w:rsidRDefault="00625362">
            <w:pPr>
              <w:jc w:val="center"/>
            </w:pPr>
            <w:r>
              <w:rPr>
                <w:b/>
                <w:sz w:val="13"/>
              </w:rPr>
              <w:t>Provider / Account</w:t>
            </w:r>
          </w:p>
        </w:tc>
        <w:tc>
          <w:tcPr>
            <w:tcW w:w="2016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35BE7E08" w14:textId="77777777" w:rsidR="00F33E31" w:rsidRDefault="00625362">
            <w:pPr>
              <w:jc w:val="center"/>
            </w:pPr>
            <w:r>
              <w:rPr>
                <w:b/>
                <w:sz w:val="13"/>
              </w:rPr>
              <w:t>Access Info Location</w:t>
            </w:r>
          </w:p>
        </w:tc>
        <w:tc>
          <w:tcPr>
            <w:tcW w:w="2232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67F5B9F1" w14:textId="77777777" w:rsidR="00F33E31" w:rsidRDefault="00625362">
            <w:pPr>
              <w:jc w:val="center"/>
            </w:pPr>
            <w:r>
              <w:rPr>
                <w:b/>
                <w:sz w:val="13"/>
              </w:rPr>
              <w:t>Income / Renewal Info Location</w:t>
            </w:r>
          </w:p>
        </w:tc>
        <w:tc>
          <w:tcPr>
            <w:tcW w:w="2304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58EB45DD" w14:textId="77777777" w:rsidR="00F33E31" w:rsidRDefault="00625362">
            <w:pPr>
              <w:jc w:val="center"/>
            </w:pPr>
            <w:r>
              <w:rPr>
                <w:b/>
                <w:sz w:val="13"/>
              </w:rPr>
              <w:t>Future Management Instructions</w:t>
            </w:r>
          </w:p>
        </w:tc>
      </w:tr>
      <w:tr w:rsidR="00F33E31" w14:paraId="0D05C15C" w14:textId="77777777" w:rsidTr="00184CEA">
        <w:trPr>
          <w:trHeight w:val="450"/>
          <w:jc w:val="center"/>
        </w:trPr>
        <w:tc>
          <w:tcPr>
            <w:tcW w:w="201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E60DE37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539BE7E" w14:textId="77777777" w:rsidR="00F33E31" w:rsidRDefault="00F33E31"/>
        </w:tc>
        <w:tc>
          <w:tcPr>
            <w:tcW w:w="201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34DD1CC" w14:textId="77777777" w:rsidR="00F33E31" w:rsidRDefault="00F33E3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B7659DA" w14:textId="77777777" w:rsidR="00F33E31" w:rsidRDefault="00F33E31"/>
        </w:tc>
        <w:tc>
          <w:tcPr>
            <w:tcW w:w="230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661B266" w14:textId="77777777" w:rsidR="00F33E31" w:rsidRDefault="00F33E31"/>
        </w:tc>
      </w:tr>
      <w:tr w:rsidR="00F33E31" w14:paraId="0C5B82D3" w14:textId="77777777" w:rsidTr="00184CEA">
        <w:trPr>
          <w:trHeight w:val="450"/>
          <w:jc w:val="center"/>
        </w:trPr>
        <w:tc>
          <w:tcPr>
            <w:tcW w:w="201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0D792C8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926CA83" w14:textId="77777777" w:rsidR="00F33E31" w:rsidRDefault="00F33E31"/>
        </w:tc>
        <w:tc>
          <w:tcPr>
            <w:tcW w:w="201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033E4D9" w14:textId="77777777" w:rsidR="00F33E31" w:rsidRDefault="00F33E3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1DF29D5" w14:textId="77777777" w:rsidR="00F33E31" w:rsidRDefault="00F33E31"/>
        </w:tc>
        <w:tc>
          <w:tcPr>
            <w:tcW w:w="230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954916C" w14:textId="77777777" w:rsidR="00F33E31" w:rsidRDefault="00F33E31"/>
        </w:tc>
      </w:tr>
      <w:tr w:rsidR="00F33E31" w14:paraId="4524D69A" w14:textId="77777777" w:rsidTr="00184CEA">
        <w:trPr>
          <w:trHeight w:val="450"/>
          <w:jc w:val="center"/>
        </w:trPr>
        <w:tc>
          <w:tcPr>
            <w:tcW w:w="201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DB6A109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24C9B94" w14:textId="77777777" w:rsidR="00F33E31" w:rsidRDefault="00F33E31"/>
        </w:tc>
        <w:tc>
          <w:tcPr>
            <w:tcW w:w="201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FF95747" w14:textId="77777777" w:rsidR="00F33E31" w:rsidRDefault="00F33E3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B9628D0" w14:textId="77777777" w:rsidR="00F33E31" w:rsidRDefault="00F33E31"/>
        </w:tc>
        <w:tc>
          <w:tcPr>
            <w:tcW w:w="230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AA8B497" w14:textId="77777777" w:rsidR="00F33E31" w:rsidRDefault="00F33E31"/>
        </w:tc>
      </w:tr>
      <w:tr w:rsidR="00F33E31" w14:paraId="7F1936E4" w14:textId="77777777" w:rsidTr="00184CEA">
        <w:trPr>
          <w:trHeight w:val="450"/>
          <w:jc w:val="center"/>
        </w:trPr>
        <w:tc>
          <w:tcPr>
            <w:tcW w:w="201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149B24E" w14:textId="77777777" w:rsidR="00F33E31" w:rsidRDefault="00F33E31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34A2470" w14:textId="77777777" w:rsidR="00F33E31" w:rsidRDefault="00F33E31"/>
        </w:tc>
        <w:tc>
          <w:tcPr>
            <w:tcW w:w="201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E64CF2D" w14:textId="77777777" w:rsidR="00F33E31" w:rsidRDefault="00F33E31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C6CE02A" w14:textId="77777777" w:rsidR="00F33E31" w:rsidRDefault="00F33E31"/>
        </w:tc>
        <w:tc>
          <w:tcPr>
            <w:tcW w:w="230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7E09DF8" w14:textId="77777777" w:rsidR="00F33E31" w:rsidRDefault="00F33E31"/>
        </w:tc>
      </w:tr>
    </w:tbl>
    <w:p w14:paraId="055BB627" w14:textId="0D29F6E4" w:rsidR="001E286C" w:rsidRDefault="001E286C">
      <w:pPr>
        <w:spacing w:after="0"/>
      </w:pPr>
    </w:p>
    <w:p w14:paraId="1DF13CC1" w14:textId="77777777" w:rsidR="001E286C" w:rsidRDefault="001E286C">
      <w:r>
        <w:br w:type="page"/>
      </w:r>
    </w:p>
    <w:p w14:paraId="6C2972E7" w14:textId="77777777" w:rsidR="00F33E31" w:rsidRDefault="00F33E31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800"/>
      </w:tblGrid>
      <w:tr w:rsidR="00F33E31" w14:paraId="65FAEF94" w14:textId="77777777">
        <w:tc>
          <w:tcPr>
            <w:tcW w:w="1080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A67AA3F" w14:textId="77777777" w:rsidR="00F33E31" w:rsidRDefault="00625362">
            <w:pPr>
              <w:spacing w:after="0"/>
            </w:pPr>
            <w:r>
              <w:rPr>
                <w:b/>
                <w:sz w:val="19"/>
              </w:rPr>
              <w:t>CRYPTOCURRENCY / BLOCKCHAIN-BASED ASSETS — IF APPLICABLE</w:t>
            </w:r>
          </w:p>
        </w:tc>
      </w:tr>
    </w:tbl>
    <w:tbl>
      <w:tblPr>
        <w:tblStyle w:val="TableGrid"/>
        <w:tblW w:w="10795" w:type="dxa"/>
        <w:tblLayout w:type="fixed"/>
        <w:tblLook w:val="04A0" w:firstRow="1" w:lastRow="0" w:firstColumn="1" w:lastColumn="0" w:noHBand="0" w:noVBand="1"/>
      </w:tblPr>
      <w:tblGrid>
        <w:gridCol w:w="3312"/>
        <w:gridCol w:w="7483"/>
      </w:tblGrid>
      <w:tr w:rsidR="00F33E31" w14:paraId="285DEC5C" w14:textId="77777777" w:rsidTr="00A91BE5">
        <w:trPr>
          <w:trHeight w:val="390"/>
        </w:trPr>
        <w:tc>
          <w:tcPr>
            <w:tcW w:w="3312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66C5DF8C" w14:textId="77777777" w:rsidR="00F33E31" w:rsidRDefault="00625362">
            <w:r>
              <w:rPr>
                <w:b/>
                <w:sz w:val="16"/>
              </w:rPr>
              <w:t>Asset / Wallet / Platform — General Identification Only</w:t>
            </w:r>
          </w:p>
        </w:tc>
        <w:tc>
          <w:tcPr>
            <w:tcW w:w="7483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501DF572" w14:textId="77777777" w:rsidR="00F33E31" w:rsidRDefault="00F33E31"/>
        </w:tc>
      </w:tr>
      <w:tr w:rsidR="00F33E31" w14:paraId="69C86A53" w14:textId="77777777" w:rsidTr="00A91BE5">
        <w:trPr>
          <w:trHeight w:val="430"/>
        </w:trPr>
        <w:tc>
          <w:tcPr>
            <w:tcW w:w="3312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36414603" w14:textId="77777777" w:rsidR="00F33E31" w:rsidRDefault="00625362">
            <w:r>
              <w:rPr>
                <w:b/>
                <w:sz w:val="16"/>
              </w:rPr>
              <w:t>Where Detailed Access &amp; Succession Instructions Are Securely Maintained</w:t>
            </w:r>
          </w:p>
        </w:tc>
        <w:tc>
          <w:tcPr>
            <w:tcW w:w="7483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0127AA99" w14:textId="77777777" w:rsidR="00F33E31" w:rsidRDefault="00F33E31"/>
        </w:tc>
      </w:tr>
      <w:tr w:rsidR="00F33E31" w14:paraId="0F7A12C7" w14:textId="77777777" w:rsidTr="00A91BE5">
        <w:trPr>
          <w:trHeight w:val="400"/>
        </w:trPr>
        <w:tc>
          <w:tcPr>
            <w:tcW w:w="3312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48A3DB94" w14:textId="77777777" w:rsidR="00F33E31" w:rsidRDefault="00625362">
            <w:r>
              <w:rPr>
                <w:b/>
                <w:sz w:val="16"/>
              </w:rPr>
              <w:t>Trusted Person / Professional Who Knows the Access Plan, if applicable</w:t>
            </w:r>
          </w:p>
        </w:tc>
        <w:tc>
          <w:tcPr>
            <w:tcW w:w="7483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512B9182" w14:textId="77777777" w:rsidR="00F33E31" w:rsidRDefault="00F33E31"/>
        </w:tc>
      </w:tr>
    </w:tbl>
    <w:p w14:paraId="592F1B02" w14:textId="77777777" w:rsidR="00F33E31" w:rsidRDefault="00625362">
      <w:pPr>
        <w:spacing w:before="40" w:after="80"/>
      </w:pPr>
      <w:r>
        <w:rPr>
          <w:b/>
        </w:rPr>
        <w:t xml:space="preserve">Security: </w:t>
      </w:r>
      <w:r>
        <w:t>Do not record private keys, seed phrases, recovery phrases, or wallet passwords on this form.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800"/>
      </w:tblGrid>
      <w:tr w:rsidR="00F33E31" w14:paraId="54A96B26" w14:textId="77777777">
        <w:tc>
          <w:tcPr>
            <w:tcW w:w="1080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F2BF6D6" w14:textId="77777777" w:rsidR="00F33E31" w:rsidRDefault="00625362">
            <w:pPr>
              <w:spacing w:after="0"/>
            </w:pPr>
            <w:r>
              <w:rPr>
                <w:b/>
                <w:sz w:val="19"/>
              </w:rPr>
              <w:t>OVERALL DIGITAL WISHES &amp; LEGACY SETTINGS</w:t>
            </w:r>
          </w:p>
        </w:tc>
      </w:tr>
    </w:tbl>
    <w:tbl>
      <w:tblPr>
        <w:tblStyle w:val="TableGrid"/>
        <w:tblW w:w="10795" w:type="dxa"/>
        <w:tblLayout w:type="fixed"/>
        <w:tblLook w:val="04A0" w:firstRow="1" w:lastRow="0" w:firstColumn="1" w:lastColumn="0" w:noHBand="0" w:noVBand="1"/>
      </w:tblPr>
      <w:tblGrid>
        <w:gridCol w:w="3312"/>
        <w:gridCol w:w="7483"/>
      </w:tblGrid>
      <w:tr w:rsidR="00F33E31" w14:paraId="1499D83F" w14:textId="77777777" w:rsidTr="00A91BE5">
        <w:trPr>
          <w:trHeight w:val="420"/>
        </w:trPr>
        <w:tc>
          <w:tcPr>
            <w:tcW w:w="3312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028070F1" w14:textId="77777777" w:rsidR="00F33E31" w:rsidRDefault="00625362">
            <w:r>
              <w:rPr>
                <w:b/>
                <w:sz w:val="16"/>
              </w:rPr>
              <w:t>Provider Legacy / Inactive-Account Tools Already Set Up</w:t>
            </w:r>
          </w:p>
        </w:tc>
        <w:tc>
          <w:tcPr>
            <w:tcW w:w="7483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147982C1" w14:textId="77777777" w:rsidR="00F33E31" w:rsidRDefault="00F33E31"/>
        </w:tc>
      </w:tr>
      <w:tr w:rsidR="00F33E31" w14:paraId="5DB4CC7B" w14:textId="77777777" w:rsidTr="00A91BE5">
        <w:trPr>
          <w:trHeight w:val="440"/>
        </w:trPr>
        <w:tc>
          <w:tcPr>
            <w:tcW w:w="3312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6D09A0DB" w14:textId="77777777" w:rsidR="00F33E31" w:rsidRDefault="00625362">
            <w:r>
              <w:rPr>
                <w:b/>
                <w:sz w:val="16"/>
              </w:rPr>
              <w:t>Important Content to Preserve or Transfer</w:t>
            </w:r>
          </w:p>
        </w:tc>
        <w:tc>
          <w:tcPr>
            <w:tcW w:w="7483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256CE5B3" w14:textId="77777777" w:rsidR="00F33E31" w:rsidRDefault="00F33E31"/>
        </w:tc>
      </w:tr>
      <w:tr w:rsidR="00F33E31" w14:paraId="40DC51F8" w14:textId="77777777" w:rsidTr="00A91BE5">
        <w:trPr>
          <w:trHeight w:val="440"/>
        </w:trPr>
        <w:tc>
          <w:tcPr>
            <w:tcW w:w="3312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7C157D52" w14:textId="77777777" w:rsidR="00F33E31" w:rsidRDefault="00625362">
            <w:r>
              <w:rPr>
                <w:b/>
                <w:sz w:val="16"/>
              </w:rPr>
              <w:t>Accounts / Content to Close or Delete</w:t>
            </w:r>
          </w:p>
        </w:tc>
        <w:tc>
          <w:tcPr>
            <w:tcW w:w="7483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5F75AF8B" w14:textId="77777777" w:rsidR="00F33E31" w:rsidRDefault="00F33E31"/>
        </w:tc>
      </w:tr>
      <w:tr w:rsidR="00F33E31" w14:paraId="6B953F4B" w14:textId="77777777" w:rsidTr="00A91BE5">
        <w:trPr>
          <w:trHeight w:val="440"/>
        </w:trPr>
        <w:tc>
          <w:tcPr>
            <w:tcW w:w="3312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5F417534" w14:textId="77777777" w:rsidR="00F33E31" w:rsidRDefault="00625362">
            <w:r>
              <w:rPr>
                <w:b/>
                <w:sz w:val="16"/>
              </w:rPr>
              <w:t>Other Instructions</w:t>
            </w:r>
          </w:p>
        </w:tc>
        <w:tc>
          <w:tcPr>
            <w:tcW w:w="7483" w:type="dxa"/>
            <w:tcMar>
              <w:top w:w="42" w:type="dxa"/>
              <w:left w:w="34" w:type="dxa"/>
              <w:bottom w:w="42" w:type="dxa"/>
              <w:right w:w="34" w:type="dxa"/>
            </w:tcMar>
          </w:tcPr>
          <w:p w14:paraId="6D3A2B1F" w14:textId="77777777" w:rsidR="00F33E31" w:rsidRDefault="00F33E31"/>
        </w:tc>
      </w:tr>
    </w:tbl>
    <w:p w14:paraId="57AA03F9" w14:textId="77777777" w:rsidR="00F33E31" w:rsidRDefault="00625362">
      <w:pPr>
        <w:spacing w:before="80" w:after="0"/>
      </w:pPr>
      <w:r>
        <w:rPr>
          <w:b/>
        </w:rPr>
        <w:t xml:space="preserve">Important: </w:t>
      </w:r>
      <w:r>
        <w:t>Knowing a password does not necessarily give someone legal authority to access or manage an account. Coordinate digital arrangements with your legal and estate-planning documents.</w:t>
      </w:r>
    </w:p>
    <w:sectPr w:rsidR="00F33E31" w:rsidSect="00034616">
      <w:footerReference w:type="default" r:id="rId8"/>
      <w:pgSz w:w="12240" w:h="15840"/>
      <w:pgMar w:top="691" w:right="720" w:bottom="691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3DE25" w14:textId="77777777" w:rsidR="00C65CBF" w:rsidRDefault="00C65CBF">
      <w:pPr>
        <w:spacing w:after="0" w:line="240" w:lineRule="auto"/>
      </w:pPr>
      <w:r>
        <w:separator/>
      </w:r>
    </w:p>
  </w:endnote>
  <w:endnote w:type="continuationSeparator" w:id="0">
    <w:p w14:paraId="27022BD8" w14:textId="77777777" w:rsidR="00C65CBF" w:rsidRDefault="00C65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37139" w14:textId="77777777" w:rsidR="00F33E31" w:rsidRDefault="00625362">
    <w:pPr>
      <w:pStyle w:val="Footer"/>
      <w:jc w:val="center"/>
    </w:pPr>
    <w:r>
      <w:rPr>
        <w:sz w:val="14"/>
      </w:rPr>
      <w:t>Legacy Binder © Sheila Keene-Lund | S7-01 — Digital Information Summary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F96B5" w14:textId="77777777" w:rsidR="00C65CBF" w:rsidRDefault="00C65CBF">
      <w:pPr>
        <w:spacing w:after="0" w:line="240" w:lineRule="auto"/>
      </w:pPr>
      <w:r>
        <w:separator/>
      </w:r>
    </w:p>
  </w:footnote>
  <w:footnote w:type="continuationSeparator" w:id="0">
    <w:p w14:paraId="73954D38" w14:textId="77777777" w:rsidR="00C65CBF" w:rsidRDefault="00C65C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1245915">
    <w:abstractNumId w:val="8"/>
  </w:num>
  <w:num w:numId="2" w16cid:durableId="1942179321">
    <w:abstractNumId w:val="6"/>
  </w:num>
  <w:num w:numId="3" w16cid:durableId="1911965308">
    <w:abstractNumId w:val="5"/>
  </w:num>
  <w:num w:numId="4" w16cid:durableId="210269623">
    <w:abstractNumId w:val="4"/>
  </w:num>
  <w:num w:numId="5" w16cid:durableId="568151997">
    <w:abstractNumId w:val="7"/>
  </w:num>
  <w:num w:numId="6" w16cid:durableId="312762307">
    <w:abstractNumId w:val="3"/>
  </w:num>
  <w:num w:numId="7" w16cid:durableId="296376682">
    <w:abstractNumId w:val="2"/>
  </w:num>
  <w:num w:numId="8" w16cid:durableId="75252301">
    <w:abstractNumId w:val="1"/>
  </w:num>
  <w:num w:numId="9" w16cid:durableId="871457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4CEA"/>
    <w:rsid w:val="001E286C"/>
    <w:rsid w:val="0029639D"/>
    <w:rsid w:val="00301884"/>
    <w:rsid w:val="00326F90"/>
    <w:rsid w:val="00335F46"/>
    <w:rsid w:val="00413DFC"/>
    <w:rsid w:val="004F61A7"/>
    <w:rsid w:val="00625362"/>
    <w:rsid w:val="006F7D54"/>
    <w:rsid w:val="00777444"/>
    <w:rsid w:val="00A91BE5"/>
    <w:rsid w:val="00AA1D8D"/>
    <w:rsid w:val="00B47730"/>
    <w:rsid w:val="00C65CBF"/>
    <w:rsid w:val="00CB0664"/>
    <w:rsid w:val="00F33E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C02CEA"/>
  <w14:defaultImageDpi w14:val="300"/>
  <w15:docId w15:val="{6EB28C0D-5CB4-4733-B7B4-8189B79CB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Ronald Kornreich</cp:lastModifiedBy>
  <cp:revision>5</cp:revision>
  <dcterms:created xsi:type="dcterms:W3CDTF">2026-09-08T09:21:00Z</dcterms:created>
  <dcterms:modified xsi:type="dcterms:W3CDTF">2026-09-14T15:32:00Z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318c0b12-54f7-432d-a6e2-d74b11dc3b82</vt:lpwstr>
  </property>
</Properties>
</file>