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E65D7" w14:textId="77777777" w:rsidR="00252FA9" w:rsidRDefault="002778ED">
      <w:pPr>
        <w:spacing w:after="0"/>
        <w:jc w:val="center"/>
      </w:pPr>
      <w:r>
        <w:rPr>
          <w:b/>
          <w:sz w:val="28"/>
        </w:rPr>
        <w:t>LEGACY BINDER</w:t>
      </w:r>
    </w:p>
    <w:p w14:paraId="62A5B801" w14:textId="77777777" w:rsidR="00252FA9" w:rsidRDefault="002778ED">
      <w:pPr>
        <w:spacing w:after="0"/>
        <w:jc w:val="center"/>
      </w:pPr>
      <w:r>
        <w:rPr>
          <w:b/>
          <w:sz w:val="30"/>
        </w:rPr>
        <w:t>S8-01 — VETERANS BENEFITS INFORMATION SUMMARY</w:t>
      </w:r>
    </w:p>
    <w:p w14:paraId="0A90E279" w14:textId="77777777" w:rsidR="00252FA9" w:rsidRDefault="002778ED" w:rsidP="0017759A">
      <w:pPr>
        <w:spacing w:after="0"/>
        <w:ind w:left="180"/>
        <w:jc w:val="center"/>
      </w:pPr>
      <w:r>
        <w:rPr>
          <w:i/>
          <w:sz w:val="17"/>
        </w:rPr>
        <w:t>Use this form to organize essential military service information, burial and memorial preferences, pre-need eligibility information, important record locations, and Veterans Service contacts.</w:t>
      </w: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5419"/>
        <w:gridCol w:w="5381"/>
      </w:tblGrid>
      <w:tr w:rsidR="00252FA9" w14:paraId="1A9D008C" w14:textId="77777777" w:rsidTr="00BB7B72">
        <w:trPr>
          <w:jc w:val="center"/>
        </w:trPr>
        <w:tc>
          <w:tcPr>
            <w:tcW w:w="5148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34CE2D8" w14:textId="77777777" w:rsidR="00252FA9" w:rsidRDefault="002778ED">
            <w:pPr>
              <w:spacing w:after="0"/>
            </w:pPr>
            <w:r>
              <w:rPr>
                <w:b/>
              </w:rPr>
              <w:t xml:space="preserve">Veteran's Name: </w:t>
            </w:r>
            <w:r>
              <w:t>________________________________</w:t>
            </w:r>
          </w:p>
        </w:tc>
        <w:tc>
          <w:tcPr>
            <w:tcW w:w="5112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7A75CB9" w14:textId="5CD759B3" w:rsidR="00252FA9" w:rsidRDefault="002778ED">
            <w:pPr>
              <w:spacing w:after="0"/>
            </w:pPr>
            <w:r>
              <w:rPr>
                <w:b/>
              </w:rPr>
              <w:t xml:space="preserve">Date Last Updated: </w:t>
            </w:r>
            <w:r>
              <w:t>__________</w:t>
            </w:r>
            <w:r w:rsidR="00BB7B72">
              <w:t>__</w:t>
            </w:r>
            <w:r>
              <w:t>______</w:t>
            </w:r>
          </w:p>
        </w:tc>
      </w:tr>
      <w:tr w:rsidR="00252FA9" w14:paraId="0B59DAE5" w14:textId="77777777" w:rsidTr="00BB7B72">
        <w:trPr>
          <w:trHeight w:val="232"/>
          <w:jc w:val="center"/>
        </w:trPr>
        <w:tc>
          <w:tcPr>
            <w:tcW w:w="10260" w:type="dxa"/>
            <w:gridSpan w:val="2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6D8EF1C" w14:textId="77777777" w:rsidR="00252FA9" w:rsidRDefault="002778ED">
            <w:pPr>
              <w:spacing w:after="0"/>
            </w:pPr>
            <w:r>
              <w:rPr>
                <w:b/>
              </w:rPr>
              <w:t>MILITARY SERVICE INFORMATION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474"/>
        <w:gridCol w:w="7326"/>
      </w:tblGrid>
      <w:tr w:rsidR="00252FA9" w14:paraId="033CB383" w14:textId="77777777" w:rsidTr="00BB7B72">
        <w:trPr>
          <w:trHeight w:val="330"/>
          <w:jc w:val="center"/>
        </w:trPr>
        <w:tc>
          <w:tcPr>
            <w:tcW w:w="3312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112F2EE1" w14:textId="77777777" w:rsidR="00252FA9" w:rsidRDefault="002778ED">
            <w:r>
              <w:rPr>
                <w:b/>
                <w:sz w:val="16"/>
              </w:rPr>
              <w:t>Branch of Service</w:t>
            </w:r>
          </w:p>
        </w:tc>
        <w:tc>
          <w:tcPr>
            <w:tcW w:w="6984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5A261D3E" w14:textId="77777777" w:rsidR="00252FA9" w:rsidRDefault="00252FA9"/>
        </w:tc>
      </w:tr>
      <w:tr w:rsidR="00252FA9" w14:paraId="1BE60E0D" w14:textId="77777777" w:rsidTr="00BB7B72">
        <w:trPr>
          <w:trHeight w:val="330"/>
          <w:jc w:val="center"/>
        </w:trPr>
        <w:tc>
          <w:tcPr>
            <w:tcW w:w="3312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4ABF4FDA" w14:textId="77777777" w:rsidR="00252FA9" w:rsidRDefault="002778ED">
            <w:r>
              <w:rPr>
                <w:b/>
                <w:sz w:val="16"/>
              </w:rPr>
              <w:t>Dates of Service</w:t>
            </w:r>
          </w:p>
        </w:tc>
        <w:tc>
          <w:tcPr>
            <w:tcW w:w="6984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28673EEF" w14:textId="77777777" w:rsidR="00252FA9" w:rsidRDefault="00252FA9"/>
        </w:tc>
      </w:tr>
      <w:tr w:rsidR="00252FA9" w14:paraId="5816413E" w14:textId="77777777" w:rsidTr="00BB7B72">
        <w:trPr>
          <w:trHeight w:val="330"/>
          <w:jc w:val="center"/>
        </w:trPr>
        <w:tc>
          <w:tcPr>
            <w:tcW w:w="3312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63B5B72D" w14:textId="77777777" w:rsidR="00252FA9" w:rsidRDefault="002778ED">
            <w:r>
              <w:rPr>
                <w:b/>
                <w:sz w:val="16"/>
              </w:rPr>
              <w:t>Service Number, if applicable</w:t>
            </w:r>
          </w:p>
        </w:tc>
        <w:tc>
          <w:tcPr>
            <w:tcW w:w="6984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4D412ADD" w14:textId="77777777" w:rsidR="00252FA9" w:rsidRDefault="00252FA9"/>
        </w:tc>
      </w:tr>
      <w:tr w:rsidR="00252FA9" w14:paraId="0DB7217E" w14:textId="77777777" w:rsidTr="00BB7B72">
        <w:trPr>
          <w:trHeight w:val="330"/>
          <w:jc w:val="center"/>
        </w:trPr>
        <w:tc>
          <w:tcPr>
            <w:tcW w:w="3312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68D1C302" w14:textId="77777777" w:rsidR="00252FA9" w:rsidRDefault="002778ED">
            <w:r>
              <w:rPr>
                <w:b/>
                <w:sz w:val="16"/>
              </w:rPr>
              <w:t>VA Claim / File Number, if applicable</w:t>
            </w:r>
          </w:p>
        </w:tc>
        <w:tc>
          <w:tcPr>
            <w:tcW w:w="6984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52331B9C" w14:textId="77777777" w:rsidR="00252FA9" w:rsidRDefault="00252FA9"/>
        </w:tc>
      </w:tr>
      <w:tr w:rsidR="00252FA9" w14:paraId="348C040C" w14:textId="77777777" w:rsidTr="00BB7B72">
        <w:trPr>
          <w:trHeight w:val="330"/>
          <w:jc w:val="center"/>
        </w:trPr>
        <w:tc>
          <w:tcPr>
            <w:tcW w:w="3312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458C8EE1" w14:textId="77777777" w:rsidR="00252FA9" w:rsidRDefault="002778ED">
            <w:r>
              <w:rPr>
                <w:b/>
                <w:sz w:val="16"/>
              </w:rPr>
              <w:t>Character of Discharge</w:t>
            </w:r>
          </w:p>
        </w:tc>
        <w:tc>
          <w:tcPr>
            <w:tcW w:w="6984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3C5218BE" w14:textId="77777777" w:rsidR="00252FA9" w:rsidRDefault="00252FA9"/>
        </w:tc>
      </w:tr>
      <w:tr w:rsidR="00252FA9" w14:paraId="696C979D" w14:textId="77777777" w:rsidTr="00BB7B72">
        <w:trPr>
          <w:trHeight w:val="330"/>
          <w:jc w:val="center"/>
        </w:trPr>
        <w:tc>
          <w:tcPr>
            <w:tcW w:w="3312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7A83FDB9" w14:textId="77777777" w:rsidR="00252FA9" w:rsidRDefault="002778ED">
            <w:r>
              <w:rPr>
                <w:b/>
                <w:sz w:val="16"/>
              </w:rPr>
              <w:t>Rank, if useful</w:t>
            </w:r>
          </w:p>
        </w:tc>
        <w:tc>
          <w:tcPr>
            <w:tcW w:w="6984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34A99958" w14:textId="77777777" w:rsidR="00252FA9" w:rsidRDefault="00252FA9"/>
        </w:tc>
      </w:tr>
      <w:tr w:rsidR="00252FA9" w14:paraId="1D5CFA2E" w14:textId="77777777" w:rsidTr="00BB7B72">
        <w:trPr>
          <w:trHeight w:val="390"/>
          <w:jc w:val="center"/>
        </w:trPr>
        <w:tc>
          <w:tcPr>
            <w:tcW w:w="3312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0601494A" w14:textId="77777777" w:rsidR="00252FA9" w:rsidRDefault="002778ED">
            <w:r>
              <w:rPr>
                <w:b/>
                <w:sz w:val="16"/>
              </w:rPr>
              <w:t>Decorations / Other Service Information</w:t>
            </w:r>
          </w:p>
        </w:tc>
        <w:tc>
          <w:tcPr>
            <w:tcW w:w="6984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7A655AE5" w14:textId="77777777" w:rsidR="00252FA9" w:rsidRDefault="00252FA9"/>
        </w:tc>
      </w:tr>
      <w:tr w:rsidR="00252FA9" w14:paraId="0639ABA3" w14:textId="77777777" w:rsidTr="00BB7B72">
        <w:trPr>
          <w:trHeight w:val="370"/>
          <w:jc w:val="center"/>
        </w:trPr>
        <w:tc>
          <w:tcPr>
            <w:tcW w:w="3312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12F67B46" w14:textId="77777777" w:rsidR="00252FA9" w:rsidRDefault="002778ED">
            <w:r>
              <w:rPr>
                <w:b/>
                <w:sz w:val="16"/>
              </w:rPr>
              <w:t>Location of DD-214 / Discharge Records</w:t>
            </w:r>
          </w:p>
        </w:tc>
        <w:tc>
          <w:tcPr>
            <w:tcW w:w="6984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14E3E7A0" w14:textId="77777777" w:rsidR="00252FA9" w:rsidRDefault="00252FA9"/>
        </w:tc>
      </w:tr>
      <w:tr w:rsidR="00252FA9" w14:paraId="392B1A30" w14:textId="77777777" w:rsidTr="00BB7B72">
        <w:trPr>
          <w:trHeight w:val="370"/>
          <w:jc w:val="center"/>
        </w:trPr>
        <w:tc>
          <w:tcPr>
            <w:tcW w:w="3312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6D7A3CC4" w14:textId="77777777" w:rsidR="00252FA9" w:rsidRDefault="002778ED">
            <w:r>
              <w:rPr>
                <w:b/>
                <w:sz w:val="16"/>
              </w:rPr>
              <w:t>Location of Other Important Military Records</w:t>
            </w:r>
          </w:p>
        </w:tc>
        <w:tc>
          <w:tcPr>
            <w:tcW w:w="6984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057A2005" w14:textId="77777777" w:rsidR="00252FA9" w:rsidRDefault="00252FA9"/>
        </w:tc>
      </w:tr>
    </w:tbl>
    <w:p w14:paraId="45986A05" w14:textId="77777777" w:rsidR="00252FA9" w:rsidRDefault="00252FA9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252FA9" w14:paraId="355506B8" w14:textId="77777777" w:rsidTr="00BB7B72">
        <w:trPr>
          <w:jc w:val="center"/>
        </w:trPr>
        <w:tc>
          <w:tcPr>
            <w:tcW w:w="1026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3281FB5" w14:textId="77777777" w:rsidR="00252FA9" w:rsidRDefault="002778ED">
            <w:pPr>
              <w:spacing w:after="0"/>
            </w:pPr>
            <w:r>
              <w:rPr>
                <w:b/>
              </w:rPr>
              <w:t>BURIAL &amp; MEMORIAL PREFERENCES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474"/>
        <w:gridCol w:w="7326"/>
      </w:tblGrid>
      <w:tr w:rsidR="00252FA9" w14:paraId="49936114" w14:textId="77777777" w:rsidTr="00BB7B72">
        <w:trPr>
          <w:trHeight w:val="350"/>
          <w:jc w:val="center"/>
        </w:trPr>
        <w:tc>
          <w:tcPr>
            <w:tcW w:w="3312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19EFA1E2" w14:textId="77777777" w:rsidR="00252FA9" w:rsidRDefault="002778ED">
            <w:r>
              <w:rPr>
                <w:b/>
                <w:sz w:val="16"/>
              </w:rPr>
              <w:t>Preferred Cemetery</w:t>
            </w:r>
          </w:p>
        </w:tc>
        <w:tc>
          <w:tcPr>
            <w:tcW w:w="6984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192207D6" w14:textId="77777777" w:rsidR="00252FA9" w:rsidRDefault="00252FA9"/>
        </w:tc>
      </w:tr>
      <w:tr w:rsidR="00252FA9" w14:paraId="00F40A52" w14:textId="77777777" w:rsidTr="00BB7B72">
        <w:trPr>
          <w:trHeight w:val="350"/>
          <w:jc w:val="center"/>
        </w:trPr>
        <w:tc>
          <w:tcPr>
            <w:tcW w:w="3312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360008EB" w14:textId="77777777" w:rsidR="00252FA9" w:rsidRDefault="002778ED">
            <w:r>
              <w:rPr>
                <w:b/>
                <w:sz w:val="16"/>
              </w:rPr>
              <w:t>Preferred Burial / Interment</w:t>
            </w:r>
          </w:p>
        </w:tc>
        <w:tc>
          <w:tcPr>
            <w:tcW w:w="6984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3A62F23E" w14:textId="77777777" w:rsidR="00252FA9" w:rsidRDefault="00252FA9"/>
        </w:tc>
      </w:tr>
      <w:tr w:rsidR="00252FA9" w14:paraId="06B84BF9" w14:textId="77777777" w:rsidTr="00BB7B72">
        <w:trPr>
          <w:trHeight w:val="340"/>
          <w:jc w:val="center"/>
        </w:trPr>
        <w:tc>
          <w:tcPr>
            <w:tcW w:w="3312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2D3C9E71" w14:textId="77777777" w:rsidR="00252FA9" w:rsidRDefault="002778ED">
            <w:r>
              <w:rPr>
                <w:b/>
                <w:sz w:val="16"/>
              </w:rPr>
              <w:t>Military Funeral Honors Desired?  ☐ Yes   ☐ No   ☐ Undecided</w:t>
            </w:r>
          </w:p>
        </w:tc>
        <w:tc>
          <w:tcPr>
            <w:tcW w:w="6984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099726CD" w14:textId="77777777" w:rsidR="00252FA9" w:rsidRDefault="00252FA9"/>
        </w:tc>
      </w:tr>
      <w:tr w:rsidR="00252FA9" w14:paraId="65868E12" w14:textId="77777777" w:rsidTr="00BB7B72">
        <w:trPr>
          <w:trHeight w:val="340"/>
          <w:jc w:val="center"/>
        </w:trPr>
        <w:tc>
          <w:tcPr>
            <w:tcW w:w="3312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674741D8" w14:textId="77777777" w:rsidR="00252FA9" w:rsidRDefault="002778ED">
            <w:r>
              <w:rPr>
                <w:b/>
                <w:sz w:val="16"/>
              </w:rPr>
              <w:t>Burial Flag Desired?  ☐ Yes   ☐ No   ☐ Undecided</w:t>
            </w:r>
          </w:p>
        </w:tc>
        <w:tc>
          <w:tcPr>
            <w:tcW w:w="6984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33B5EE5F" w14:textId="77777777" w:rsidR="00252FA9" w:rsidRDefault="00252FA9"/>
        </w:tc>
      </w:tr>
      <w:tr w:rsidR="00252FA9" w14:paraId="217D7E06" w14:textId="77777777" w:rsidTr="00BB7B72">
        <w:trPr>
          <w:trHeight w:val="390"/>
          <w:jc w:val="center"/>
        </w:trPr>
        <w:tc>
          <w:tcPr>
            <w:tcW w:w="3312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76054764" w14:textId="77777777" w:rsidR="00252FA9" w:rsidRDefault="002778ED">
            <w:r>
              <w:rPr>
                <w:b/>
                <w:sz w:val="16"/>
              </w:rPr>
              <w:t>Headstone / Marker / Medallion / Other Memorial Item</w:t>
            </w:r>
          </w:p>
        </w:tc>
        <w:tc>
          <w:tcPr>
            <w:tcW w:w="6984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4390B506" w14:textId="77777777" w:rsidR="00252FA9" w:rsidRDefault="00252FA9"/>
        </w:tc>
      </w:tr>
      <w:tr w:rsidR="00252FA9" w14:paraId="199F2097" w14:textId="77777777" w:rsidTr="00BB7B72">
        <w:trPr>
          <w:trHeight w:val="350"/>
          <w:jc w:val="center"/>
        </w:trPr>
        <w:tc>
          <w:tcPr>
            <w:tcW w:w="3312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665873A9" w14:textId="77777777" w:rsidR="00252FA9" w:rsidRDefault="002778ED">
            <w:r>
              <w:rPr>
                <w:b/>
                <w:sz w:val="16"/>
              </w:rPr>
              <w:t>Presidential Memorial Certificate Desired?  ☐ Yes   ☐ No   ☐ Undecided</w:t>
            </w:r>
          </w:p>
        </w:tc>
        <w:tc>
          <w:tcPr>
            <w:tcW w:w="6984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6A59FF2C" w14:textId="77777777" w:rsidR="00252FA9" w:rsidRDefault="00252FA9"/>
        </w:tc>
      </w:tr>
      <w:tr w:rsidR="00252FA9" w14:paraId="3243AB8F" w14:textId="77777777" w:rsidTr="00BB7B72">
        <w:trPr>
          <w:trHeight w:val="430"/>
          <w:jc w:val="center"/>
        </w:trPr>
        <w:tc>
          <w:tcPr>
            <w:tcW w:w="3312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08B20006" w14:textId="77777777" w:rsidR="00252FA9" w:rsidRDefault="002778ED">
            <w:r>
              <w:rPr>
                <w:b/>
                <w:sz w:val="16"/>
              </w:rPr>
              <w:t>Other Military Burial / Memorial Wishes</w:t>
            </w:r>
          </w:p>
        </w:tc>
        <w:tc>
          <w:tcPr>
            <w:tcW w:w="6984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2FB79E61" w14:textId="77777777" w:rsidR="00252FA9" w:rsidRDefault="00252FA9"/>
        </w:tc>
      </w:tr>
    </w:tbl>
    <w:p w14:paraId="691948E4" w14:textId="77777777" w:rsidR="00252FA9" w:rsidRDefault="00252FA9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252FA9" w14:paraId="5EA05919" w14:textId="77777777" w:rsidTr="00BB7B72">
        <w:trPr>
          <w:jc w:val="center"/>
        </w:trPr>
        <w:tc>
          <w:tcPr>
            <w:tcW w:w="1035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A0E38A9" w14:textId="77777777" w:rsidR="00252FA9" w:rsidRDefault="002778ED">
            <w:pPr>
              <w:spacing w:after="0"/>
            </w:pPr>
            <w:r>
              <w:rPr>
                <w:b/>
              </w:rPr>
              <w:t>PRE-NEED BURIAL ELIGIBILITY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474"/>
        <w:gridCol w:w="7326"/>
      </w:tblGrid>
      <w:tr w:rsidR="00252FA9" w14:paraId="21462E58" w14:textId="77777777" w:rsidTr="00BB7B72">
        <w:trPr>
          <w:trHeight w:val="330"/>
          <w:jc w:val="center"/>
        </w:trPr>
        <w:tc>
          <w:tcPr>
            <w:tcW w:w="3312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48870CA4" w14:textId="77777777" w:rsidR="00252FA9" w:rsidRDefault="002778ED">
            <w:r>
              <w:rPr>
                <w:b/>
                <w:sz w:val="16"/>
              </w:rPr>
              <w:t>Pre-Need Eligibility Considered?  ☐ Yes   ☐ No</w:t>
            </w:r>
          </w:p>
        </w:tc>
        <w:tc>
          <w:tcPr>
            <w:tcW w:w="6984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7FFCD361" w14:textId="77777777" w:rsidR="00252FA9" w:rsidRDefault="00252FA9"/>
        </w:tc>
      </w:tr>
      <w:tr w:rsidR="00252FA9" w14:paraId="1D751A06" w14:textId="77777777" w:rsidTr="00BB7B72">
        <w:trPr>
          <w:trHeight w:val="340"/>
          <w:jc w:val="center"/>
        </w:trPr>
        <w:tc>
          <w:tcPr>
            <w:tcW w:w="3312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1C6CB46C" w14:textId="77777777" w:rsidR="00252FA9" w:rsidRDefault="002778ED">
            <w:r>
              <w:rPr>
                <w:b/>
                <w:sz w:val="16"/>
              </w:rPr>
              <w:t>Application Date / Status</w:t>
            </w:r>
          </w:p>
        </w:tc>
        <w:tc>
          <w:tcPr>
            <w:tcW w:w="6984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11524D88" w14:textId="77777777" w:rsidR="00252FA9" w:rsidRDefault="00252FA9"/>
        </w:tc>
      </w:tr>
      <w:tr w:rsidR="00252FA9" w14:paraId="7BDFD1DC" w14:textId="77777777" w:rsidTr="00BB7B72">
        <w:trPr>
          <w:trHeight w:val="340"/>
          <w:jc w:val="center"/>
        </w:trPr>
        <w:tc>
          <w:tcPr>
            <w:tcW w:w="3312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307413D3" w14:textId="77777777" w:rsidR="00252FA9" w:rsidRDefault="002778ED">
            <w:r>
              <w:rPr>
                <w:b/>
                <w:sz w:val="16"/>
              </w:rPr>
              <w:t>Determination / Approval Date</w:t>
            </w:r>
          </w:p>
        </w:tc>
        <w:tc>
          <w:tcPr>
            <w:tcW w:w="6984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70294F9B" w14:textId="77777777" w:rsidR="00252FA9" w:rsidRDefault="00252FA9"/>
        </w:tc>
      </w:tr>
      <w:tr w:rsidR="00252FA9" w14:paraId="35A44FFE" w14:textId="77777777" w:rsidTr="00BB7B72">
        <w:trPr>
          <w:trHeight w:val="360"/>
          <w:jc w:val="center"/>
        </w:trPr>
        <w:tc>
          <w:tcPr>
            <w:tcW w:w="3312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5482DC22" w14:textId="77777777" w:rsidR="00252FA9" w:rsidRDefault="002778ED">
            <w:r>
              <w:rPr>
                <w:b/>
                <w:sz w:val="16"/>
              </w:rPr>
              <w:t>Location of Determination Letter</w:t>
            </w:r>
          </w:p>
        </w:tc>
        <w:tc>
          <w:tcPr>
            <w:tcW w:w="6984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3B43DDE4" w14:textId="77777777" w:rsidR="00252FA9" w:rsidRDefault="00252FA9"/>
        </w:tc>
      </w:tr>
    </w:tbl>
    <w:p w14:paraId="7B9D86C8" w14:textId="5C0BA9AF" w:rsidR="0017759A" w:rsidRDefault="0017759A">
      <w:pPr>
        <w:spacing w:after="0"/>
      </w:pPr>
    </w:p>
    <w:p w14:paraId="46799316" w14:textId="77777777" w:rsidR="0017759A" w:rsidRDefault="0017759A">
      <w:r>
        <w:br w:type="page"/>
      </w:r>
    </w:p>
    <w:p w14:paraId="692F7426" w14:textId="77777777" w:rsidR="00BB7B72" w:rsidRDefault="00BB7B72"/>
    <w:p w14:paraId="415103CD" w14:textId="77777777" w:rsidR="00252FA9" w:rsidRDefault="00252FA9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252FA9" w14:paraId="2D3F0E3A" w14:textId="77777777" w:rsidTr="00BB7B72">
        <w:trPr>
          <w:jc w:val="center"/>
        </w:trPr>
        <w:tc>
          <w:tcPr>
            <w:tcW w:w="1035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54899BF" w14:textId="77777777" w:rsidR="00252FA9" w:rsidRDefault="002778ED">
            <w:pPr>
              <w:spacing w:after="0"/>
            </w:pPr>
            <w:r>
              <w:rPr>
                <w:b/>
              </w:rPr>
              <w:t>VETERANS SERVICE CONTACT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474"/>
        <w:gridCol w:w="7326"/>
      </w:tblGrid>
      <w:tr w:rsidR="00252FA9" w14:paraId="6D53D2BB" w14:textId="77777777" w:rsidTr="00BB7B72">
        <w:trPr>
          <w:trHeight w:val="350"/>
          <w:jc w:val="center"/>
        </w:trPr>
        <w:tc>
          <w:tcPr>
            <w:tcW w:w="3312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671198BD" w14:textId="77777777" w:rsidR="00252FA9" w:rsidRDefault="002778ED">
            <w:r>
              <w:rPr>
                <w:b/>
                <w:sz w:val="16"/>
              </w:rPr>
              <w:t>Veterans Service Officer / Representative</w:t>
            </w:r>
          </w:p>
        </w:tc>
        <w:tc>
          <w:tcPr>
            <w:tcW w:w="6984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291D8A6A" w14:textId="77777777" w:rsidR="00252FA9" w:rsidRDefault="00252FA9"/>
        </w:tc>
      </w:tr>
      <w:tr w:rsidR="00252FA9" w14:paraId="6EAF6BC7" w14:textId="77777777" w:rsidTr="00BB7B72">
        <w:trPr>
          <w:trHeight w:val="330"/>
          <w:jc w:val="center"/>
        </w:trPr>
        <w:tc>
          <w:tcPr>
            <w:tcW w:w="3312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43C8420D" w14:textId="77777777" w:rsidR="00252FA9" w:rsidRDefault="002778ED">
            <w:r>
              <w:rPr>
                <w:b/>
                <w:sz w:val="16"/>
              </w:rPr>
              <w:t>Organization</w:t>
            </w:r>
          </w:p>
        </w:tc>
        <w:tc>
          <w:tcPr>
            <w:tcW w:w="6984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749AB8C6" w14:textId="77777777" w:rsidR="00252FA9" w:rsidRDefault="00252FA9"/>
        </w:tc>
      </w:tr>
      <w:tr w:rsidR="00252FA9" w14:paraId="4B894204" w14:textId="77777777" w:rsidTr="00BB7B72">
        <w:trPr>
          <w:trHeight w:val="350"/>
          <w:jc w:val="center"/>
        </w:trPr>
        <w:tc>
          <w:tcPr>
            <w:tcW w:w="3312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5AC6A834" w14:textId="77777777" w:rsidR="00252FA9" w:rsidRDefault="002778ED">
            <w:r>
              <w:rPr>
                <w:b/>
                <w:sz w:val="16"/>
              </w:rPr>
              <w:t>Phone / Email</w:t>
            </w:r>
          </w:p>
        </w:tc>
        <w:tc>
          <w:tcPr>
            <w:tcW w:w="6984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122FB6EC" w14:textId="77777777" w:rsidR="00252FA9" w:rsidRDefault="00252FA9"/>
        </w:tc>
      </w:tr>
      <w:tr w:rsidR="00252FA9" w14:paraId="2A11FA8D" w14:textId="77777777" w:rsidTr="00BB7B72">
        <w:trPr>
          <w:trHeight w:val="360"/>
          <w:jc w:val="center"/>
        </w:trPr>
        <w:tc>
          <w:tcPr>
            <w:tcW w:w="3312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6BB67BD3" w14:textId="77777777" w:rsidR="00252FA9" w:rsidRDefault="002778ED">
            <w:r>
              <w:rPr>
                <w:b/>
                <w:sz w:val="16"/>
              </w:rPr>
              <w:t>Office Location / Other Contact Information</w:t>
            </w:r>
          </w:p>
        </w:tc>
        <w:tc>
          <w:tcPr>
            <w:tcW w:w="6984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52B94ED4" w14:textId="77777777" w:rsidR="00252FA9" w:rsidRDefault="00252FA9"/>
        </w:tc>
      </w:tr>
    </w:tbl>
    <w:p w14:paraId="0EC5BD68" w14:textId="77777777" w:rsidR="00252FA9" w:rsidRDefault="002778ED" w:rsidP="0017759A">
      <w:pPr>
        <w:spacing w:before="40" w:after="0"/>
        <w:ind w:left="180"/>
      </w:pPr>
      <w:r>
        <w:rPr>
          <w:b/>
        </w:rPr>
        <w:t xml:space="preserve">Coordination: </w:t>
      </w:r>
      <w:r>
        <w:t>Coordinate military burial preferences with Funeral, Memorial &amp; Final Arrangements.</w:t>
      </w:r>
    </w:p>
    <w:p w14:paraId="52FFEB83" w14:textId="77777777" w:rsidR="00252FA9" w:rsidRDefault="002778ED" w:rsidP="0017759A">
      <w:pPr>
        <w:spacing w:before="20" w:after="0"/>
        <w:ind w:left="180"/>
      </w:pPr>
      <w:r>
        <w:rPr>
          <w:b/>
        </w:rPr>
        <w:t xml:space="preserve">Important: </w:t>
      </w:r>
      <w:r>
        <w:t>This form does not establish VA eligibility. Verify current benefits, forms, and procedures with the VA or an accredited representative.</w:t>
      </w:r>
    </w:p>
    <w:sectPr w:rsidR="00252FA9" w:rsidSect="00034616">
      <w:footerReference w:type="default" r:id="rId8"/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53E91" w14:textId="77777777" w:rsidR="00CF6C09" w:rsidRDefault="00CF6C09">
      <w:pPr>
        <w:spacing w:after="0" w:line="240" w:lineRule="auto"/>
      </w:pPr>
      <w:r>
        <w:separator/>
      </w:r>
    </w:p>
  </w:endnote>
  <w:endnote w:type="continuationSeparator" w:id="0">
    <w:p w14:paraId="65602051" w14:textId="77777777" w:rsidR="00CF6C09" w:rsidRDefault="00CF6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7E33A" w14:textId="77777777" w:rsidR="00252FA9" w:rsidRDefault="002778ED">
    <w:pPr>
      <w:pStyle w:val="Footer"/>
      <w:jc w:val="center"/>
    </w:pPr>
    <w:r>
      <w:rPr>
        <w:sz w:val="13"/>
      </w:rPr>
      <w:t>Legacy Binder © Sheila Keene-Lund | S8-01 — Veterans Benefits Information Summary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8CDA3" w14:textId="77777777" w:rsidR="00CF6C09" w:rsidRDefault="00CF6C09">
      <w:pPr>
        <w:spacing w:after="0" w:line="240" w:lineRule="auto"/>
      </w:pPr>
      <w:r>
        <w:separator/>
      </w:r>
    </w:p>
  </w:footnote>
  <w:footnote w:type="continuationSeparator" w:id="0">
    <w:p w14:paraId="64B44A6D" w14:textId="77777777" w:rsidR="00CF6C09" w:rsidRDefault="00CF6C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45553034">
    <w:abstractNumId w:val="8"/>
  </w:num>
  <w:num w:numId="2" w16cid:durableId="1585382247">
    <w:abstractNumId w:val="6"/>
  </w:num>
  <w:num w:numId="3" w16cid:durableId="683943883">
    <w:abstractNumId w:val="5"/>
  </w:num>
  <w:num w:numId="4" w16cid:durableId="2063862530">
    <w:abstractNumId w:val="4"/>
  </w:num>
  <w:num w:numId="5" w16cid:durableId="2024748287">
    <w:abstractNumId w:val="7"/>
  </w:num>
  <w:num w:numId="6" w16cid:durableId="1190142759">
    <w:abstractNumId w:val="3"/>
  </w:num>
  <w:num w:numId="7" w16cid:durableId="1011764738">
    <w:abstractNumId w:val="2"/>
  </w:num>
  <w:num w:numId="8" w16cid:durableId="154997875">
    <w:abstractNumId w:val="1"/>
  </w:num>
  <w:num w:numId="9" w16cid:durableId="194780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759A"/>
    <w:rsid w:val="0023167A"/>
    <w:rsid w:val="00252FA9"/>
    <w:rsid w:val="002778ED"/>
    <w:rsid w:val="0029639D"/>
    <w:rsid w:val="00303C86"/>
    <w:rsid w:val="00326F90"/>
    <w:rsid w:val="00384384"/>
    <w:rsid w:val="00413DFC"/>
    <w:rsid w:val="005168A2"/>
    <w:rsid w:val="00777444"/>
    <w:rsid w:val="00AA1D8D"/>
    <w:rsid w:val="00B47730"/>
    <w:rsid w:val="00BB7B72"/>
    <w:rsid w:val="00CB0664"/>
    <w:rsid w:val="00CF6C09"/>
    <w:rsid w:val="00EB52C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CE27CB"/>
  <w14:defaultImageDpi w14:val="300"/>
  <w15:docId w15:val="{80EC614C-42D7-4DDD-8324-0851526B1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Ronald Kornreich</cp:lastModifiedBy>
  <cp:revision>5</cp:revision>
  <dcterms:created xsi:type="dcterms:W3CDTF">2026-09-08T09:25:00Z</dcterms:created>
  <dcterms:modified xsi:type="dcterms:W3CDTF">2026-09-14T15:36:00Z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8c9750cb-16f2-4df1-9889-1dd059ce3658</vt:lpwstr>
  </property>
</Properties>
</file>