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B1E82" w14:textId="77777777" w:rsidR="008626E1" w:rsidRDefault="00995480">
      <w:pPr>
        <w:spacing w:after="0"/>
        <w:jc w:val="center"/>
      </w:pPr>
      <w:r>
        <w:rPr>
          <w:b/>
          <w:sz w:val="28"/>
        </w:rPr>
        <w:t>LEGACY BINDER</w:t>
      </w:r>
    </w:p>
    <w:p w14:paraId="433E3FF0" w14:textId="77777777" w:rsidR="008626E1" w:rsidRDefault="00995480">
      <w:pPr>
        <w:spacing w:after="60"/>
        <w:jc w:val="center"/>
      </w:pPr>
      <w:r>
        <w:rPr>
          <w:b/>
          <w:sz w:val="31"/>
        </w:rPr>
        <w:t>S9-01 — TAX &amp; EMPLOYMENT INFORMATION SUMMARY</w:t>
      </w:r>
    </w:p>
    <w:p w14:paraId="4627A471" w14:textId="77777777" w:rsidR="008626E1" w:rsidRDefault="00995480">
      <w:pPr>
        <w:spacing w:after="100"/>
        <w:jc w:val="center"/>
      </w:pPr>
      <w:r>
        <w:rPr>
          <w:i/>
          <w:sz w:val="17"/>
        </w:rPr>
        <w:t>Use this form to organize tax-professional information, current filing status, secure tax-access information, relevant employment, employment-related benefits, major income sources, and the location of important tax records.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8626E1" w14:paraId="415D0DA3" w14:textId="77777777" w:rsidTr="000350F3">
        <w:trPr>
          <w:jc w:val="center"/>
        </w:trPr>
        <w:tc>
          <w:tcPr>
            <w:tcW w:w="537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9DC5D1D" w14:textId="77777777" w:rsidR="008626E1" w:rsidRDefault="00995480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7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5ED081D" w14:textId="77777777" w:rsidR="008626E1" w:rsidRDefault="00995480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29E0FC89" w14:textId="77777777" w:rsidR="008626E1" w:rsidRDefault="008626E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8626E1" w14:paraId="660C7D01" w14:textId="77777777" w:rsidTr="000350F3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44D0D6" w14:textId="77777777" w:rsidR="008626E1" w:rsidRDefault="00995480">
            <w:pPr>
              <w:spacing w:after="0"/>
            </w:pPr>
            <w:r>
              <w:rPr>
                <w:b/>
                <w:sz w:val="19"/>
              </w:rPr>
              <w:t>TAX PROFESSIONAL &amp; FILING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200"/>
      </w:tblGrid>
      <w:tr w:rsidR="008626E1" w14:paraId="2B71015D" w14:textId="77777777" w:rsidTr="000350F3">
        <w:trPr>
          <w:trHeight w:val="36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08247259" w14:textId="77777777" w:rsidR="008626E1" w:rsidRDefault="00995480">
            <w:r>
              <w:rPr>
                <w:b/>
                <w:sz w:val="16"/>
              </w:rPr>
              <w:t>Tax Professional / Firm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94371C8" w14:textId="77777777" w:rsidR="008626E1" w:rsidRDefault="008626E1"/>
        </w:tc>
      </w:tr>
      <w:tr w:rsidR="008626E1" w14:paraId="48ADD69F" w14:textId="77777777" w:rsidTr="000350F3">
        <w:trPr>
          <w:trHeight w:val="35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94E226E" w14:textId="77777777" w:rsidR="008626E1" w:rsidRDefault="00995480">
            <w:r>
              <w:rPr>
                <w:b/>
                <w:sz w:val="16"/>
              </w:rPr>
              <w:t>Phone / Email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58BA10A" w14:textId="77777777" w:rsidR="008626E1" w:rsidRDefault="008626E1"/>
        </w:tc>
      </w:tr>
      <w:tr w:rsidR="008626E1" w14:paraId="0974945F" w14:textId="77777777" w:rsidTr="000350F3">
        <w:trPr>
          <w:trHeight w:val="35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00F715F" w14:textId="77777777" w:rsidR="008626E1" w:rsidRDefault="00995480">
            <w:r>
              <w:rPr>
                <w:b/>
                <w:sz w:val="16"/>
              </w:rPr>
              <w:t>Tax-Preparation Software, if applicable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B7D1AA8" w14:textId="77777777" w:rsidR="008626E1" w:rsidRDefault="008626E1"/>
        </w:tc>
      </w:tr>
      <w:tr w:rsidR="008626E1" w14:paraId="2EA29E27" w14:textId="77777777" w:rsidTr="000350F3">
        <w:trPr>
          <w:trHeight w:val="39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86CC55F" w14:textId="77777777" w:rsidR="008626E1" w:rsidRDefault="00995480">
            <w:r>
              <w:rPr>
                <w:b/>
                <w:sz w:val="16"/>
              </w:rPr>
              <w:t>Where Software Access Information Is Securely Maintained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FDCA494" w14:textId="77777777" w:rsidR="008626E1" w:rsidRDefault="008626E1"/>
        </w:tc>
      </w:tr>
      <w:tr w:rsidR="008626E1" w14:paraId="3DCF0486" w14:textId="77777777" w:rsidTr="000350F3">
        <w:trPr>
          <w:trHeight w:val="34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F9A1696" w14:textId="77777777" w:rsidR="008626E1" w:rsidRDefault="00995480">
            <w:r>
              <w:rPr>
                <w:b/>
                <w:sz w:val="16"/>
              </w:rPr>
              <w:t>IRS Online Account?  ☐ Yes   ☐ No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56138DB" w14:textId="77777777" w:rsidR="008626E1" w:rsidRDefault="008626E1"/>
        </w:tc>
      </w:tr>
      <w:tr w:rsidR="008626E1" w14:paraId="0C6AAFA3" w14:textId="77777777" w:rsidTr="000350F3">
        <w:trPr>
          <w:trHeight w:val="39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9ED4FC9" w14:textId="77777777" w:rsidR="008626E1" w:rsidRDefault="00995480">
            <w:r>
              <w:rPr>
                <w:b/>
                <w:sz w:val="16"/>
              </w:rPr>
              <w:t>Where IRS Online Account Access Information Is Securely Maintained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01ABA52" w14:textId="77777777" w:rsidR="008626E1" w:rsidRDefault="008626E1"/>
        </w:tc>
      </w:tr>
      <w:tr w:rsidR="008626E1" w14:paraId="2A027F9A" w14:textId="77777777" w:rsidTr="000350F3">
        <w:trPr>
          <w:trHeight w:val="39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3E0BD81" w14:textId="77777777" w:rsidR="008626E1" w:rsidRDefault="00995480">
            <w:r>
              <w:rPr>
                <w:b/>
                <w:sz w:val="16"/>
              </w:rPr>
              <w:t>State Tax-Agency Online Account / Access Location, if applicable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0FD2EE09" w14:textId="77777777" w:rsidR="008626E1" w:rsidRDefault="008626E1"/>
        </w:tc>
      </w:tr>
      <w:tr w:rsidR="008626E1" w14:paraId="4B46D8D0" w14:textId="77777777" w:rsidTr="000350F3">
        <w:trPr>
          <w:trHeight w:val="35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CE5F07E" w14:textId="77777777" w:rsidR="008626E1" w:rsidRDefault="00995480">
            <w:r>
              <w:rPr>
                <w:b/>
                <w:sz w:val="16"/>
              </w:rPr>
              <w:t>Tax POA / Authorization on File?  ☐ Yes   ☐ No   ☐ N/A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C47D86E" w14:textId="77777777" w:rsidR="008626E1" w:rsidRDefault="008626E1"/>
        </w:tc>
      </w:tr>
      <w:tr w:rsidR="008626E1" w14:paraId="40207669" w14:textId="77777777" w:rsidTr="000350F3">
        <w:trPr>
          <w:trHeight w:val="40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7F89021" w14:textId="77777777" w:rsidR="008626E1" w:rsidRDefault="00995480">
            <w:r>
              <w:rPr>
                <w:b/>
                <w:sz w:val="16"/>
              </w:rPr>
              <w:t>Location of Authorization Documents / Other Tax Instructions</w:t>
            </w:r>
          </w:p>
        </w:tc>
        <w:tc>
          <w:tcPr>
            <w:tcW w:w="7056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15BE49C3" w14:textId="77777777" w:rsidR="008626E1" w:rsidRDefault="008626E1"/>
        </w:tc>
      </w:tr>
    </w:tbl>
    <w:p w14:paraId="386B794E" w14:textId="77777777" w:rsidR="008626E1" w:rsidRDefault="008626E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8626E1" w14:paraId="015F07F9" w14:textId="77777777" w:rsidTr="000350F3">
        <w:trPr>
          <w:jc w:val="center"/>
        </w:trPr>
        <w:tc>
          <w:tcPr>
            <w:tcW w:w="10742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E19730A" w14:textId="77777777" w:rsidR="008626E1" w:rsidRDefault="00995480">
            <w:pPr>
              <w:spacing w:after="0"/>
            </w:pPr>
            <w:r>
              <w:rPr>
                <w:b/>
                <w:sz w:val="19"/>
              </w:rPr>
              <w:t>TAXPAYER IDENTIFICATION &amp; SECURITY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589"/>
        <w:gridCol w:w="7211"/>
      </w:tblGrid>
      <w:tr w:rsidR="008626E1" w14:paraId="67A7FF1F" w14:textId="77777777" w:rsidTr="000350F3">
        <w:trPr>
          <w:trHeight w:val="38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5C19DEB" w14:textId="77777777" w:rsidR="008626E1" w:rsidRDefault="00995480">
            <w:r>
              <w:rPr>
                <w:b/>
                <w:sz w:val="16"/>
              </w:rPr>
              <w:t>Secure Location of SSN / Taxpayer ID Information</w:t>
            </w:r>
          </w:p>
        </w:tc>
        <w:tc>
          <w:tcPr>
            <w:tcW w:w="708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FD41EA1" w14:textId="77777777" w:rsidR="008626E1" w:rsidRDefault="008626E1"/>
        </w:tc>
      </w:tr>
      <w:tr w:rsidR="008626E1" w14:paraId="24770094" w14:textId="77777777" w:rsidTr="000350F3">
        <w:trPr>
          <w:trHeight w:val="37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2F33309" w14:textId="77777777" w:rsidR="008626E1" w:rsidRDefault="00995480">
            <w:r>
              <w:rPr>
                <w:b/>
                <w:sz w:val="16"/>
              </w:rPr>
              <w:t>Spouse Taxpayer ID Information Location, if relevant</w:t>
            </w:r>
          </w:p>
        </w:tc>
        <w:tc>
          <w:tcPr>
            <w:tcW w:w="708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6F9B3E4" w14:textId="77777777" w:rsidR="008626E1" w:rsidRDefault="008626E1"/>
        </w:tc>
      </w:tr>
      <w:tr w:rsidR="008626E1" w14:paraId="4770AFEE" w14:textId="77777777" w:rsidTr="000350F3">
        <w:trPr>
          <w:trHeight w:val="390"/>
          <w:jc w:val="center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045E03F0" w14:textId="77777777" w:rsidR="008626E1" w:rsidRDefault="00995480">
            <w:r>
              <w:rPr>
                <w:b/>
                <w:sz w:val="16"/>
              </w:rPr>
              <w:t>Current IRS IP PIN — Secure Retrieval Location, if applicable</w:t>
            </w:r>
          </w:p>
        </w:tc>
        <w:tc>
          <w:tcPr>
            <w:tcW w:w="708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5C9BD52" w14:textId="77777777" w:rsidR="008626E1" w:rsidRDefault="008626E1"/>
        </w:tc>
      </w:tr>
    </w:tbl>
    <w:p w14:paraId="491A1FB1" w14:textId="77777777" w:rsidR="008626E1" w:rsidRDefault="008626E1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42"/>
      </w:tblGrid>
      <w:tr w:rsidR="008626E1" w14:paraId="20C60516" w14:textId="77777777">
        <w:tc>
          <w:tcPr>
            <w:tcW w:w="10742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A3EA82A" w14:textId="77777777" w:rsidR="008626E1" w:rsidRDefault="00995480">
            <w:pPr>
              <w:spacing w:after="0"/>
            </w:pPr>
            <w:r>
              <w:rPr>
                <w:b/>
                <w:sz w:val="19"/>
              </w:rPr>
              <w:t>CURRENT TAX FILING STATUS</w:t>
            </w:r>
          </w:p>
        </w:tc>
      </w:tr>
    </w:tbl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28"/>
        <w:gridCol w:w="7177"/>
      </w:tblGrid>
      <w:tr w:rsidR="008626E1" w14:paraId="43B358D0" w14:textId="77777777" w:rsidTr="00204A07">
        <w:trPr>
          <w:trHeight w:val="33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7BDEED0" w14:textId="77777777" w:rsidR="008626E1" w:rsidRDefault="00995480">
            <w:r>
              <w:rPr>
                <w:b/>
                <w:sz w:val="16"/>
              </w:rPr>
              <w:t>Most Recent Tax Year Filed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C7F88E3" w14:textId="77777777" w:rsidR="008626E1" w:rsidRDefault="008626E1"/>
        </w:tc>
      </w:tr>
      <w:tr w:rsidR="008626E1" w14:paraId="5D12C0FD" w14:textId="77777777" w:rsidTr="00204A07">
        <w:trPr>
          <w:trHeight w:val="33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262F037" w14:textId="77777777" w:rsidR="008626E1" w:rsidRDefault="00995480">
            <w:r>
              <w:rPr>
                <w:b/>
                <w:sz w:val="16"/>
              </w:rPr>
              <w:t>Filing Status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8A640DA" w14:textId="77777777" w:rsidR="008626E1" w:rsidRDefault="008626E1"/>
        </w:tc>
      </w:tr>
      <w:tr w:rsidR="008626E1" w14:paraId="71CC31D3" w14:textId="77777777" w:rsidTr="00204A07">
        <w:trPr>
          <w:trHeight w:val="38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38282ED" w14:textId="77777777" w:rsidR="008626E1" w:rsidRDefault="00995480">
            <w:r>
              <w:rPr>
                <w:b/>
                <w:sz w:val="16"/>
              </w:rPr>
              <w:t>Federal / State / Local Returns Filed — Notes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0E58FD8" w14:textId="77777777" w:rsidR="008626E1" w:rsidRDefault="008626E1"/>
        </w:tc>
      </w:tr>
      <w:tr w:rsidR="008626E1" w14:paraId="160EEDA8" w14:textId="77777777" w:rsidTr="00204A07">
        <w:trPr>
          <w:trHeight w:val="35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1A05C1F" w14:textId="77777777" w:rsidR="008626E1" w:rsidRDefault="00995480">
            <w:r>
              <w:rPr>
                <w:b/>
                <w:sz w:val="16"/>
              </w:rPr>
              <w:t>Estimated Tax Payments Required?  ☐ Yes   ☐ No   ☐ Unknown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FFADD77" w14:textId="77777777" w:rsidR="008626E1" w:rsidRDefault="008626E1"/>
        </w:tc>
      </w:tr>
      <w:tr w:rsidR="008626E1" w14:paraId="7AAC97C4" w14:textId="77777777" w:rsidTr="00204A07">
        <w:trPr>
          <w:trHeight w:val="34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5C00E30" w14:textId="77777777" w:rsidR="008626E1" w:rsidRDefault="00995480">
            <w:r>
              <w:rPr>
                <w:b/>
                <w:sz w:val="16"/>
              </w:rPr>
              <w:t>Extension Filed?  ☐ Yes   ☐ No   ☐ N/A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3ED1E34" w14:textId="77777777" w:rsidR="008626E1" w:rsidRDefault="008626E1"/>
        </w:tc>
      </w:tr>
      <w:tr w:rsidR="008626E1" w14:paraId="61ED8C88" w14:textId="77777777" w:rsidTr="00204A07">
        <w:trPr>
          <w:trHeight w:val="39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A47231A" w14:textId="77777777" w:rsidR="008626E1" w:rsidRDefault="00995480">
            <w:r>
              <w:rPr>
                <w:b/>
                <w:sz w:val="16"/>
              </w:rPr>
              <w:t>Outstanding Tax Balance / Payment Arrangement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61A81AD" w14:textId="77777777" w:rsidR="008626E1" w:rsidRDefault="008626E1"/>
        </w:tc>
      </w:tr>
      <w:tr w:rsidR="008626E1" w14:paraId="16A61F63" w14:textId="77777777" w:rsidTr="00204A07">
        <w:trPr>
          <w:trHeight w:val="43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1353091" w14:textId="77777777" w:rsidR="008626E1" w:rsidRDefault="00995480">
            <w:r>
              <w:rPr>
                <w:b/>
                <w:sz w:val="16"/>
              </w:rPr>
              <w:t>Pending Audit / Appeal / Amended Return / Refund Claim / Other Matter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09531D9" w14:textId="77777777" w:rsidR="008626E1" w:rsidRDefault="008626E1"/>
        </w:tc>
      </w:tr>
      <w:tr w:rsidR="008626E1" w14:paraId="0B6B14C9" w14:textId="77777777" w:rsidTr="00204A07">
        <w:trPr>
          <w:trHeight w:val="380"/>
        </w:trPr>
        <w:tc>
          <w:tcPr>
            <w:tcW w:w="3528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E0ECC5D" w14:textId="77777777" w:rsidR="008626E1" w:rsidRDefault="00995480">
            <w:r>
              <w:rPr>
                <w:b/>
                <w:sz w:val="16"/>
              </w:rPr>
              <w:t>Location of Important IRS / State Correspondence</w:t>
            </w:r>
          </w:p>
        </w:tc>
        <w:tc>
          <w:tcPr>
            <w:tcW w:w="7177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18C2FCDB" w14:textId="77777777" w:rsidR="008626E1" w:rsidRDefault="008626E1"/>
        </w:tc>
      </w:tr>
    </w:tbl>
    <w:p w14:paraId="2609117A" w14:textId="77777777" w:rsidR="008626E1" w:rsidRDefault="00995480">
      <w:pPr>
        <w:spacing w:before="60" w:after="0"/>
      </w:pPr>
      <w:r>
        <w:rPr>
          <w:b/>
        </w:rPr>
        <w:t xml:space="preserve">Security: </w:t>
      </w:r>
      <w:r>
        <w:t>Do not unnecessarily duplicate Social Security numbers, passwords, IP PINs, or full financial-account information here. Record where sensitive information is securely maintained.</w:t>
      </w:r>
    </w:p>
    <w:p w14:paraId="44F04079" w14:textId="77777777" w:rsidR="008626E1" w:rsidRDefault="00995480">
      <w:r>
        <w:br w:type="page"/>
      </w:r>
    </w:p>
    <w:p w14:paraId="2496F15C" w14:textId="77777777" w:rsidR="00D43C3A" w:rsidRDefault="00D43C3A"/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8626E1" w14:paraId="4FA1E67F" w14:textId="77777777" w:rsidTr="000350F3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FE642EA" w14:textId="77777777" w:rsidR="008626E1" w:rsidRDefault="00995480">
            <w:pPr>
              <w:spacing w:after="0"/>
            </w:pPr>
            <w:r>
              <w:rPr>
                <w:b/>
                <w:sz w:val="19"/>
              </w:rPr>
              <w:t>CURRENT &amp; RELEVANT RECENT EMPLOYMENT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271"/>
        <w:gridCol w:w="2124"/>
        <w:gridCol w:w="2198"/>
        <w:gridCol w:w="2051"/>
        <w:gridCol w:w="2156"/>
      </w:tblGrid>
      <w:tr w:rsidR="008626E1" w14:paraId="611B14B4" w14:textId="77777777" w:rsidTr="000350F3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11467A9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Employer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6D989D9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Position / Dates</w:t>
            </w:r>
          </w:p>
        </w:tc>
        <w:tc>
          <w:tcPr>
            <w:tcW w:w="2160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28A204C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HR / Benefits Contact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805F4FA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Phone / Email</w:t>
            </w:r>
          </w:p>
        </w:tc>
        <w:tc>
          <w:tcPr>
            <w:tcW w:w="2119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793EDEA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Employee ID / Payroll / Notes</w:t>
            </w:r>
          </w:p>
        </w:tc>
      </w:tr>
      <w:tr w:rsidR="008626E1" w14:paraId="33909B31" w14:textId="77777777" w:rsidTr="000350F3">
        <w:trPr>
          <w:trHeight w:val="44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6F63067" w14:textId="77777777" w:rsidR="008626E1" w:rsidRDefault="008626E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DABD8A8" w14:textId="77777777" w:rsidR="008626E1" w:rsidRDefault="008626E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4A35477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8EC0BE1" w14:textId="77777777" w:rsidR="008626E1" w:rsidRDefault="008626E1"/>
        </w:tc>
        <w:tc>
          <w:tcPr>
            <w:tcW w:w="2119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90AED8" w14:textId="77777777" w:rsidR="008626E1" w:rsidRDefault="008626E1"/>
        </w:tc>
      </w:tr>
      <w:tr w:rsidR="008626E1" w14:paraId="5FF3204B" w14:textId="77777777" w:rsidTr="000350F3">
        <w:trPr>
          <w:trHeight w:val="44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D9E710E" w14:textId="77777777" w:rsidR="008626E1" w:rsidRDefault="008626E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2640026" w14:textId="77777777" w:rsidR="008626E1" w:rsidRDefault="008626E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1669861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7F0B4A1" w14:textId="77777777" w:rsidR="008626E1" w:rsidRDefault="008626E1"/>
        </w:tc>
        <w:tc>
          <w:tcPr>
            <w:tcW w:w="2119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84E53D7" w14:textId="77777777" w:rsidR="008626E1" w:rsidRDefault="008626E1"/>
        </w:tc>
      </w:tr>
      <w:tr w:rsidR="008626E1" w14:paraId="68E7450F" w14:textId="77777777" w:rsidTr="000350F3">
        <w:trPr>
          <w:trHeight w:val="44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D2AB823" w14:textId="77777777" w:rsidR="008626E1" w:rsidRDefault="008626E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AE6D6DB" w14:textId="77777777" w:rsidR="008626E1" w:rsidRDefault="008626E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4CD559E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45A61DF" w14:textId="77777777" w:rsidR="008626E1" w:rsidRDefault="008626E1"/>
        </w:tc>
        <w:tc>
          <w:tcPr>
            <w:tcW w:w="2119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6968D3" w14:textId="77777777" w:rsidR="008626E1" w:rsidRDefault="008626E1"/>
        </w:tc>
      </w:tr>
      <w:tr w:rsidR="008626E1" w14:paraId="0C367DFA" w14:textId="77777777" w:rsidTr="000350F3">
        <w:trPr>
          <w:trHeight w:val="44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B514B8F" w14:textId="77777777" w:rsidR="008626E1" w:rsidRDefault="008626E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8CC7122" w14:textId="77777777" w:rsidR="008626E1" w:rsidRDefault="008626E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61D0A6E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325F914" w14:textId="77777777" w:rsidR="008626E1" w:rsidRDefault="008626E1"/>
        </w:tc>
        <w:tc>
          <w:tcPr>
            <w:tcW w:w="2119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2D122F2" w14:textId="77777777" w:rsidR="008626E1" w:rsidRDefault="008626E1"/>
        </w:tc>
      </w:tr>
    </w:tbl>
    <w:p w14:paraId="218BA50E" w14:textId="77777777" w:rsidR="008626E1" w:rsidRDefault="00995480">
      <w:pPr>
        <w:spacing w:before="40" w:after="80"/>
      </w:pPr>
      <w:r>
        <w:t>Include only employment still relevant to benefits, pensions, deferred compensation, amounts payable, or other claims.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8626E1" w14:paraId="310E57A2" w14:textId="77777777" w:rsidTr="000350F3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47DDA3" w14:textId="77777777" w:rsidR="008626E1" w:rsidRDefault="00995480">
            <w:pPr>
              <w:spacing w:after="0"/>
            </w:pPr>
            <w:r>
              <w:rPr>
                <w:b/>
                <w:sz w:val="19"/>
              </w:rPr>
              <w:t>EMPLOYMENT-RELATED COMPENSATION &amp; BENEFITS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277"/>
        <w:gridCol w:w="1983"/>
        <w:gridCol w:w="2278"/>
        <w:gridCol w:w="2278"/>
        <w:gridCol w:w="1984"/>
      </w:tblGrid>
      <w:tr w:rsidR="008626E1" w14:paraId="30CDAF33" w14:textId="77777777" w:rsidTr="000350F3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E44BC25" w14:textId="77777777" w:rsidR="008626E1" w:rsidRDefault="00995480">
            <w:pPr>
              <w:jc w:val="center"/>
            </w:pPr>
            <w:r>
              <w:rPr>
                <w:b/>
                <w:sz w:val="13"/>
              </w:rPr>
              <w:t>Benefit / Compensation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DF28631" w14:textId="77777777" w:rsidR="008626E1" w:rsidRDefault="00995480">
            <w:pPr>
              <w:jc w:val="center"/>
            </w:pPr>
            <w:r>
              <w:rPr>
                <w:b/>
                <w:sz w:val="13"/>
              </w:rPr>
              <w:t>Employer / Provider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C131330" w14:textId="77777777" w:rsidR="008626E1" w:rsidRDefault="00995480">
            <w:pPr>
              <w:jc w:val="center"/>
            </w:pPr>
            <w:r>
              <w:rPr>
                <w:b/>
                <w:sz w:val="13"/>
              </w:rPr>
              <w:t>Status / Amount or Benefit, if useful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2D40F59" w14:textId="77777777" w:rsidR="008626E1" w:rsidRDefault="00995480">
            <w:pPr>
              <w:jc w:val="center"/>
            </w:pPr>
            <w:r>
              <w:rPr>
                <w:b/>
                <w:sz w:val="13"/>
              </w:rPr>
              <w:t>Where Complete Information Is Kept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C5DAD48" w14:textId="77777777" w:rsidR="008626E1" w:rsidRDefault="00995480">
            <w:pPr>
              <w:jc w:val="center"/>
            </w:pPr>
            <w:r>
              <w:rPr>
                <w:b/>
                <w:sz w:val="13"/>
              </w:rPr>
              <w:t>Notes / Action Needed</w:t>
            </w:r>
          </w:p>
        </w:tc>
      </w:tr>
      <w:tr w:rsidR="008626E1" w14:paraId="72A3978A" w14:textId="77777777" w:rsidTr="000350F3">
        <w:trPr>
          <w:trHeight w:val="43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DC6FDBC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600F6B4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E053653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01ED51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9F9E3C4" w14:textId="77777777" w:rsidR="008626E1" w:rsidRDefault="008626E1"/>
        </w:tc>
      </w:tr>
      <w:tr w:rsidR="008626E1" w14:paraId="65AE8E2E" w14:textId="77777777" w:rsidTr="000350F3">
        <w:trPr>
          <w:trHeight w:val="43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F971F6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495A256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B81B161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97EC4E9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F54DCFC" w14:textId="77777777" w:rsidR="008626E1" w:rsidRDefault="008626E1"/>
        </w:tc>
      </w:tr>
      <w:tr w:rsidR="008626E1" w14:paraId="766A3D00" w14:textId="77777777" w:rsidTr="000350F3">
        <w:trPr>
          <w:trHeight w:val="43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491645B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C3FB9C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1984F96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B320503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8F6FD90" w14:textId="77777777" w:rsidR="008626E1" w:rsidRDefault="008626E1"/>
        </w:tc>
      </w:tr>
      <w:tr w:rsidR="008626E1" w14:paraId="399F1C85" w14:textId="77777777" w:rsidTr="000350F3">
        <w:trPr>
          <w:trHeight w:val="43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4B311F9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4C569BA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475F077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B96F4A7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3461F8" w14:textId="77777777" w:rsidR="008626E1" w:rsidRDefault="008626E1"/>
        </w:tc>
      </w:tr>
      <w:tr w:rsidR="008626E1" w14:paraId="37E8C485" w14:textId="77777777" w:rsidTr="000350F3">
        <w:trPr>
          <w:trHeight w:val="43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815E15A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72F4A9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720F5B9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67F9D7D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C991BD" w14:textId="77777777" w:rsidR="008626E1" w:rsidRDefault="008626E1"/>
        </w:tc>
      </w:tr>
      <w:tr w:rsidR="008626E1" w14:paraId="36627634" w14:textId="77777777" w:rsidTr="000350F3">
        <w:trPr>
          <w:trHeight w:val="43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7C7F961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DB700FD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0ADC268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507B0C0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3148C98" w14:textId="77777777" w:rsidR="008626E1" w:rsidRDefault="008626E1"/>
        </w:tc>
      </w:tr>
    </w:tbl>
    <w:p w14:paraId="7A5D75F3" w14:textId="77777777" w:rsidR="008626E1" w:rsidRDefault="00995480">
      <w:pPr>
        <w:spacing w:before="40" w:after="80"/>
      </w:pPr>
      <w:r>
        <w:t>Examples: unpaid wages, bonuses, commissions, accrued leave, deferred compensation, equity compensation, employer life or disability insurance, health coverage, HSA/FSA, severance, or other benefits.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8626E1" w14:paraId="31652A6D" w14:textId="77777777" w:rsidTr="000350F3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E82F7B1" w14:textId="77777777" w:rsidR="008626E1" w:rsidRDefault="00995480" w:rsidP="00204A07">
            <w:pPr>
              <w:spacing w:after="0"/>
              <w:jc w:val="center"/>
            </w:pPr>
            <w:r>
              <w:rPr>
                <w:b/>
                <w:sz w:val="19"/>
              </w:rPr>
              <w:t>MAJOR INCOME SOURCES &amp; EXPECTED TAX DOCUMENTS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277"/>
        <w:gridCol w:w="2278"/>
        <w:gridCol w:w="1910"/>
        <w:gridCol w:w="2351"/>
        <w:gridCol w:w="1984"/>
      </w:tblGrid>
      <w:tr w:rsidR="008626E1" w14:paraId="4B63512D" w14:textId="77777777" w:rsidTr="000350F3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1196B72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Income Source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73BB1B5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Payer / Institution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81D368E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Tax Form(s), if known</w:t>
            </w:r>
          </w:p>
        </w:tc>
        <w:tc>
          <w:tcPr>
            <w:tcW w:w="230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3C2E291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Where Related Records Are Kept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67AAD9E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8626E1" w14:paraId="3F1F1F28" w14:textId="77777777" w:rsidTr="000350F3">
        <w:trPr>
          <w:trHeight w:val="42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C2E0FD4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E2201BF" w14:textId="77777777" w:rsidR="008626E1" w:rsidRDefault="008626E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A9CC0A" w14:textId="77777777" w:rsidR="008626E1" w:rsidRDefault="008626E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2055254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1345149" w14:textId="77777777" w:rsidR="008626E1" w:rsidRDefault="008626E1"/>
        </w:tc>
      </w:tr>
      <w:tr w:rsidR="008626E1" w14:paraId="7A77BE56" w14:textId="77777777" w:rsidTr="000350F3">
        <w:trPr>
          <w:trHeight w:val="42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7FB1FDE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802556C" w14:textId="77777777" w:rsidR="008626E1" w:rsidRDefault="008626E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C93FEE7" w14:textId="77777777" w:rsidR="008626E1" w:rsidRDefault="008626E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4A6C8A0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D6B5A65" w14:textId="77777777" w:rsidR="008626E1" w:rsidRDefault="008626E1"/>
        </w:tc>
      </w:tr>
      <w:tr w:rsidR="008626E1" w14:paraId="64B4CBA2" w14:textId="77777777" w:rsidTr="000350F3">
        <w:trPr>
          <w:trHeight w:val="42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ECDEDCA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D2844AA" w14:textId="77777777" w:rsidR="008626E1" w:rsidRDefault="008626E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CDEDEEA" w14:textId="77777777" w:rsidR="008626E1" w:rsidRDefault="008626E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D1A7079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A59DE5F" w14:textId="77777777" w:rsidR="008626E1" w:rsidRDefault="008626E1"/>
        </w:tc>
      </w:tr>
      <w:tr w:rsidR="008626E1" w14:paraId="4C3FCFE1" w14:textId="77777777" w:rsidTr="000350F3">
        <w:trPr>
          <w:trHeight w:val="42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6F50010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010231C" w14:textId="77777777" w:rsidR="008626E1" w:rsidRDefault="008626E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61F8C9E" w14:textId="77777777" w:rsidR="008626E1" w:rsidRDefault="008626E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36239A8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4AA243" w14:textId="77777777" w:rsidR="008626E1" w:rsidRDefault="008626E1"/>
        </w:tc>
      </w:tr>
      <w:tr w:rsidR="008626E1" w14:paraId="2244BE94" w14:textId="77777777" w:rsidTr="000350F3">
        <w:trPr>
          <w:trHeight w:val="42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716D5D0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21555B1" w14:textId="77777777" w:rsidR="008626E1" w:rsidRDefault="008626E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7854BEF" w14:textId="77777777" w:rsidR="008626E1" w:rsidRDefault="008626E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FBEC120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403D666" w14:textId="77777777" w:rsidR="008626E1" w:rsidRDefault="008626E1"/>
        </w:tc>
      </w:tr>
      <w:tr w:rsidR="008626E1" w14:paraId="1B2047DF" w14:textId="77777777" w:rsidTr="000350F3">
        <w:trPr>
          <w:trHeight w:val="42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24FFE18" w14:textId="77777777" w:rsidR="008626E1" w:rsidRDefault="008626E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1D3BFC1" w14:textId="77777777" w:rsidR="008626E1" w:rsidRDefault="008626E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3700B36" w14:textId="77777777" w:rsidR="008626E1" w:rsidRDefault="008626E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C6ABDA7" w14:textId="77777777" w:rsidR="008626E1" w:rsidRDefault="008626E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5FAA1DC" w14:textId="77777777" w:rsidR="008626E1" w:rsidRDefault="008626E1"/>
        </w:tc>
      </w:tr>
    </w:tbl>
    <w:p w14:paraId="4071EC69" w14:textId="79B2F3FC" w:rsidR="00D43C3A" w:rsidRDefault="00D43C3A">
      <w:pPr>
        <w:spacing w:after="0"/>
      </w:pPr>
    </w:p>
    <w:p w14:paraId="6146F22C" w14:textId="77777777" w:rsidR="00D43C3A" w:rsidRDefault="00D43C3A">
      <w:r>
        <w:br w:type="page"/>
      </w:r>
    </w:p>
    <w:p w14:paraId="320EB7EE" w14:textId="77777777" w:rsidR="008626E1" w:rsidRDefault="008626E1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20"/>
      </w:tblGrid>
      <w:tr w:rsidR="008626E1" w14:paraId="7AA34AC0" w14:textId="77777777" w:rsidTr="00204A07">
        <w:trPr>
          <w:jc w:val="center"/>
        </w:trPr>
        <w:tc>
          <w:tcPr>
            <w:tcW w:w="1062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D874D09" w14:textId="77777777" w:rsidR="008626E1" w:rsidRDefault="00995480">
            <w:pPr>
              <w:spacing w:after="0"/>
            </w:pPr>
            <w:r>
              <w:rPr>
                <w:b/>
                <w:sz w:val="19"/>
              </w:rPr>
              <w:t>IMPORTANT TAX RECORDS — LOCATION</w:t>
            </w: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1944"/>
        <w:gridCol w:w="3240"/>
        <w:gridCol w:w="2016"/>
      </w:tblGrid>
      <w:tr w:rsidR="008626E1" w14:paraId="00858FDE" w14:textId="77777777">
        <w:trPr>
          <w:tblHeader/>
          <w:jc w:val="center"/>
        </w:trPr>
        <w:tc>
          <w:tcPr>
            <w:tcW w:w="338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577AAF3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Record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AE60837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Tax Year(s) / Period</w:t>
            </w:r>
          </w:p>
        </w:tc>
        <w:tc>
          <w:tcPr>
            <w:tcW w:w="3240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5D5FAF3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D09155F" w14:textId="77777777" w:rsidR="008626E1" w:rsidRDefault="00995480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8626E1" w14:paraId="19ADA4D1" w14:textId="77777777">
        <w:trPr>
          <w:trHeight w:val="390"/>
          <w:jc w:val="center"/>
        </w:trPr>
        <w:tc>
          <w:tcPr>
            <w:tcW w:w="33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EECED86" w14:textId="77777777" w:rsidR="008626E1" w:rsidRDefault="00995480">
            <w:r>
              <w:rPr>
                <w:sz w:val="15"/>
              </w:rPr>
              <w:t>Recent Federal / State / Local Tax Returns</w:t>
            </w:r>
          </w:p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260F82A" w14:textId="77777777" w:rsidR="008626E1" w:rsidRDefault="008626E1"/>
        </w:tc>
        <w:tc>
          <w:tcPr>
            <w:tcW w:w="324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D1D1100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F2215DD" w14:textId="77777777" w:rsidR="008626E1" w:rsidRDefault="008626E1"/>
        </w:tc>
      </w:tr>
      <w:tr w:rsidR="008626E1" w14:paraId="7196FD08" w14:textId="77777777">
        <w:trPr>
          <w:trHeight w:val="390"/>
          <w:jc w:val="center"/>
        </w:trPr>
        <w:tc>
          <w:tcPr>
            <w:tcW w:w="33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5989E1F" w14:textId="77777777" w:rsidR="008626E1" w:rsidRDefault="00995480">
            <w:r>
              <w:rPr>
                <w:sz w:val="15"/>
              </w:rPr>
              <w:t>W-2 / 1099 / K-1 / Benefit Statements</w:t>
            </w:r>
          </w:p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AF6EDF1" w14:textId="77777777" w:rsidR="008626E1" w:rsidRDefault="008626E1"/>
        </w:tc>
        <w:tc>
          <w:tcPr>
            <w:tcW w:w="324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E1318DC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DAD6F63" w14:textId="77777777" w:rsidR="008626E1" w:rsidRDefault="008626E1"/>
        </w:tc>
      </w:tr>
      <w:tr w:rsidR="008626E1" w14:paraId="5EC70620" w14:textId="77777777">
        <w:trPr>
          <w:trHeight w:val="390"/>
          <w:jc w:val="center"/>
        </w:trPr>
        <w:tc>
          <w:tcPr>
            <w:tcW w:w="33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8761477" w14:textId="77777777" w:rsidR="008626E1" w:rsidRDefault="00995480">
            <w:r>
              <w:rPr>
                <w:sz w:val="15"/>
              </w:rPr>
              <w:t>Estimated-Tax / Supporting Records</w:t>
            </w:r>
          </w:p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4FBFD1B" w14:textId="77777777" w:rsidR="008626E1" w:rsidRDefault="008626E1"/>
        </w:tc>
        <w:tc>
          <w:tcPr>
            <w:tcW w:w="324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229F9E3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F641D5C" w14:textId="77777777" w:rsidR="008626E1" w:rsidRDefault="008626E1"/>
        </w:tc>
      </w:tr>
      <w:tr w:rsidR="008626E1" w14:paraId="785A61EF" w14:textId="77777777">
        <w:trPr>
          <w:trHeight w:val="390"/>
          <w:jc w:val="center"/>
        </w:trPr>
        <w:tc>
          <w:tcPr>
            <w:tcW w:w="33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442D0D8" w14:textId="77777777" w:rsidR="008626E1" w:rsidRDefault="00995480">
            <w:r>
              <w:rPr>
                <w:sz w:val="15"/>
              </w:rPr>
              <w:t>Property / Investment / Basis Records</w:t>
            </w:r>
          </w:p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252B26D" w14:textId="77777777" w:rsidR="008626E1" w:rsidRDefault="008626E1"/>
        </w:tc>
        <w:tc>
          <w:tcPr>
            <w:tcW w:w="324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993F623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C565DD3" w14:textId="77777777" w:rsidR="008626E1" w:rsidRDefault="008626E1"/>
        </w:tc>
      </w:tr>
      <w:tr w:rsidR="008626E1" w14:paraId="0AEA9959" w14:textId="77777777">
        <w:trPr>
          <w:trHeight w:val="390"/>
          <w:jc w:val="center"/>
        </w:trPr>
        <w:tc>
          <w:tcPr>
            <w:tcW w:w="33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E6BF873" w14:textId="77777777" w:rsidR="008626E1" w:rsidRDefault="00995480">
            <w:r>
              <w:rPr>
                <w:sz w:val="15"/>
              </w:rPr>
              <w:t>Other Important Tax Records</w:t>
            </w:r>
          </w:p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F271989" w14:textId="77777777" w:rsidR="008626E1" w:rsidRDefault="008626E1"/>
        </w:tc>
        <w:tc>
          <w:tcPr>
            <w:tcW w:w="324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A0B7ABB" w14:textId="77777777" w:rsidR="008626E1" w:rsidRDefault="008626E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570293C" w14:textId="77777777" w:rsidR="008626E1" w:rsidRDefault="008626E1"/>
        </w:tc>
      </w:tr>
    </w:tbl>
    <w:p w14:paraId="6509A7CC" w14:textId="77777777" w:rsidR="008626E1" w:rsidRDefault="00995480">
      <w:pPr>
        <w:spacing w:before="80" w:after="0"/>
      </w:pPr>
      <w:r>
        <w:rPr>
          <w:b/>
        </w:rPr>
        <w:t xml:space="preserve">Cross-reference: </w:t>
      </w:r>
      <w:r>
        <w:t xml:space="preserve">Keep complete retirement, insurance, financial, </w:t>
      </w:r>
      <w:proofErr w:type="gramStart"/>
      <w:r>
        <w:t>real-estate</w:t>
      </w:r>
      <w:proofErr w:type="gramEnd"/>
      <w:r>
        <w:t>, beneficiary, and business records in their appropriate Legacy Binder sections rather than duplicating them here.</w:t>
      </w:r>
    </w:p>
    <w:sectPr w:rsidR="008626E1" w:rsidSect="00034616">
      <w:footerReference w:type="default" r:id="rId8"/>
      <w:pgSz w:w="12240" w:h="15840"/>
      <w:pgMar w:top="691" w:right="749" w:bottom="691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4ABD7" w14:textId="77777777" w:rsidR="009302BA" w:rsidRDefault="009302BA">
      <w:pPr>
        <w:spacing w:after="0" w:line="240" w:lineRule="auto"/>
      </w:pPr>
      <w:r>
        <w:separator/>
      </w:r>
    </w:p>
  </w:endnote>
  <w:endnote w:type="continuationSeparator" w:id="0">
    <w:p w14:paraId="160C7E89" w14:textId="77777777" w:rsidR="009302BA" w:rsidRDefault="0093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5EAD" w14:textId="77777777" w:rsidR="008626E1" w:rsidRDefault="00995480">
    <w:pPr>
      <w:pStyle w:val="Footer"/>
      <w:jc w:val="center"/>
    </w:pPr>
    <w:r>
      <w:rPr>
        <w:sz w:val="14"/>
      </w:rPr>
      <w:t>Legacy Binder © Sheila Keene-Lund | S9-01 — Tax &amp; Employment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3032A" w14:textId="77777777" w:rsidR="009302BA" w:rsidRDefault="009302BA">
      <w:pPr>
        <w:spacing w:after="0" w:line="240" w:lineRule="auto"/>
      </w:pPr>
      <w:r>
        <w:separator/>
      </w:r>
    </w:p>
  </w:footnote>
  <w:footnote w:type="continuationSeparator" w:id="0">
    <w:p w14:paraId="19055BE6" w14:textId="77777777" w:rsidR="009302BA" w:rsidRDefault="00930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1860545">
    <w:abstractNumId w:val="8"/>
  </w:num>
  <w:num w:numId="2" w16cid:durableId="750083802">
    <w:abstractNumId w:val="6"/>
  </w:num>
  <w:num w:numId="3" w16cid:durableId="1674213081">
    <w:abstractNumId w:val="5"/>
  </w:num>
  <w:num w:numId="4" w16cid:durableId="1110126655">
    <w:abstractNumId w:val="4"/>
  </w:num>
  <w:num w:numId="5" w16cid:durableId="661154680">
    <w:abstractNumId w:val="7"/>
  </w:num>
  <w:num w:numId="6" w16cid:durableId="1985348430">
    <w:abstractNumId w:val="3"/>
  </w:num>
  <w:num w:numId="7" w16cid:durableId="596986975">
    <w:abstractNumId w:val="2"/>
  </w:num>
  <w:num w:numId="8" w16cid:durableId="833490595">
    <w:abstractNumId w:val="1"/>
  </w:num>
  <w:num w:numId="9" w16cid:durableId="99549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0F3"/>
    <w:rsid w:val="0006063C"/>
    <w:rsid w:val="001112AC"/>
    <w:rsid w:val="0015074B"/>
    <w:rsid w:val="00204A07"/>
    <w:rsid w:val="0029639D"/>
    <w:rsid w:val="002A1F63"/>
    <w:rsid w:val="002D3B0B"/>
    <w:rsid w:val="00326F90"/>
    <w:rsid w:val="00413DFC"/>
    <w:rsid w:val="00777444"/>
    <w:rsid w:val="008626E1"/>
    <w:rsid w:val="009302BA"/>
    <w:rsid w:val="00995480"/>
    <w:rsid w:val="00A31372"/>
    <w:rsid w:val="00AA1D8D"/>
    <w:rsid w:val="00B47730"/>
    <w:rsid w:val="00CB0664"/>
    <w:rsid w:val="00D43C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77C430"/>
  <w14:defaultImageDpi w14:val="300"/>
  <w15:docId w15:val="{C5754CD8-0915-4FF4-8B05-D405EDD1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2026-09-08T09:27:00Z</dcterms:created>
  <dcterms:modified xsi:type="dcterms:W3CDTF">2026-09-14T15:38:00Z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a366f97c-7396-4b6d-9832-db4cc63b6b81</vt:lpwstr>
  </property>
</Properties>
</file>