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0CB99" w14:textId="77777777" w:rsidR="00EC17C0" w:rsidRDefault="00DA59F1">
      <w:pPr>
        <w:spacing w:after="0"/>
        <w:jc w:val="center"/>
      </w:pPr>
      <w:r>
        <w:rPr>
          <w:b/>
          <w:sz w:val="28"/>
        </w:rPr>
        <w:t>LEGACY BINDER</w:t>
      </w:r>
    </w:p>
    <w:p w14:paraId="1CEF98A2" w14:textId="77777777" w:rsidR="00EC17C0" w:rsidRDefault="00DA59F1">
      <w:pPr>
        <w:spacing w:after="60"/>
        <w:jc w:val="center"/>
      </w:pPr>
      <w:r>
        <w:rPr>
          <w:b/>
          <w:sz w:val="30"/>
        </w:rPr>
        <w:t>S9-02 — BUSINESS &amp; SELF-EMPLOYMENT TAX INFORMATION</w:t>
      </w:r>
    </w:p>
    <w:p w14:paraId="2EBF2FA2" w14:textId="77777777" w:rsidR="00EC17C0" w:rsidRDefault="00DA59F1">
      <w:pPr>
        <w:spacing w:after="100"/>
        <w:jc w:val="center"/>
      </w:pPr>
      <w:r>
        <w:rPr>
          <w:i/>
          <w:sz w:val="17"/>
        </w:rPr>
        <w:t>Use this form if you own a business, are self-employed, or receive income from an independent business activity. Record the tax contacts, records, obligations, and locations someone may need to find.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EC17C0" w14:paraId="13BB9005" w14:textId="77777777" w:rsidTr="00600DEE">
        <w:trPr>
          <w:jc w:val="center"/>
        </w:trPr>
        <w:tc>
          <w:tcPr>
            <w:tcW w:w="537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79316D7" w14:textId="77777777" w:rsidR="00EC17C0" w:rsidRDefault="00DA59F1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37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0E030C3" w14:textId="77777777" w:rsidR="00EC17C0" w:rsidRDefault="00DA59F1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1D90C7DD" w14:textId="77777777" w:rsidR="00EC17C0" w:rsidRDefault="00EC17C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EC17C0" w14:paraId="5F687D17" w14:textId="77777777" w:rsidTr="00600DEE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6503E07" w14:textId="77777777" w:rsidR="00EC17C0" w:rsidRDefault="00DA59F1">
            <w:pPr>
              <w:spacing w:after="0"/>
            </w:pPr>
            <w:r>
              <w:rPr>
                <w:b/>
                <w:sz w:val="19"/>
              </w:rPr>
              <w:t>BUSINESS / SELF-EMPLOYMENT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200"/>
      </w:tblGrid>
      <w:tr w:rsidR="00EC17C0" w14:paraId="1423C6BC" w14:textId="77777777" w:rsidTr="00600DEE">
        <w:trPr>
          <w:trHeight w:val="34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693C06F" w14:textId="77777777" w:rsidR="00EC17C0" w:rsidRDefault="00DA59F1">
            <w:r>
              <w:rPr>
                <w:b/>
                <w:sz w:val="16"/>
              </w:rPr>
              <w:t>Business / Practice Name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D4A3D70" w14:textId="77777777" w:rsidR="00EC17C0" w:rsidRDefault="00EC17C0"/>
        </w:tc>
      </w:tr>
      <w:tr w:rsidR="00EC17C0" w14:paraId="7312A042" w14:textId="77777777" w:rsidTr="00600DEE">
        <w:trPr>
          <w:trHeight w:val="34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B8BD3FE" w14:textId="77777777" w:rsidR="00EC17C0" w:rsidRDefault="00DA59F1">
            <w:r>
              <w:rPr>
                <w:b/>
                <w:sz w:val="16"/>
              </w:rPr>
              <w:t>Business Structure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E508BDD" w14:textId="77777777" w:rsidR="00EC17C0" w:rsidRDefault="00EC17C0"/>
        </w:tc>
      </w:tr>
      <w:tr w:rsidR="00EC17C0" w14:paraId="44A56E6A" w14:textId="77777777" w:rsidTr="00600DEE">
        <w:trPr>
          <w:trHeight w:val="36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C9AF14C" w14:textId="77777777" w:rsidR="00EC17C0" w:rsidRDefault="00DA59F1">
            <w:r>
              <w:rPr>
                <w:b/>
                <w:sz w:val="16"/>
              </w:rPr>
              <w:t>EIN / Tax ID — or Secure Location of Number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F27CB0C" w14:textId="77777777" w:rsidR="00EC17C0" w:rsidRDefault="00EC17C0"/>
        </w:tc>
      </w:tr>
      <w:tr w:rsidR="00EC17C0" w14:paraId="472B9689" w14:textId="77777777" w:rsidTr="00600DEE">
        <w:trPr>
          <w:trHeight w:val="36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1989B74B" w14:textId="77777777" w:rsidR="00EC17C0" w:rsidRDefault="00DA59F1">
            <w:r>
              <w:rPr>
                <w:b/>
                <w:sz w:val="16"/>
              </w:rPr>
              <w:t>Business Address / Primary Location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3498978" w14:textId="77777777" w:rsidR="00EC17C0" w:rsidRDefault="00EC17C0"/>
        </w:tc>
      </w:tr>
      <w:tr w:rsidR="00EC17C0" w14:paraId="1CAAAD4D" w14:textId="77777777" w:rsidTr="00600DEE">
        <w:trPr>
          <w:trHeight w:val="35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E3AECB8" w14:textId="77777777" w:rsidR="00EC17C0" w:rsidRDefault="00DA59F1">
            <w:r>
              <w:rPr>
                <w:b/>
                <w:sz w:val="16"/>
              </w:rPr>
              <w:t>State / Jurisdiction of Registration, if applicable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5983EB6" w14:textId="77777777" w:rsidR="00EC17C0" w:rsidRDefault="00EC17C0"/>
        </w:tc>
      </w:tr>
      <w:tr w:rsidR="00EC17C0" w14:paraId="3F4F9542" w14:textId="77777777" w:rsidTr="00600DEE">
        <w:trPr>
          <w:trHeight w:val="38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AC72D00" w14:textId="77777777" w:rsidR="00EC17C0" w:rsidRDefault="00DA59F1">
            <w:r>
              <w:rPr>
                <w:b/>
                <w:sz w:val="16"/>
              </w:rPr>
              <w:t>Other Important Business Identification Information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6164486" w14:textId="77777777" w:rsidR="00EC17C0" w:rsidRDefault="00EC17C0"/>
        </w:tc>
      </w:tr>
    </w:tbl>
    <w:p w14:paraId="6B1DD0E0" w14:textId="77777777" w:rsidR="00EC17C0" w:rsidRDefault="00EC17C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EC17C0" w14:paraId="318EDC4F" w14:textId="77777777" w:rsidTr="00600DEE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1E321A6" w14:textId="77777777" w:rsidR="00EC17C0" w:rsidRDefault="00DA59F1">
            <w:pPr>
              <w:spacing w:after="0"/>
            </w:pPr>
            <w:r>
              <w:rPr>
                <w:b/>
                <w:sz w:val="19"/>
              </w:rPr>
              <w:t>KEY TAX, ACCOUNTING &amp; PAYROLL CONTACTS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939"/>
        <w:gridCol w:w="2571"/>
        <w:gridCol w:w="3306"/>
      </w:tblGrid>
      <w:tr w:rsidR="00EC17C0" w14:paraId="39E32739" w14:textId="77777777" w:rsidTr="00600DEE">
        <w:trPr>
          <w:jc w:val="center"/>
        </w:trPr>
        <w:tc>
          <w:tcPr>
            <w:tcW w:w="1944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50A6980B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Role</w:t>
            </w:r>
          </w:p>
        </w:tc>
        <w:tc>
          <w:tcPr>
            <w:tcW w:w="288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2223B391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Name / Firm</w:t>
            </w:r>
          </w:p>
        </w:tc>
        <w:tc>
          <w:tcPr>
            <w:tcW w:w="252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4EAC85C9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Phone / Email</w:t>
            </w:r>
          </w:p>
        </w:tc>
        <w:tc>
          <w:tcPr>
            <w:tcW w:w="324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4B954E21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What They Handle / Notes</w:t>
            </w:r>
          </w:p>
        </w:tc>
      </w:tr>
      <w:tr w:rsidR="00EC17C0" w14:paraId="7054C788" w14:textId="77777777" w:rsidTr="00600DEE">
        <w:trPr>
          <w:trHeight w:val="390"/>
          <w:jc w:val="center"/>
        </w:trPr>
        <w:tc>
          <w:tcPr>
            <w:tcW w:w="194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A648A60" w14:textId="77777777" w:rsidR="00EC17C0" w:rsidRDefault="00DA59F1">
            <w:r>
              <w:rPr>
                <w:sz w:val="15"/>
              </w:rPr>
              <w:t>Accountant / Bookkeeper</w:t>
            </w:r>
          </w:p>
        </w:tc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E1D6874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93D1357" w14:textId="77777777" w:rsidR="00EC17C0" w:rsidRDefault="00EC17C0"/>
        </w:tc>
        <w:tc>
          <w:tcPr>
            <w:tcW w:w="324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71BCB58" w14:textId="77777777" w:rsidR="00EC17C0" w:rsidRDefault="00EC17C0"/>
        </w:tc>
      </w:tr>
      <w:tr w:rsidR="00EC17C0" w14:paraId="4DCC2953" w14:textId="77777777" w:rsidTr="00600DEE">
        <w:trPr>
          <w:trHeight w:val="390"/>
          <w:jc w:val="center"/>
        </w:trPr>
        <w:tc>
          <w:tcPr>
            <w:tcW w:w="194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F77A111" w14:textId="77777777" w:rsidR="00EC17C0" w:rsidRDefault="00DA59F1">
            <w:r>
              <w:rPr>
                <w:sz w:val="15"/>
              </w:rPr>
              <w:t>Business Tax Preparer</w:t>
            </w:r>
          </w:p>
        </w:tc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B6B0256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3456C24" w14:textId="77777777" w:rsidR="00EC17C0" w:rsidRDefault="00EC17C0"/>
        </w:tc>
        <w:tc>
          <w:tcPr>
            <w:tcW w:w="324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952852E" w14:textId="77777777" w:rsidR="00EC17C0" w:rsidRDefault="00EC17C0"/>
        </w:tc>
      </w:tr>
      <w:tr w:rsidR="00EC17C0" w14:paraId="66F1CE5A" w14:textId="77777777" w:rsidTr="00600DEE">
        <w:trPr>
          <w:trHeight w:val="390"/>
          <w:jc w:val="center"/>
        </w:trPr>
        <w:tc>
          <w:tcPr>
            <w:tcW w:w="194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C5A3968" w14:textId="77777777" w:rsidR="00EC17C0" w:rsidRDefault="00DA59F1">
            <w:r>
              <w:rPr>
                <w:sz w:val="15"/>
              </w:rPr>
              <w:t>Payroll Provider</w:t>
            </w:r>
          </w:p>
        </w:tc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1C5925F9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312771C" w14:textId="77777777" w:rsidR="00EC17C0" w:rsidRDefault="00EC17C0"/>
        </w:tc>
        <w:tc>
          <w:tcPr>
            <w:tcW w:w="324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167022C0" w14:textId="77777777" w:rsidR="00EC17C0" w:rsidRDefault="00EC17C0"/>
        </w:tc>
      </w:tr>
      <w:tr w:rsidR="00EC17C0" w14:paraId="2BD2FCA7" w14:textId="77777777" w:rsidTr="00600DEE">
        <w:trPr>
          <w:trHeight w:val="390"/>
          <w:jc w:val="center"/>
        </w:trPr>
        <w:tc>
          <w:tcPr>
            <w:tcW w:w="194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5865225" w14:textId="77777777" w:rsidR="00EC17C0" w:rsidRDefault="00DA59F1">
            <w:r>
              <w:rPr>
                <w:sz w:val="15"/>
              </w:rPr>
              <w:t>Other Tax / Business Contact</w:t>
            </w:r>
          </w:p>
        </w:tc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D0A5484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0594E8E" w14:textId="77777777" w:rsidR="00EC17C0" w:rsidRDefault="00EC17C0"/>
        </w:tc>
        <w:tc>
          <w:tcPr>
            <w:tcW w:w="324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D276824" w14:textId="77777777" w:rsidR="00EC17C0" w:rsidRDefault="00EC17C0"/>
        </w:tc>
      </w:tr>
    </w:tbl>
    <w:p w14:paraId="583368C2" w14:textId="77777777" w:rsidR="00EC17C0" w:rsidRDefault="00EC17C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EC17C0" w14:paraId="028E0A6A" w14:textId="77777777" w:rsidTr="00600DEE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746CF5D" w14:textId="77777777" w:rsidR="00EC17C0" w:rsidRDefault="00DA59F1" w:rsidP="008E1EBB">
            <w:pPr>
              <w:spacing w:after="0"/>
              <w:jc w:val="center"/>
            </w:pPr>
            <w:r>
              <w:rPr>
                <w:b/>
                <w:sz w:val="19"/>
              </w:rPr>
              <w:t>BUSINESS TAX &amp; RECORD LOCATIONS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894"/>
        <w:gridCol w:w="3600"/>
        <w:gridCol w:w="1690"/>
        <w:gridCol w:w="1616"/>
      </w:tblGrid>
      <w:tr w:rsidR="00EC17C0" w14:paraId="1D05685A" w14:textId="77777777" w:rsidTr="00600DEE">
        <w:trPr>
          <w:jc w:val="center"/>
        </w:trPr>
        <w:tc>
          <w:tcPr>
            <w:tcW w:w="3816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1E324001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Record / Information</w:t>
            </w:r>
          </w:p>
        </w:tc>
        <w:tc>
          <w:tcPr>
            <w:tcW w:w="3528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08CE2263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Location</w:t>
            </w:r>
          </w:p>
        </w:tc>
        <w:tc>
          <w:tcPr>
            <w:tcW w:w="1656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6709E709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Tax Year / Period</w:t>
            </w:r>
          </w:p>
        </w:tc>
        <w:tc>
          <w:tcPr>
            <w:tcW w:w="1584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01F13185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EC17C0" w14:paraId="10712305" w14:textId="77777777" w:rsidTr="00600DEE">
        <w:trPr>
          <w:trHeight w:val="390"/>
          <w:jc w:val="center"/>
        </w:trPr>
        <w:tc>
          <w:tcPr>
            <w:tcW w:w="38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380FE8A" w14:textId="77777777" w:rsidR="00EC17C0" w:rsidRDefault="00DA59F1">
            <w:r>
              <w:rPr>
                <w:sz w:val="15"/>
              </w:rPr>
              <w:t>Bookkeeping / Accounting Records</w:t>
            </w:r>
          </w:p>
        </w:tc>
        <w:tc>
          <w:tcPr>
            <w:tcW w:w="352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6B1EDAB" w14:textId="77777777" w:rsidR="00EC17C0" w:rsidRDefault="00EC17C0"/>
        </w:tc>
        <w:tc>
          <w:tcPr>
            <w:tcW w:w="165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2F78492" w14:textId="77777777" w:rsidR="00EC17C0" w:rsidRDefault="00EC17C0"/>
        </w:tc>
        <w:tc>
          <w:tcPr>
            <w:tcW w:w="158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CA5D1DF" w14:textId="77777777" w:rsidR="00EC17C0" w:rsidRDefault="00EC17C0"/>
        </w:tc>
      </w:tr>
      <w:tr w:rsidR="00EC17C0" w14:paraId="73DD3417" w14:textId="77777777" w:rsidTr="00600DEE">
        <w:trPr>
          <w:trHeight w:val="390"/>
          <w:jc w:val="center"/>
        </w:trPr>
        <w:tc>
          <w:tcPr>
            <w:tcW w:w="38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F592379" w14:textId="77777777" w:rsidR="00EC17C0" w:rsidRDefault="00DA59F1">
            <w:r>
              <w:rPr>
                <w:sz w:val="15"/>
              </w:rPr>
              <w:t>Business Tax Returns</w:t>
            </w:r>
          </w:p>
        </w:tc>
        <w:tc>
          <w:tcPr>
            <w:tcW w:w="352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9B2BCAF" w14:textId="77777777" w:rsidR="00EC17C0" w:rsidRDefault="00EC17C0"/>
        </w:tc>
        <w:tc>
          <w:tcPr>
            <w:tcW w:w="165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8FD7CB6" w14:textId="77777777" w:rsidR="00EC17C0" w:rsidRDefault="00EC17C0"/>
        </w:tc>
        <w:tc>
          <w:tcPr>
            <w:tcW w:w="158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FA624C4" w14:textId="77777777" w:rsidR="00EC17C0" w:rsidRDefault="00EC17C0"/>
        </w:tc>
      </w:tr>
      <w:tr w:rsidR="00EC17C0" w14:paraId="2491A48C" w14:textId="77777777" w:rsidTr="00600DEE">
        <w:trPr>
          <w:trHeight w:val="390"/>
          <w:jc w:val="center"/>
        </w:trPr>
        <w:tc>
          <w:tcPr>
            <w:tcW w:w="38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8243BBD" w14:textId="77777777" w:rsidR="00EC17C0" w:rsidRDefault="00DA59F1">
            <w:r>
              <w:rPr>
                <w:sz w:val="15"/>
              </w:rPr>
              <w:t>Payroll-Tax Records</w:t>
            </w:r>
          </w:p>
        </w:tc>
        <w:tc>
          <w:tcPr>
            <w:tcW w:w="352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1146BFE" w14:textId="77777777" w:rsidR="00EC17C0" w:rsidRDefault="00EC17C0"/>
        </w:tc>
        <w:tc>
          <w:tcPr>
            <w:tcW w:w="165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77FE12A" w14:textId="77777777" w:rsidR="00EC17C0" w:rsidRDefault="00EC17C0"/>
        </w:tc>
        <w:tc>
          <w:tcPr>
            <w:tcW w:w="158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FEDE5B2" w14:textId="77777777" w:rsidR="00EC17C0" w:rsidRDefault="00EC17C0"/>
        </w:tc>
      </w:tr>
      <w:tr w:rsidR="00EC17C0" w14:paraId="2C15EC79" w14:textId="77777777" w:rsidTr="00600DEE">
        <w:trPr>
          <w:trHeight w:val="390"/>
          <w:jc w:val="center"/>
        </w:trPr>
        <w:tc>
          <w:tcPr>
            <w:tcW w:w="38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2626242" w14:textId="77777777" w:rsidR="00EC17C0" w:rsidRDefault="00DA59F1">
            <w:r>
              <w:rPr>
                <w:sz w:val="15"/>
              </w:rPr>
              <w:t>Business Bank / Merchant Statements</w:t>
            </w:r>
          </w:p>
        </w:tc>
        <w:tc>
          <w:tcPr>
            <w:tcW w:w="352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136037D3" w14:textId="77777777" w:rsidR="00EC17C0" w:rsidRDefault="00EC17C0"/>
        </w:tc>
        <w:tc>
          <w:tcPr>
            <w:tcW w:w="165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D4A55D2" w14:textId="77777777" w:rsidR="00EC17C0" w:rsidRDefault="00EC17C0"/>
        </w:tc>
        <w:tc>
          <w:tcPr>
            <w:tcW w:w="158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7CB44A9" w14:textId="77777777" w:rsidR="00EC17C0" w:rsidRDefault="00EC17C0"/>
        </w:tc>
      </w:tr>
      <w:tr w:rsidR="00EC17C0" w14:paraId="7DBE7D41" w14:textId="77777777" w:rsidTr="00600DEE">
        <w:trPr>
          <w:trHeight w:val="390"/>
          <w:jc w:val="center"/>
        </w:trPr>
        <w:tc>
          <w:tcPr>
            <w:tcW w:w="38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01DB911" w14:textId="77777777" w:rsidR="00EC17C0" w:rsidRDefault="00DA59F1">
            <w:r>
              <w:rPr>
                <w:sz w:val="15"/>
              </w:rPr>
              <w:t>Income &amp; Expense Records</w:t>
            </w:r>
          </w:p>
        </w:tc>
        <w:tc>
          <w:tcPr>
            <w:tcW w:w="352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F51BC95" w14:textId="77777777" w:rsidR="00EC17C0" w:rsidRDefault="00EC17C0"/>
        </w:tc>
        <w:tc>
          <w:tcPr>
            <w:tcW w:w="165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DBC8030" w14:textId="77777777" w:rsidR="00EC17C0" w:rsidRDefault="00EC17C0"/>
        </w:tc>
        <w:tc>
          <w:tcPr>
            <w:tcW w:w="158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38E862F" w14:textId="77777777" w:rsidR="00EC17C0" w:rsidRDefault="00EC17C0"/>
        </w:tc>
      </w:tr>
      <w:tr w:rsidR="00EC17C0" w14:paraId="479497E1" w14:textId="77777777" w:rsidTr="00600DEE">
        <w:trPr>
          <w:trHeight w:val="390"/>
          <w:jc w:val="center"/>
        </w:trPr>
        <w:tc>
          <w:tcPr>
            <w:tcW w:w="38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FD8320F" w14:textId="77777777" w:rsidR="00EC17C0" w:rsidRDefault="00DA59F1">
            <w:r>
              <w:rPr>
                <w:sz w:val="15"/>
              </w:rPr>
              <w:t>Depreciation / Basis Records</w:t>
            </w:r>
          </w:p>
        </w:tc>
        <w:tc>
          <w:tcPr>
            <w:tcW w:w="352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4051E45" w14:textId="77777777" w:rsidR="00EC17C0" w:rsidRDefault="00EC17C0"/>
        </w:tc>
        <w:tc>
          <w:tcPr>
            <w:tcW w:w="165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3673F72" w14:textId="77777777" w:rsidR="00EC17C0" w:rsidRDefault="00EC17C0"/>
        </w:tc>
        <w:tc>
          <w:tcPr>
            <w:tcW w:w="158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AF9ADFD" w14:textId="77777777" w:rsidR="00EC17C0" w:rsidRDefault="00EC17C0"/>
        </w:tc>
      </w:tr>
      <w:tr w:rsidR="00EC17C0" w14:paraId="2D99F5B5" w14:textId="77777777" w:rsidTr="00600DEE">
        <w:trPr>
          <w:trHeight w:val="390"/>
          <w:jc w:val="center"/>
        </w:trPr>
        <w:tc>
          <w:tcPr>
            <w:tcW w:w="38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A936BD4" w14:textId="77777777" w:rsidR="00EC17C0" w:rsidRDefault="00DA59F1">
            <w:r>
              <w:rPr>
                <w:sz w:val="15"/>
              </w:rPr>
              <w:t>Other Important Tax Records</w:t>
            </w:r>
          </w:p>
        </w:tc>
        <w:tc>
          <w:tcPr>
            <w:tcW w:w="352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49C7CBA" w14:textId="77777777" w:rsidR="00EC17C0" w:rsidRDefault="00EC17C0"/>
        </w:tc>
        <w:tc>
          <w:tcPr>
            <w:tcW w:w="165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269EE2C" w14:textId="77777777" w:rsidR="00EC17C0" w:rsidRDefault="00EC17C0"/>
        </w:tc>
        <w:tc>
          <w:tcPr>
            <w:tcW w:w="158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4E2D88A" w14:textId="77777777" w:rsidR="00EC17C0" w:rsidRDefault="00EC17C0"/>
        </w:tc>
      </w:tr>
    </w:tbl>
    <w:p w14:paraId="0673F6DA" w14:textId="77777777" w:rsidR="00EC17C0" w:rsidRDefault="00DA59F1">
      <w:pPr>
        <w:spacing w:before="80" w:after="0"/>
      </w:pPr>
      <w:r>
        <w:rPr>
          <w:b/>
        </w:rPr>
        <w:t xml:space="preserve">Security: </w:t>
      </w:r>
      <w:r>
        <w:t>Protect EINs, taxpayer identification numbers, account numbers, passwords, and other sensitive information. Record secure locations rather than duplicating credentials unnecessarily.</w:t>
      </w:r>
    </w:p>
    <w:p w14:paraId="29D1B15C" w14:textId="77777777" w:rsidR="00EC17C0" w:rsidRDefault="00DA59F1">
      <w:r>
        <w:br w:type="page"/>
      </w:r>
    </w:p>
    <w:p w14:paraId="6C8DD7AF" w14:textId="77777777" w:rsidR="00EC17C0" w:rsidRDefault="00DA59F1">
      <w:r>
        <w:lastRenderedPageBreak/>
        <w:br/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EC17C0" w14:paraId="226CFC7E" w14:textId="77777777" w:rsidTr="00600DEE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898366F" w14:textId="77777777" w:rsidR="00EC17C0" w:rsidRDefault="00DA59F1" w:rsidP="008E1EBB">
            <w:pPr>
              <w:spacing w:after="0"/>
            </w:pPr>
            <w:r>
              <w:rPr>
                <w:b/>
                <w:sz w:val="19"/>
              </w:rPr>
              <w:t>SIGNIFICANT RECEIVABLES &amp; PAYABLES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323"/>
        <w:gridCol w:w="2571"/>
        <w:gridCol w:w="1910"/>
        <w:gridCol w:w="1837"/>
        <w:gridCol w:w="3159"/>
      </w:tblGrid>
      <w:tr w:rsidR="00EC17C0" w14:paraId="5975792E" w14:textId="77777777" w:rsidTr="00600DEE">
        <w:trPr>
          <w:jc w:val="center"/>
        </w:trPr>
        <w:tc>
          <w:tcPr>
            <w:tcW w:w="1296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4A1F4224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Type</w:t>
            </w:r>
          </w:p>
        </w:tc>
        <w:tc>
          <w:tcPr>
            <w:tcW w:w="252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2C394D26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Customer / Vendor / Other Party</w:t>
            </w:r>
          </w:p>
        </w:tc>
        <w:tc>
          <w:tcPr>
            <w:tcW w:w="1872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2D517E20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Approx. Amount, if useful</w:t>
            </w:r>
          </w:p>
        </w:tc>
        <w:tc>
          <w:tcPr>
            <w:tcW w:w="180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2A606ADE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Due / Expected Date</w:t>
            </w:r>
          </w:p>
        </w:tc>
        <w:tc>
          <w:tcPr>
            <w:tcW w:w="3096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4FF086F0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Where Supporting Records Are Kept</w:t>
            </w:r>
          </w:p>
        </w:tc>
      </w:tr>
      <w:tr w:rsidR="00EC17C0" w14:paraId="71D293E1" w14:textId="77777777" w:rsidTr="00600DEE">
        <w:trPr>
          <w:trHeight w:val="410"/>
          <w:jc w:val="center"/>
        </w:trPr>
        <w:tc>
          <w:tcPr>
            <w:tcW w:w="12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AB6CB4E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1A230E6" w14:textId="77777777" w:rsidR="00EC17C0" w:rsidRDefault="00EC17C0"/>
        </w:tc>
        <w:tc>
          <w:tcPr>
            <w:tcW w:w="187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63ABEEB" w14:textId="77777777" w:rsidR="00EC17C0" w:rsidRDefault="00EC17C0"/>
        </w:tc>
        <w:tc>
          <w:tcPr>
            <w:tcW w:w="180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6BB35A1" w14:textId="77777777" w:rsidR="00EC17C0" w:rsidRDefault="00EC17C0"/>
        </w:tc>
        <w:tc>
          <w:tcPr>
            <w:tcW w:w="30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7054FC9" w14:textId="77777777" w:rsidR="00EC17C0" w:rsidRDefault="00EC17C0"/>
        </w:tc>
      </w:tr>
      <w:tr w:rsidR="00EC17C0" w14:paraId="41A8EDFD" w14:textId="77777777" w:rsidTr="00600DEE">
        <w:trPr>
          <w:trHeight w:val="410"/>
          <w:jc w:val="center"/>
        </w:trPr>
        <w:tc>
          <w:tcPr>
            <w:tcW w:w="12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68011FB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A3E8BBE" w14:textId="77777777" w:rsidR="00EC17C0" w:rsidRDefault="00EC17C0"/>
        </w:tc>
        <w:tc>
          <w:tcPr>
            <w:tcW w:w="187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C83F5C0" w14:textId="77777777" w:rsidR="00EC17C0" w:rsidRDefault="00EC17C0"/>
        </w:tc>
        <w:tc>
          <w:tcPr>
            <w:tcW w:w="180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D77BF02" w14:textId="77777777" w:rsidR="00EC17C0" w:rsidRDefault="00EC17C0"/>
        </w:tc>
        <w:tc>
          <w:tcPr>
            <w:tcW w:w="30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5E79E19" w14:textId="77777777" w:rsidR="00EC17C0" w:rsidRDefault="00EC17C0"/>
        </w:tc>
      </w:tr>
      <w:tr w:rsidR="00EC17C0" w14:paraId="3CBE0A63" w14:textId="77777777" w:rsidTr="00600DEE">
        <w:trPr>
          <w:trHeight w:val="410"/>
          <w:jc w:val="center"/>
        </w:trPr>
        <w:tc>
          <w:tcPr>
            <w:tcW w:w="12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8BED2A3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1BA374E2" w14:textId="77777777" w:rsidR="00EC17C0" w:rsidRDefault="00EC17C0"/>
        </w:tc>
        <w:tc>
          <w:tcPr>
            <w:tcW w:w="187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8C7C862" w14:textId="77777777" w:rsidR="00EC17C0" w:rsidRDefault="00EC17C0"/>
        </w:tc>
        <w:tc>
          <w:tcPr>
            <w:tcW w:w="180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35F3FFA" w14:textId="77777777" w:rsidR="00EC17C0" w:rsidRDefault="00EC17C0"/>
        </w:tc>
        <w:tc>
          <w:tcPr>
            <w:tcW w:w="30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82634A3" w14:textId="77777777" w:rsidR="00EC17C0" w:rsidRDefault="00EC17C0"/>
        </w:tc>
      </w:tr>
      <w:tr w:rsidR="00EC17C0" w14:paraId="07C1D192" w14:textId="77777777" w:rsidTr="00600DEE">
        <w:trPr>
          <w:trHeight w:val="410"/>
          <w:jc w:val="center"/>
        </w:trPr>
        <w:tc>
          <w:tcPr>
            <w:tcW w:w="12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1A14224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273588A" w14:textId="77777777" w:rsidR="00EC17C0" w:rsidRDefault="00EC17C0"/>
        </w:tc>
        <w:tc>
          <w:tcPr>
            <w:tcW w:w="187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1E186A78" w14:textId="77777777" w:rsidR="00EC17C0" w:rsidRDefault="00EC17C0"/>
        </w:tc>
        <w:tc>
          <w:tcPr>
            <w:tcW w:w="180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9B94A40" w14:textId="77777777" w:rsidR="00EC17C0" w:rsidRDefault="00EC17C0"/>
        </w:tc>
        <w:tc>
          <w:tcPr>
            <w:tcW w:w="30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4623CC3" w14:textId="77777777" w:rsidR="00EC17C0" w:rsidRDefault="00EC17C0"/>
        </w:tc>
      </w:tr>
      <w:tr w:rsidR="00EC17C0" w14:paraId="27E5CC49" w14:textId="77777777" w:rsidTr="00600DEE">
        <w:trPr>
          <w:trHeight w:val="410"/>
          <w:jc w:val="center"/>
        </w:trPr>
        <w:tc>
          <w:tcPr>
            <w:tcW w:w="12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1918184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62276A0" w14:textId="77777777" w:rsidR="00EC17C0" w:rsidRDefault="00EC17C0"/>
        </w:tc>
        <w:tc>
          <w:tcPr>
            <w:tcW w:w="187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32DB183" w14:textId="77777777" w:rsidR="00EC17C0" w:rsidRDefault="00EC17C0"/>
        </w:tc>
        <w:tc>
          <w:tcPr>
            <w:tcW w:w="180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AFFE32D" w14:textId="77777777" w:rsidR="00EC17C0" w:rsidRDefault="00EC17C0"/>
        </w:tc>
        <w:tc>
          <w:tcPr>
            <w:tcW w:w="30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5BB2776" w14:textId="77777777" w:rsidR="00EC17C0" w:rsidRDefault="00EC17C0"/>
        </w:tc>
      </w:tr>
      <w:tr w:rsidR="00EC17C0" w14:paraId="474A1A7D" w14:textId="77777777" w:rsidTr="00600DEE">
        <w:trPr>
          <w:trHeight w:val="410"/>
          <w:jc w:val="center"/>
        </w:trPr>
        <w:tc>
          <w:tcPr>
            <w:tcW w:w="12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5DACE15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620D2FF" w14:textId="77777777" w:rsidR="00EC17C0" w:rsidRDefault="00EC17C0"/>
        </w:tc>
        <w:tc>
          <w:tcPr>
            <w:tcW w:w="187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44B5288" w14:textId="77777777" w:rsidR="00EC17C0" w:rsidRDefault="00EC17C0"/>
        </w:tc>
        <w:tc>
          <w:tcPr>
            <w:tcW w:w="180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8AA19B3" w14:textId="77777777" w:rsidR="00EC17C0" w:rsidRDefault="00EC17C0"/>
        </w:tc>
        <w:tc>
          <w:tcPr>
            <w:tcW w:w="309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0A8D040" w14:textId="77777777" w:rsidR="00EC17C0" w:rsidRDefault="00EC17C0"/>
        </w:tc>
      </w:tr>
    </w:tbl>
    <w:p w14:paraId="00E71531" w14:textId="77777777" w:rsidR="00EC17C0" w:rsidRDefault="00DA59F1">
      <w:pPr>
        <w:spacing w:before="40" w:after="80"/>
      </w:pPr>
      <w:r>
        <w:t>Use this area for significant outstanding receivables or payables that another person may need to understand or address. Routine transactions do not need to be listed individually.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EC17C0" w14:paraId="637C6DC9" w14:textId="77777777" w:rsidTr="00600DEE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C249BDE" w14:textId="77777777" w:rsidR="00EC17C0" w:rsidRDefault="00DA59F1">
            <w:pPr>
              <w:spacing w:after="0"/>
            </w:pPr>
            <w:r>
              <w:rPr>
                <w:b/>
                <w:sz w:val="19"/>
              </w:rPr>
              <w:t>BUSINESS LICENSES, PERMITS &amp; REGISTRATIONS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791"/>
        <w:gridCol w:w="2278"/>
        <w:gridCol w:w="2131"/>
        <w:gridCol w:w="1543"/>
        <w:gridCol w:w="2057"/>
      </w:tblGrid>
      <w:tr w:rsidR="00EC17C0" w14:paraId="2B5146C2" w14:textId="77777777" w:rsidTr="00600DEE">
        <w:trPr>
          <w:jc w:val="center"/>
        </w:trPr>
        <w:tc>
          <w:tcPr>
            <w:tcW w:w="2736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378CB108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License / Permit / Registration</w:t>
            </w:r>
          </w:p>
        </w:tc>
        <w:tc>
          <w:tcPr>
            <w:tcW w:w="2232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2B7040CC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Agency / Issuer</w:t>
            </w:r>
          </w:p>
        </w:tc>
        <w:tc>
          <w:tcPr>
            <w:tcW w:w="2088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0C729121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Number or ID / Location</w:t>
            </w:r>
          </w:p>
        </w:tc>
        <w:tc>
          <w:tcPr>
            <w:tcW w:w="1512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22364940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Renewal Date</w:t>
            </w:r>
          </w:p>
        </w:tc>
        <w:tc>
          <w:tcPr>
            <w:tcW w:w="2016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17A4E0D0" w14:textId="77777777" w:rsidR="00EC17C0" w:rsidRDefault="00DA59F1">
            <w:pPr>
              <w:jc w:val="center"/>
            </w:pPr>
            <w:r>
              <w:rPr>
                <w:b/>
                <w:sz w:val="13"/>
              </w:rPr>
              <w:t>Notes</w:t>
            </w:r>
          </w:p>
        </w:tc>
      </w:tr>
      <w:tr w:rsidR="00EC17C0" w14:paraId="15CC0A06" w14:textId="77777777" w:rsidTr="00600DEE">
        <w:trPr>
          <w:trHeight w:val="400"/>
          <w:jc w:val="center"/>
        </w:trPr>
        <w:tc>
          <w:tcPr>
            <w:tcW w:w="273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81446FB" w14:textId="77777777" w:rsidR="00EC17C0" w:rsidRDefault="00EC17C0"/>
        </w:tc>
        <w:tc>
          <w:tcPr>
            <w:tcW w:w="223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CF40876" w14:textId="77777777" w:rsidR="00EC17C0" w:rsidRDefault="00EC17C0"/>
        </w:tc>
        <w:tc>
          <w:tcPr>
            <w:tcW w:w="208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8F58BAE" w14:textId="77777777" w:rsidR="00EC17C0" w:rsidRDefault="00EC17C0"/>
        </w:tc>
        <w:tc>
          <w:tcPr>
            <w:tcW w:w="151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EFC72F2" w14:textId="77777777" w:rsidR="00EC17C0" w:rsidRDefault="00EC17C0"/>
        </w:tc>
        <w:tc>
          <w:tcPr>
            <w:tcW w:w="20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5D27480" w14:textId="77777777" w:rsidR="00EC17C0" w:rsidRDefault="00EC17C0"/>
        </w:tc>
      </w:tr>
      <w:tr w:rsidR="00EC17C0" w14:paraId="5AE025DF" w14:textId="77777777" w:rsidTr="00600DEE">
        <w:trPr>
          <w:trHeight w:val="400"/>
          <w:jc w:val="center"/>
        </w:trPr>
        <w:tc>
          <w:tcPr>
            <w:tcW w:w="273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FA95282" w14:textId="77777777" w:rsidR="00EC17C0" w:rsidRDefault="00EC17C0"/>
        </w:tc>
        <w:tc>
          <w:tcPr>
            <w:tcW w:w="223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DCF2643" w14:textId="77777777" w:rsidR="00EC17C0" w:rsidRDefault="00EC17C0"/>
        </w:tc>
        <w:tc>
          <w:tcPr>
            <w:tcW w:w="208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EFB946E" w14:textId="77777777" w:rsidR="00EC17C0" w:rsidRDefault="00EC17C0"/>
        </w:tc>
        <w:tc>
          <w:tcPr>
            <w:tcW w:w="151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147A33BA" w14:textId="77777777" w:rsidR="00EC17C0" w:rsidRDefault="00EC17C0"/>
        </w:tc>
        <w:tc>
          <w:tcPr>
            <w:tcW w:w="20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F1F3279" w14:textId="77777777" w:rsidR="00EC17C0" w:rsidRDefault="00EC17C0"/>
        </w:tc>
      </w:tr>
      <w:tr w:rsidR="00EC17C0" w14:paraId="587D3952" w14:textId="77777777" w:rsidTr="00600DEE">
        <w:trPr>
          <w:trHeight w:val="400"/>
          <w:jc w:val="center"/>
        </w:trPr>
        <w:tc>
          <w:tcPr>
            <w:tcW w:w="273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419B4A6" w14:textId="77777777" w:rsidR="00EC17C0" w:rsidRDefault="00EC17C0"/>
        </w:tc>
        <w:tc>
          <w:tcPr>
            <w:tcW w:w="223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9343FF0" w14:textId="77777777" w:rsidR="00EC17C0" w:rsidRDefault="00EC17C0"/>
        </w:tc>
        <w:tc>
          <w:tcPr>
            <w:tcW w:w="208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485A8C9" w14:textId="77777777" w:rsidR="00EC17C0" w:rsidRDefault="00EC17C0"/>
        </w:tc>
        <w:tc>
          <w:tcPr>
            <w:tcW w:w="151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6A9159D" w14:textId="77777777" w:rsidR="00EC17C0" w:rsidRDefault="00EC17C0"/>
        </w:tc>
        <w:tc>
          <w:tcPr>
            <w:tcW w:w="20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FAF05C5" w14:textId="77777777" w:rsidR="00EC17C0" w:rsidRDefault="00EC17C0"/>
        </w:tc>
      </w:tr>
      <w:tr w:rsidR="00EC17C0" w14:paraId="440E94C8" w14:textId="77777777" w:rsidTr="00600DEE">
        <w:trPr>
          <w:trHeight w:val="400"/>
          <w:jc w:val="center"/>
        </w:trPr>
        <w:tc>
          <w:tcPr>
            <w:tcW w:w="273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70CE810" w14:textId="77777777" w:rsidR="00EC17C0" w:rsidRDefault="00EC17C0"/>
        </w:tc>
        <w:tc>
          <w:tcPr>
            <w:tcW w:w="223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52F8F85" w14:textId="77777777" w:rsidR="00EC17C0" w:rsidRDefault="00EC17C0"/>
        </w:tc>
        <w:tc>
          <w:tcPr>
            <w:tcW w:w="208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CA1B5C3" w14:textId="77777777" w:rsidR="00EC17C0" w:rsidRDefault="00EC17C0"/>
        </w:tc>
        <w:tc>
          <w:tcPr>
            <w:tcW w:w="151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2C6C884" w14:textId="77777777" w:rsidR="00EC17C0" w:rsidRDefault="00EC17C0"/>
        </w:tc>
        <w:tc>
          <w:tcPr>
            <w:tcW w:w="20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F073F27" w14:textId="77777777" w:rsidR="00EC17C0" w:rsidRDefault="00EC17C0"/>
        </w:tc>
      </w:tr>
      <w:tr w:rsidR="00EC17C0" w14:paraId="2FFEDF25" w14:textId="77777777" w:rsidTr="00600DEE">
        <w:trPr>
          <w:trHeight w:val="400"/>
          <w:jc w:val="center"/>
        </w:trPr>
        <w:tc>
          <w:tcPr>
            <w:tcW w:w="273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E6E9FC8" w14:textId="77777777" w:rsidR="00EC17C0" w:rsidRDefault="00EC17C0"/>
        </w:tc>
        <w:tc>
          <w:tcPr>
            <w:tcW w:w="223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4F4C7C5" w14:textId="77777777" w:rsidR="00EC17C0" w:rsidRDefault="00EC17C0"/>
        </w:tc>
        <w:tc>
          <w:tcPr>
            <w:tcW w:w="2088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DA0C42E" w14:textId="77777777" w:rsidR="00EC17C0" w:rsidRDefault="00EC17C0"/>
        </w:tc>
        <w:tc>
          <w:tcPr>
            <w:tcW w:w="1512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B92FD0A" w14:textId="77777777" w:rsidR="00EC17C0" w:rsidRDefault="00EC17C0"/>
        </w:tc>
        <w:tc>
          <w:tcPr>
            <w:tcW w:w="2016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1024ADD" w14:textId="77777777" w:rsidR="00EC17C0" w:rsidRDefault="00EC17C0"/>
        </w:tc>
      </w:tr>
    </w:tbl>
    <w:p w14:paraId="5FC366A1" w14:textId="77777777" w:rsidR="00EC17C0" w:rsidRDefault="00EC17C0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EC17C0" w14:paraId="05E97BD0" w14:textId="77777777" w:rsidTr="00600DEE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64526AC" w14:textId="77777777" w:rsidR="00EC17C0" w:rsidRDefault="00DA59F1">
            <w:pPr>
              <w:spacing w:after="0"/>
            </w:pPr>
            <w:r>
              <w:rPr>
                <w:b/>
                <w:sz w:val="19"/>
              </w:rPr>
              <w:t>SUCCESSION, BUY-SELL &amp; OTHER IMPORTANT AGREEMENTS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940"/>
        <w:gridCol w:w="2718"/>
        <w:gridCol w:w="2571"/>
        <w:gridCol w:w="2571"/>
      </w:tblGrid>
      <w:tr w:rsidR="00EC17C0" w14:paraId="3ACD1714" w14:textId="77777777" w:rsidTr="00600DEE">
        <w:trPr>
          <w:jc w:val="center"/>
        </w:trPr>
        <w:tc>
          <w:tcPr>
            <w:tcW w:w="288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693FA08B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Agreement / Document</w:t>
            </w:r>
          </w:p>
        </w:tc>
        <w:tc>
          <w:tcPr>
            <w:tcW w:w="2664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48FEE75C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Parties / Purpose</w:t>
            </w:r>
          </w:p>
        </w:tc>
        <w:tc>
          <w:tcPr>
            <w:tcW w:w="252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75FE9FB7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Location of Signed Copy</w:t>
            </w:r>
          </w:p>
        </w:tc>
        <w:tc>
          <w:tcPr>
            <w:tcW w:w="2520" w:type="dxa"/>
            <w:shd w:val="clear" w:color="auto" w:fill="D9D9D9"/>
            <w:tcMar>
              <w:top w:w="48" w:type="dxa"/>
              <w:left w:w="24" w:type="dxa"/>
              <w:bottom w:w="48" w:type="dxa"/>
              <w:right w:w="24" w:type="dxa"/>
            </w:tcMar>
            <w:vAlign w:val="center"/>
          </w:tcPr>
          <w:p w14:paraId="444233E1" w14:textId="77777777" w:rsidR="00EC17C0" w:rsidRDefault="00DA59F1">
            <w:pPr>
              <w:jc w:val="center"/>
            </w:pPr>
            <w:r>
              <w:rPr>
                <w:b/>
                <w:sz w:val="14"/>
              </w:rPr>
              <w:t>Key Contact / Notes</w:t>
            </w:r>
          </w:p>
        </w:tc>
      </w:tr>
      <w:tr w:rsidR="00EC17C0" w14:paraId="0BE32BE5" w14:textId="77777777" w:rsidTr="00600DEE">
        <w:trPr>
          <w:trHeight w:val="420"/>
          <w:jc w:val="center"/>
        </w:trPr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8FB3A06" w14:textId="77777777" w:rsidR="00EC17C0" w:rsidRDefault="00EC17C0"/>
        </w:tc>
        <w:tc>
          <w:tcPr>
            <w:tcW w:w="266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8EDD744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7681270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E981825" w14:textId="77777777" w:rsidR="00EC17C0" w:rsidRDefault="00EC17C0"/>
        </w:tc>
      </w:tr>
      <w:tr w:rsidR="00EC17C0" w14:paraId="7CF3E76A" w14:textId="77777777" w:rsidTr="00600DEE">
        <w:trPr>
          <w:trHeight w:val="420"/>
          <w:jc w:val="center"/>
        </w:trPr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517AB9D" w14:textId="77777777" w:rsidR="00EC17C0" w:rsidRDefault="00EC17C0"/>
        </w:tc>
        <w:tc>
          <w:tcPr>
            <w:tcW w:w="266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181F5B16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05F6258D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F0B3B6F" w14:textId="77777777" w:rsidR="00EC17C0" w:rsidRDefault="00EC17C0"/>
        </w:tc>
      </w:tr>
      <w:tr w:rsidR="00EC17C0" w14:paraId="087271A5" w14:textId="77777777" w:rsidTr="00600DEE">
        <w:trPr>
          <w:trHeight w:val="420"/>
          <w:jc w:val="center"/>
        </w:trPr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3401C266" w14:textId="77777777" w:rsidR="00EC17C0" w:rsidRDefault="00EC17C0"/>
        </w:tc>
        <w:tc>
          <w:tcPr>
            <w:tcW w:w="266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428B8451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D5FF947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5EB2189" w14:textId="77777777" w:rsidR="00EC17C0" w:rsidRDefault="00EC17C0"/>
        </w:tc>
      </w:tr>
      <w:tr w:rsidR="00EC17C0" w14:paraId="6C3C3D67" w14:textId="77777777" w:rsidTr="00600DEE">
        <w:trPr>
          <w:trHeight w:val="420"/>
          <w:jc w:val="center"/>
        </w:trPr>
        <w:tc>
          <w:tcPr>
            <w:tcW w:w="288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297E777F" w14:textId="77777777" w:rsidR="00EC17C0" w:rsidRDefault="00EC17C0"/>
        </w:tc>
        <w:tc>
          <w:tcPr>
            <w:tcW w:w="2664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73BB1195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6A9E8826" w14:textId="77777777" w:rsidR="00EC17C0" w:rsidRDefault="00EC17C0"/>
        </w:tc>
        <w:tc>
          <w:tcPr>
            <w:tcW w:w="2520" w:type="dxa"/>
            <w:tcMar>
              <w:top w:w="36" w:type="dxa"/>
              <w:left w:w="28" w:type="dxa"/>
              <w:bottom w:w="36" w:type="dxa"/>
              <w:right w:w="28" w:type="dxa"/>
            </w:tcMar>
          </w:tcPr>
          <w:p w14:paraId="5ED9FFEE" w14:textId="77777777" w:rsidR="00EC17C0" w:rsidRDefault="00EC17C0"/>
        </w:tc>
      </w:tr>
    </w:tbl>
    <w:p w14:paraId="5E0C807E" w14:textId="77777777" w:rsidR="00EC17C0" w:rsidRDefault="00DA59F1">
      <w:pPr>
        <w:spacing w:before="80" w:after="40"/>
      </w:pPr>
      <w:r>
        <w:rPr>
          <w:b/>
        </w:rPr>
        <w:t>Other significant tax or business information:</w:t>
      </w:r>
    </w:p>
    <w:p w14:paraId="20AA4727" w14:textId="77777777" w:rsidR="00EC17C0" w:rsidRDefault="00DA59F1">
      <w:pPr>
        <w:spacing w:after="20"/>
      </w:pPr>
      <w:r>
        <w:t>________________________________________________________________________________</w:t>
      </w:r>
    </w:p>
    <w:p w14:paraId="3F7873CB" w14:textId="77777777" w:rsidR="00EC17C0" w:rsidRDefault="00DA59F1">
      <w:pPr>
        <w:spacing w:after="20"/>
      </w:pPr>
      <w:r>
        <w:t>________________________________________________________________________________</w:t>
      </w:r>
    </w:p>
    <w:p w14:paraId="0AFEF74F" w14:textId="77777777" w:rsidR="00EC17C0" w:rsidRDefault="00DA59F1">
      <w:pPr>
        <w:spacing w:after="20"/>
      </w:pPr>
      <w:r>
        <w:t>________________________________________________________________________________</w:t>
      </w:r>
    </w:p>
    <w:p w14:paraId="72624CE4" w14:textId="77777777" w:rsidR="00EC17C0" w:rsidRDefault="00DA59F1">
      <w:pPr>
        <w:spacing w:before="60" w:after="0"/>
      </w:pPr>
      <w:r>
        <w:rPr>
          <w:b/>
        </w:rPr>
        <w:t xml:space="preserve">Cross-reference: </w:t>
      </w:r>
      <w:r>
        <w:t>Keep complete business ownership, succession, intellectual-property, insurance, banking, and operational information in the most appropriate Legacy Binder sections rather than duplicating it here.</w:t>
      </w:r>
    </w:p>
    <w:sectPr w:rsidR="00EC17C0" w:rsidSect="00034616">
      <w:footerReference w:type="default" r:id="rId8"/>
      <w:pgSz w:w="12240" w:h="15840"/>
      <w:pgMar w:top="720" w:right="749" w:bottom="720" w:left="7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550D" w14:textId="77777777" w:rsidR="00F81888" w:rsidRDefault="00F81888">
      <w:pPr>
        <w:spacing w:after="0" w:line="240" w:lineRule="auto"/>
      </w:pPr>
      <w:r>
        <w:separator/>
      </w:r>
    </w:p>
  </w:endnote>
  <w:endnote w:type="continuationSeparator" w:id="0">
    <w:p w14:paraId="13294761" w14:textId="77777777" w:rsidR="00F81888" w:rsidRDefault="00F81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31F8" w14:textId="77777777" w:rsidR="00EC17C0" w:rsidRDefault="00DA59F1">
    <w:pPr>
      <w:pStyle w:val="Footer"/>
      <w:jc w:val="center"/>
    </w:pPr>
    <w:r>
      <w:rPr>
        <w:sz w:val="14"/>
      </w:rPr>
      <w:t>Legacy Binder © Sheila Keene-Lund | S9-02 — Business &amp; Self-Employment Tax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42D40" w14:textId="77777777" w:rsidR="00F81888" w:rsidRDefault="00F81888">
      <w:pPr>
        <w:spacing w:after="0" w:line="240" w:lineRule="auto"/>
      </w:pPr>
      <w:r>
        <w:separator/>
      </w:r>
    </w:p>
  </w:footnote>
  <w:footnote w:type="continuationSeparator" w:id="0">
    <w:p w14:paraId="49225C75" w14:textId="77777777" w:rsidR="00F81888" w:rsidRDefault="00F818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9958307">
    <w:abstractNumId w:val="8"/>
  </w:num>
  <w:num w:numId="2" w16cid:durableId="181669304">
    <w:abstractNumId w:val="6"/>
  </w:num>
  <w:num w:numId="3" w16cid:durableId="1402799764">
    <w:abstractNumId w:val="5"/>
  </w:num>
  <w:num w:numId="4" w16cid:durableId="1492910954">
    <w:abstractNumId w:val="4"/>
  </w:num>
  <w:num w:numId="5" w16cid:durableId="1987934762">
    <w:abstractNumId w:val="7"/>
  </w:num>
  <w:num w:numId="6" w16cid:durableId="1963926203">
    <w:abstractNumId w:val="3"/>
  </w:num>
  <w:num w:numId="7" w16cid:durableId="1445612056">
    <w:abstractNumId w:val="2"/>
  </w:num>
  <w:num w:numId="8" w16cid:durableId="1485852256">
    <w:abstractNumId w:val="1"/>
  </w:num>
  <w:num w:numId="9" w16cid:durableId="87839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68B7"/>
    <w:rsid w:val="00326F90"/>
    <w:rsid w:val="00413DFC"/>
    <w:rsid w:val="00600DEE"/>
    <w:rsid w:val="00777444"/>
    <w:rsid w:val="008E1EBB"/>
    <w:rsid w:val="00AA1D8D"/>
    <w:rsid w:val="00B47730"/>
    <w:rsid w:val="00C175A2"/>
    <w:rsid w:val="00CB0664"/>
    <w:rsid w:val="00DA59F1"/>
    <w:rsid w:val="00DA762D"/>
    <w:rsid w:val="00EC17C0"/>
    <w:rsid w:val="00F818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F55A4A"/>
  <w14:defaultImageDpi w14:val="300"/>
  <w15:docId w15:val="{DFA86BF6-B899-4121-A4E5-46822FFDD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2026-09-08T09:30:00Z</dcterms:created>
  <dcterms:modified xsi:type="dcterms:W3CDTF">2026-09-14T15:41:00Z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101e0c30-0357-4543-a342-4c1fcec82788</vt:lpwstr>
  </property>
</Properties>
</file>